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Маленьке авто</w:t>
      </w:r>
    </w:p>
    <w:p>
      <w:r>
        <w:br/>
        <w:t xml:space="preserve"> 31 серпня 1914 року&lt;br /&gt;</w:t>
        <w:br/>
        <w:t>Пізнього вечора я виїхав із Довіля&lt;br /&gt;</w:t>
        <w:br/>
        <w:t>В маленькому авто Андре Рувера</w:t>
      </w:r>
    </w:p>
    <w:p>
      <w:r>
        <w:br/>
        <w:t>Нас було троє я він і шофер</w:t>
      </w:r>
    </w:p>
    <w:p>
      <w:r>
        <w:br/>
        <w:t>Ми сказали прощай цілій епосі&lt;br /&gt;</w:t>
        <w:br/>
        <w:t>Над Європою вставали розлючені велетні&lt;br /&gt;</w:t>
        <w:br/>
        <w:t>Орли покидали гнізда чекаючи сонця&lt;br /&gt;</w:t>
        <w:br/>
        <w:t>Хижі риби виринали з безодень&lt;br /&gt;</w:t>
        <w:br/>
        <w:t>Народи сходились аби пізнатись до кінця&lt;br /&gt;</w:t>
        <w:br/>
        <w:t>Мерці здригалися із жаху в своїх похмурих домовинах</w:t>
      </w:r>
    </w:p>
    <w:p>
      <w:r>
        <w:br/>
        <w:t>Собаки гавкали туди десь до кордонів&lt;br /&gt;</w:t>
        <w:br/>
        <w:t>Я їхав несучи в собі усі ці армії що бились&lt;br /&gt;</w:t>
        <w:br/>
        <w:t>В моїй душі ж бо пролягли усі краї якими сунулись війська&lt;br /&gt;</w:t>
        <w:br/>
        <w:t>Усі ліси й веселі села Бельгії&lt;br /&gt;</w:t>
        <w:br/>
        <w:t>Льоруж і франкоршан відкриті оболоні&lt;br /&gt;</w:t>
        <w:br/>
        <w:t>Куди не раз чужі вдирались легіони&lt;br /&gt;</w:t>
        <w:br/>
        <w:t>I колії грімкі де ті що йшли на смерть&lt;br /&gt;</w:t>
        <w:br/>
        <w:t>Прощались поглядом з оцим життям барвистим&lt;br /&gt;</w:t>
        <w:br/>
        <w:t>Глибокі океани де чудища підводні&lt;br /&gt;</w:t>
        <w:br/>
        <w:t>Байдужно шастали між решток кораблів&lt;br /&gt;</w:t>
        <w:br/>
        <w:t>Вершини височенні де люди вперто б'ються&lt;br /&gt;</w:t>
        <w:br/>
        <w:t>Куди й орел не злине&lt;br /&gt;</w:t>
        <w:br/>
        <w:t>Людина б'є людину&lt;br /&gt;</w:t>
        <w:br/>
        <w:t>I котиться униз падучою зорею</w:t>
      </w:r>
    </w:p>
    <w:p>
      <w:r>
        <w:br/>
        <w:t>Відчув я у собі якісь нові істоти&lt;br /&gt;</w:t>
        <w:br/>
        <w:t>Що світ новий будують і вправно ним керують&lt;br /&gt;</w:t>
        <w:br/>
        <w:t>Якийсь купець багатий і дивно щедровитий&lt;br /&gt;</w:t>
        <w:br/>
        <w:t>Небачені товари розіклав&lt;br /&gt;</w:t>
        <w:br/>
        <w:t>А пастухи-гіганти німі отари гнали&lt;br /&gt;</w:t>
        <w:br/>
        <w:t>Що йшли слова щипали і скубли як могли&lt;br /&gt;</w:t>
        <w:br/>
        <w:t>Собаки ж гавкали на них усю дорогу</w:t>
      </w:r>
    </w:p>
    <w:p>
      <w:r>
        <w:br/>
        <w:t>Я ніколи не забуду цієї нічної подорожі&lt;br /&gt;</w:t>
        <w:br/>
        <w:t>Коли ніхто з нас не промовив ні слова&lt;br /&gt;</w:t>
        <w:br/>
        <w:t>О похмурий від'їзд коли вмерли наші три фари&lt;br /&gt;</w:t>
        <w:br/>
        <w:t>О ніжна передвоєнна ніч&lt;br /&gt;</w:t>
        <w:br/>
        <w:t>О села де хапливо працювали&lt;br /&gt;</w:t>
        <w:br/>
        <w:t>Ковалі</w:t>
      </w:r>
    </w:p>
    <w:p>
      <w:r>
        <w:br/>
        <w:t>Покликані між дванадцятою й першою годиною ночі&lt;br /&gt;</w:t>
        <w:br/>
        <w:t>Їхали ми до голубого Лізьє&lt;br /&gt;</w:t>
        <w:br/>
        <w:t>До золотого Версалю&lt;br /&gt;</w:t>
        <w:br/>
        <w:t>Тричі спинялись бо лопали скати</w:t>
      </w:r>
    </w:p>
    <w:p>
      <w:r>
        <w:br/>
        <w:t>Коли ж другого дня опівдні&lt;br /&gt;</w:t>
        <w:br/>
        <w:t>Через Фонтенбло&lt;br /&gt;</w:t>
        <w:br/>
        <w:t>Ми в'їхали в Париж&lt;br /&gt;</w:t>
        <w:br/>
        <w:t>Якраз оголошувано мобілізацію&lt;br /&gt;</w:t>
        <w:br/>
        <w:t>Ми зрозуміли з товаришем&lt;br /&gt;</w:t>
        <w:br/>
        <w:t>Що це мале авто нас привезло&lt;br /&gt;</w:t>
        <w:br/>
        <w:t>В нову епоху&lt;br /&gt;</w:t>
        <w:br/>
        <w:t>Хоч ми були вже зрілі люди&lt;br /&gt;</w:t>
        <w:br/>
        <w:t>А чулись ніби щойно народились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Маленьке авто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