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Мала малярка</w:t>
      </w:r>
    </w:p>
    <w:p>
      <w:r>
        <w:br/>
        <w:t xml:space="preserve"> Малював картину тато,</w:t>
      </w:r>
    </w:p>
    <w:p>
      <w:r>
        <w:br/>
        <w:t>Квач у фарбу умочав,</w:t>
      </w:r>
    </w:p>
    <w:p>
      <w:r>
        <w:br/>
        <w:t>Потім вийшов із кімнати</w:t>
      </w:r>
    </w:p>
    <w:p>
      <w:r>
        <w:br/>
        <w:t>І обідати почав.</w:t>
      </w:r>
    </w:p>
    <w:p>
      <w:r>
        <w:br/>
        <w:t>Тупу-тупу, хтось тупоче,</w:t>
      </w:r>
    </w:p>
    <w:p>
      <w:r>
        <w:br/>
        <w:t>Відчинити двері хоче...</w:t>
      </w:r>
    </w:p>
    <w:p>
      <w:r>
        <w:br/>
        <w:t>І в кімнату в ту ж хвилинку</w:t>
      </w:r>
    </w:p>
    <w:p>
      <w:r>
        <w:br/>
        <w:t>Входить дівчинка Маринка.</w:t>
      </w:r>
    </w:p>
    <w:p>
      <w:r>
        <w:br/>
        <w:t>Бачить: квачики чудні,</w:t>
      </w:r>
    </w:p>
    <w:p>
      <w:r>
        <w:br/>
        <w:t>Фарби різнобарвні,</w:t>
      </w:r>
    </w:p>
    <w:p>
      <w:r>
        <w:br/>
        <w:t>А на білім полотні —</w:t>
      </w:r>
    </w:p>
    <w:p>
      <w:r>
        <w:br/>
        <w:t>Щось не дуже гарне.</w:t>
      </w:r>
    </w:p>
    <w:p>
      <w:r>
        <w:br/>
        <w:t>Зараз доня квачик витре,</w:t>
      </w:r>
    </w:p>
    <w:p>
      <w:r>
        <w:br/>
        <w:t>Візьме фарби на палітрі</w:t>
      </w:r>
    </w:p>
    <w:p>
      <w:r>
        <w:br/>
        <w:t>І на татовій картині</w:t>
      </w:r>
    </w:p>
    <w:p>
      <w:r>
        <w:br/>
        <w:t>Домалює квіти сині.</w:t>
      </w:r>
    </w:p>
    <w:p>
      <w:r>
        <w:br/>
        <w:t>Не виходить — хоч заплач!</w:t>
      </w:r>
    </w:p>
    <w:p>
      <w:r>
        <w:br/>
        <w:t>Тільки плями й смуги...</w:t>
      </w:r>
    </w:p>
    <w:p>
      <w:r>
        <w:br/>
        <w:t>Мабуть, це поганий квач,</w:t>
      </w:r>
    </w:p>
    <w:p>
      <w:r>
        <w:br/>
        <w:t>Треба взяти другий.</w:t>
      </w:r>
    </w:p>
    <w:p>
      <w:r>
        <w:br/>
        <w:t>Треба взяти іншу фарбу,</w:t>
      </w:r>
    </w:p>
    <w:p>
      <w:r>
        <w:br/>
        <w:t>Ясно-жовту, дуже гарну,</w:t>
      </w:r>
    </w:p>
    <w:p>
      <w:r>
        <w:br/>
        <w:t>Чорну, білу та руду</w:t>
      </w:r>
    </w:p>
    <w:p>
      <w:r>
        <w:br/>
        <w:t>І змішати до ладу.</w:t>
      </w:r>
    </w:p>
    <w:p>
      <w:r>
        <w:br/>
        <w:t>Раптом тато на порозі.</w:t>
      </w:r>
    </w:p>
    <w:p>
      <w:r>
        <w:br/>
        <w:t>Тільки глянув — що то?</w:t>
      </w:r>
    </w:p>
    <w:p>
      <w:r>
        <w:br/>
        <w:t>Фарби, пензлі на підлозі...</w:t>
      </w:r>
    </w:p>
    <w:p>
      <w:r>
        <w:br/>
        <w:t>Знищена робота...</w:t>
      </w:r>
    </w:p>
    <w:p>
      <w:r>
        <w:br/>
        <w:t>І стоїть мале дівчатко,</w:t>
      </w:r>
    </w:p>
    <w:p>
      <w:r>
        <w:br/>
        <w:t>Посміхається до татка,</w:t>
      </w:r>
    </w:p>
    <w:p>
      <w:r>
        <w:br/>
        <w:t>Довгий пензель у руці,</w:t>
      </w:r>
    </w:p>
    <w:p>
      <w:r>
        <w:br/>
        <w:t>Різні фарби на лиці.</w:t>
      </w:r>
    </w:p>
    <w:p>
      <w:r>
        <w:br/>
        <w:t>— Ах ти, шкода наша, шкода!</w:t>
      </w:r>
    </w:p>
    <w:p>
      <w:r>
        <w:br/>
        <w:t>Що ж ти наробила?</w:t>
      </w:r>
    </w:p>
    <w:p>
      <w:r>
        <w:br/>
        <w:t>Грійте швидше теплу воду</w:t>
      </w:r>
    </w:p>
    <w:p>
      <w:r>
        <w:br/>
        <w:t>Та давайте мила!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Мала малярка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