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Макове князювання (збірка)</w:t>
      </w:r>
    </w:p>
    <w:p>
      <w:r>
        <w:br/>
        <w:t xml:space="preserve"> &lt;p&gt;Зірка Мензатюк</w:t>
      </w:r>
    </w:p>
    <w:p>
      <w:r>
        <w:br/>
        <w:t>Прощання з вербою</w:t>
      </w:r>
    </w:p>
    <w:p>
      <w:r>
        <w:br/>
        <w:t>Пізньої осені господар позгрібав у саду листя, сів на лавку й задумався.</w:t>
      </w:r>
    </w:p>
    <w:p>
      <w:r>
        <w:br/>
        <w:t>— З горіха я маю мішок горішків, яблуня дала три ящики яблук, зі слив і вишень наварили варення, — розмірковував він. — Тільки з верби нема нічого. Треба її зрубати.</w:t>
      </w:r>
    </w:p>
    <w:p>
      <w:r>
        <w:br/>
        <w:t>— Ой ні, — зашуміла верба. — Обітни моє гілля. Буде на плоти, ще й на лозницю!</w:t>
      </w:r>
    </w:p>
    <w:p>
      <w:r>
        <w:br/>
        <w:t>— Постарілася ти, вербо! То мій дід плоти городив, сливи в лозниці сушив. Нині в мене заводські огорожі.</w:t>
      </w:r>
    </w:p>
    <w:p>
      <w:r>
        <w:br/>
        <w:t>— То візьми моє гілля на розпал. Від нього гарно дрова займаються.</w:t>
      </w:r>
    </w:p>
    <w:p>
      <w:r>
        <w:br/>
        <w:t>— Знов немудре кажеш! — засміявся господар. — Мій батько гіллям розпалював, а в мене в хаті газ.</w:t>
      </w:r>
    </w:p>
    <w:p>
      <w:r>
        <w:br/>
        <w:t>— Чи ти й кошиків не плестимеш, ложок не різьбитимеш, корита на хліб не будеш довбати?</w:t>
      </w:r>
    </w:p>
    <w:p>
      <w:r>
        <w:br/>
        <w:t>— Ба ні, не буду.</w:t>
      </w:r>
    </w:p>
    <w:p>
      <w:r>
        <w:br/>
        <w:t>Зітхнула верба, зронила срібен лист.</w:t>
      </w:r>
    </w:p>
    <w:p>
      <w:r>
        <w:br/>
        <w:t>— Бачу, справді я зайвою стала. Зрубай мене. Але, коли твоя ласка, не тепер — весною.</w:t>
      </w:r>
    </w:p>
    <w:p>
      <w:r>
        <w:br/>
        <w:t>Відгуляли вітри, відбіліли сніги, знову вийшов господар у сад:</w:t>
      </w:r>
    </w:p>
    <w:p>
      <w:r>
        <w:br/>
        <w:t>— Пора тебе, вербо, рубати!</w:t>
      </w:r>
    </w:p>
    <w:p>
      <w:r>
        <w:br/>
        <w:t>— Пора, — каже верба. — Хай-но востаннє з весною землю розбуджу.</w:t>
      </w:r>
    </w:p>
    <w:p>
      <w:r>
        <w:br/>
        <w:t>Закивала верба високими гілками, і злетілися до неї синиці, вівсянки, дрозди, коноплянки, славки і плиски, чижі й горихвістки, і чубатий одуд, і дзьобатий дятел, ще й сорока-скрегока всілася на самісінькім верху. Заспівали, защебетали, закричали на сто голосів:</w:t>
      </w:r>
    </w:p>
    <w:p>
      <w:r>
        <w:br/>
        <w:t>— Весно красна, ходи до нас!</w:t>
      </w:r>
    </w:p>
    <w:p>
      <w:r>
        <w:br/>
        <w:t>Почуло їх сонце, відчинило своє блакитне вікно й обсипало вербу зливою проміння. Тої ж миті розкрилися вербові бруньки й випустили золотаво-зелені сережки. І такі прозоро-чисті, такі ніжні гіркуваті пахощі полинули садом! Враз постала дівчина, юна та свіжа, взяла в руку вербову гілочку в цвіту і ну торкати нею все навколо. Торкнула дерева — зацвіли дерева, торкнула землю — хрещатий барвінок спалахнув блакитними зірками, торкнула хмару — і та розквітла, веселкою зацвіла! А дівчина з гілкою — від дерева до дерева, від саду до поля:</w:t>
      </w:r>
    </w:p>
    <w:p>
      <w:r>
        <w:br/>
        <w:t>— Верба б’є, не я б’ю, за тиждень Великдень!</w:t>
      </w:r>
    </w:p>
    <w:p>
      <w:r>
        <w:br/>
        <w:t>І побачив господар, що з далекої мли йдуть до нього травневі дні — великі, ясні, багаті на цвіт, на мед, на пташиний щебет, на краплисту росу.</w:t>
      </w:r>
    </w:p>
    <w:p>
      <w:r>
        <w:br/>
        <w:t>— Ще я тобі гарне літо наворожу,— почув господар знайомий шелест. Дивиться — аж верба вже й не верба, а купальська "Марина" у стрічках, віночках, у палахких свічках. Білолиці дівчата чарівний танок ведуть, чарівну пісню співають:</w:t>
      </w:r>
    </w:p>
    <w:p>
      <w:r>
        <w:br/>
        <w:t>Кругом Мариноньки</w:t>
      </w:r>
    </w:p>
    <w:p>
      <w:r>
        <w:br/>
        <w:t>Ходили дівоньки;</w:t>
      </w:r>
    </w:p>
    <w:p>
      <w:r>
        <w:br/>
        <w:t>Стороною дощик іде!</w:t>
      </w:r>
    </w:p>
    <w:p>
      <w:r>
        <w:br/>
        <w:t>Стороною,</w:t>
      </w:r>
    </w:p>
    <w:p>
      <w:r>
        <w:br/>
        <w:t>Та на мою руженьку червону!</w:t>
      </w:r>
    </w:p>
    <w:p>
      <w:r>
        <w:br/>
        <w:t>Розляглася ніч, пахуча й тепла. Побіг садом таємничий шелест. То прилинув лісовий вітерець.</w:t>
      </w:r>
    </w:p>
    <w:p>
      <w:r>
        <w:br/>
        <w:t>— Господарю! Господарю! — залепетало листя. — Скарби шукай! Папороть зацвітає.</w:t>
      </w:r>
    </w:p>
    <w:p>
      <w:r>
        <w:br/>
        <w:t>— Господарю! Господарю! — закивала й верба-"Марина". — Візьми мої чари. Урожай матимеш.</w:t>
      </w:r>
    </w:p>
    <w:p>
      <w:r>
        <w:br/>
        <w:t>Кинула вона гілку на грядки — і виросли огірки, як мальовані. Кинула на город — став город, мов зелене руно!</w:t>
      </w:r>
    </w:p>
    <w:p>
      <w:r>
        <w:br/>
        <w:t>— Тепер, господарю, можеш мене й рубати!</w:t>
      </w:r>
    </w:p>
    <w:p>
      <w:r>
        <w:br/>
        <w:t>Стрепенувся господар. Чи це сон був, чи ява, чи солодке марево? Озирнувся навколо: стоїть верба в пухнастих сережках, біля ніг його лежить сокира, а в серці краса і щем. Підняв господар сокиру.</w:t>
      </w:r>
    </w:p>
    <w:p>
      <w:r>
        <w:br/>
        <w:t>— Ні, вербо, — каже. — З горіха я матиму горішки, з яблуні яблука, з вишень і слив наваримо варення. А з тобою в саду буде казка. Не рубатиму тебе!</w:t>
      </w:r>
    </w:p>
    <w:p>
      <w:r>
        <w:br/>
        <w:t>Так усе й скінчилося. Сокира вернулась у комору, а верба цвіте-цвіте! І пахне на всю околицю.</w:t>
      </w:r>
    </w:p>
    <w:p>
      <w:r>
        <w:br/>
        <w:t>Зірка Мензатюк</w:t>
      </w:r>
    </w:p>
    <w:p>
      <w:r>
        <w:br/>
        <w:t>ПИСАНКА</w:t>
      </w:r>
    </w:p>
    <w:p>
      <w:r>
        <w:br/>
        <w:t>Великодня казка</w:t>
      </w:r>
    </w:p>
    <w:p>
      <w:r>
        <w:br/>
        <w:t>— Кудкудак! Кудкудак! Знесла яйце, як кулак! — закудкудакала курка на весь двір. — Та гарне ж: схоже на білий світ. Бо в світі сонце, а в яйці золотий жовток. Кудкудак!</w:t>
      </w:r>
    </w:p>
    <w:p>
      <w:r>
        <w:br/>
        <w:t>Під хатою на стільчику грілась проти сонечка бабуня Марія.</w:t>
      </w:r>
    </w:p>
    <w:p>
      <w:r>
        <w:br/>
        <w:t>— Яйце? Та кругле, біленьке! Візьму його на писанку.</w:t>
      </w:r>
    </w:p>
    <w:p>
      <w:r>
        <w:br/>
        <w:t>І вона поклала яйце в решето до таких же, як воно, білих та кругленьких.</w:t>
      </w:r>
    </w:p>
    <w:p>
      <w:r>
        <w:br/>
        <w:t>Тоді розтопила ярого воску:</w:t>
      </w:r>
    </w:p>
    <w:p>
      <w:r>
        <w:br/>
        <w:t>— Ходи-но, Івасику, писанки писати!</w:t>
      </w:r>
    </w:p>
    <w:p>
      <w:r>
        <w:br/>
        <w:t>Взяла бабуня писачок. Р-раз! — і лягла на яйце гаряча лінія. Два! — і розкреслилось яйце навхрест.</w:t>
      </w:r>
    </w:p>
    <w:p>
      <w:r>
        <w:br/>
        <w:t>— Бабулю, чуєш, бабуню! — запитав Івасик. — Що це за квіточка у тебе намалювалася?</w:t>
      </w:r>
    </w:p>
    <w:p>
      <w:r>
        <w:br/>
        <w:t>— То, Івасику, не квіточка. То знак сонечка золотого.</w:t>
      </w:r>
    </w:p>
    <w:p>
      <w:r>
        <w:br/>
        <w:t>— Бабуню, чуєш, бабуню! — знов Івасик. — А що то за цяточки-крапочки навхрест між промінням?</w:t>
      </w:r>
    </w:p>
    <w:p>
      <w:r>
        <w:br/>
        <w:t>— Не цяточки, Івасику. То чарівні знаки дощу.</w:t>
      </w:r>
    </w:p>
    <w:p>
      <w:r>
        <w:br/>
        <w:t>Розписала бабуня писанку, в фарбі пофарбувала, — і стала писанка доладна, барвиста!</w:t>
      </w:r>
    </w:p>
    <w:p>
      <w:r>
        <w:br/>
        <w:t>Настав Великдень. Покликала бабуня Марія Петрика, Івасика, Оксанку, Василинку — всіх своїх онучат.</w:t>
      </w:r>
    </w:p>
    <w:p>
      <w:r>
        <w:br/>
        <w:t>— Нате, онучата, по писанці. Гайда викочуватись!</w:t>
      </w:r>
    </w:p>
    <w:p>
      <w:r>
        <w:br/>
        <w:t>Покотив Івась свою писанку:</w:t>
      </w:r>
    </w:p>
    <w:p>
      <w:r>
        <w:br/>
        <w:t>— Ану, хто до неї докотити зуміє?</w:t>
      </w:r>
    </w:p>
    <w:p>
      <w:r>
        <w:br/>
        <w:t>Котять діти писанками; на них вербички, та хрестики, та клинці-вітрячки, та вигадливі поясочки так і мерехтять!</w:t>
      </w:r>
    </w:p>
    <w:p>
      <w:r>
        <w:br/>
        <w:t>А в небі сонце сміється, світлом розлипається.</w:t>
      </w:r>
    </w:p>
    <w:p>
      <w:r>
        <w:br/>
        <w:t>— Чи будеш ти, сонечко, весь рік щедро світити? — питає в нього яйце-писанка.</w:t>
      </w:r>
    </w:p>
    <w:p>
      <w:r>
        <w:br/>
        <w:t>— Буду, буду, бо на тобі мій таємний, знак. Ти котишся — мене до землі приворожуєш!</w:t>
      </w:r>
    </w:p>
    <w:p>
      <w:r>
        <w:br/>
        <w:t>— А чи будеш, дощику, землю поливати, зілля напувати?</w:t>
      </w:r>
    </w:p>
    <w:p>
      <w:r>
        <w:br/>
        <w:t>— Буду, буду, бо на тобі і мій знак магічний. Ти по землі котишся — мої струни-срібнодзвони до неї прив’язуєш!..</w:t>
      </w:r>
    </w:p>
    <w:p>
      <w:r>
        <w:br/>
        <w:t>По двору курка нипала. Стала, видивляється на писанку.</w:t>
      </w:r>
    </w:p>
    <w:p>
      <w:r>
        <w:br/>
        <w:t>— Що воно за яйце-райце, барвисте й зірчасте? Мабуть, самого сонця дитя. Я б такого зроду не знесла...</w:t>
      </w:r>
    </w:p>
    <w:p>
      <w:r>
        <w:br/>
        <w:t>А писанка котиться по землі: тож буде сонце, будуть дощі й роси, буде в світі щастя! Хто його шукатиме — неодмінно знайде.</w:t>
      </w:r>
    </w:p>
    <w:p>
      <w:r>
        <w:br/>
        <w:t>Зірка Мензатюк</w:t>
      </w:r>
    </w:p>
    <w:p>
      <w:r>
        <w:br/>
        <w:t>МОЛОДАНЧИК</w:t>
      </w:r>
    </w:p>
    <w:p>
      <w:r>
        <w:br/>
        <w:t>За Прутом є село, за селом — гора, а на горі лісок-перелісок, такий невеличкий, що його можна оббігти довкола. У тому лісочку живе мавка-зеленавка, мала, як і він. Взимку вона спала в сухому листячку, а поверх листя лежав сніг. Але прийшла весна, сніжок розтав, і мавка прокинулась.</w:t>
      </w:r>
    </w:p>
    <w:p>
      <w:r>
        <w:br/>
        <w:t>— Що це дзвенить, мов чисте срібло, аж мене розбудило? Може, це ви, струмочки? — спитала вона.</w:t>
      </w:r>
    </w:p>
    <w:p>
      <w:r>
        <w:br/>
        <w:t>— Ні, мавко. Ми дзюрчимо не перший день, але ти не будилася, — відповіли струмки.</w:t>
      </w:r>
    </w:p>
    <w:p>
      <w:r>
        <w:br/>
        <w:t>— То, може, це ти, берізко?</w:t>
      </w:r>
    </w:p>
    <w:p>
      <w:r>
        <w:br/>
        <w:t>— Я всю зиму дзвонила обмерзлими гілочками, — сказала берізка. — Але ти того не чула.</w:t>
      </w:r>
    </w:p>
    <w:p>
      <w:r>
        <w:br/>
        <w:t>— Тоді, напевно, це вітер, що гуляє над горою?</w:t>
      </w:r>
    </w:p>
    <w:p>
      <w:r>
        <w:br/>
        <w:t>— Ні, мавко, не я це. Я взимку дзвенів-свистів, мів летючими снігами, а тепер я тихий і лагідний.</w:t>
      </w:r>
    </w:p>
    <w:p>
      <w:r>
        <w:br/>
        <w:t>— То хто ж воно? — роззирнулася мавка довкола й побачила на лужку, на узліссі, дівчаток. Вони бігали й сміялися голосно-голосно, аж котилася луна. Адже почалися канікули, і нарешті була весна: тепле сонечко й воля гратися скільки захочеш.</w:t>
      </w:r>
    </w:p>
    <w:p>
      <w:r>
        <w:br/>
        <w:t>— Он хто мене розбудив, — усміхнулася мавка, бо цих дівчаток вона знала від торік: Марусю, Олюсю і старшеньку Миросю.</w:t>
      </w:r>
    </w:p>
    <w:p>
      <w:r>
        <w:br/>
        <w:t>— Скоро Великдень, — тим часом казала до менших дівчаток Мирося. — А ви ще не навчилися веснянок.</w:t>
      </w:r>
    </w:p>
    <w:p>
      <w:r>
        <w:br/>
        <w:t>— Таки ні... — кивнули Маруся й Олюся.</w:t>
      </w:r>
    </w:p>
    <w:p>
      <w:r>
        <w:br/>
        <w:t>— Я знаю "Молоданчика". Мене бабуся навчила, а я навчу вас.</w:t>
      </w:r>
    </w:p>
    <w:p>
      <w:r>
        <w:br/>
        <w:t>І Мирося почала навчати: треба стати в коло, а одненькій дівчинці — посередині, тоді заспівати:</w:t>
      </w:r>
    </w:p>
    <w:p>
      <w:r>
        <w:br/>
        <w:t>А мій милий молоданчик,</w:t>
      </w:r>
    </w:p>
    <w:p>
      <w:r>
        <w:br/>
        <w:t>Поплинь, поплинь на Дунайчик,</w:t>
      </w:r>
    </w:p>
    <w:p>
      <w:r>
        <w:br/>
        <w:t>Та вмий собі біле личко,</w:t>
      </w:r>
    </w:p>
    <w:p>
      <w:r>
        <w:br/>
        <w:t>Та розчеши косу русу,</w:t>
      </w:r>
    </w:p>
    <w:p>
      <w:r>
        <w:br/>
        <w:t>Та вберися в сорочину,</w:t>
      </w:r>
    </w:p>
    <w:p>
      <w:r>
        <w:br/>
        <w:t>Підпережи горботчину,</w:t>
      </w:r>
    </w:p>
    <w:p>
      <w:r>
        <w:br/>
        <w:t>Та взуй жовті черевички, —</w:t>
      </w:r>
    </w:p>
    <w:p>
      <w:r>
        <w:br/>
        <w:t>Шукай собі товаришки!</w:t>
      </w:r>
    </w:p>
    <w:p>
      <w:r>
        <w:br/>
        <w:t>— А ти, Олюсю, раз ти в колі, маєш ніби вмиватися, вдягатися в сорочину, а в кінці вибрати собі товаришку: ти станеш на її місце, а вона замість тебе в коло.</w:t>
      </w:r>
    </w:p>
    <w:p>
      <w:r>
        <w:br/>
        <w:t>— Виберу, — киває Олюся. — А мама мені не сорочку, а блузочку вишила. З трьома рядами на рукавах. Я на Великдень її вдягну.</w:t>
      </w:r>
    </w:p>
    <w:p>
      <w:r>
        <w:br/>
        <w:t>— В мене буде нова сукня, — й собі похвалилася Маруся. — І сукня, і плащик, і жовті черевички. Такі гарнесенькі!</w:t>
      </w:r>
    </w:p>
    <w:p>
      <w:r>
        <w:br/>
        <w:t>— Ось і добре, — каже малим Мирося. — На Великдень одягнемо обновки та й будемо грати в "Молоданчика".</w:t>
      </w:r>
    </w:p>
    <w:p>
      <w:r>
        <w:br/>
        <w:t>Дівчатка пішли до села, бо вже набігались, а мавка-зеленавка сіла на торішнє листячко й заплакала.</w:t>
      </w:r>
    </w:p>
    <w:p>
      <w:r>
        <w:br/>
        <w:t>— Мавка плаче? — здивувався вітерець, бо був він тепер ласкавий і сумував, коли хтось журився.</w:t>
      </w:r>
    </w:p>
    <w:p>
      <w:r>
        <w:br/>
        <w:t>— Мавка плаче! — зашуміли берізки, грабки й буки.</w:t>
      </w:r>
    </w:p>
    <w:p>
      <w:r>
        <w:br/>
        <w:t>А полем саме йшла весна. Почула, про що шумлять дерева, повернула в лісок.</w:t>
      </w:r>
    </w:p>
    <w:p>
      <w:r>
        <w:br/>
        <w:t>— Чого тобі, дитинко? — погладила мавку по голівці.</w:t>
      </w:r>
    </w:p>
    <w:p>
      <w:r>
        <w:br/>
        <w:t>— Діти мають обновки і на Великдень гратимуться в "Молоданчика", — захлипала та. — Я також хочу гратися, а маю лишень старе торішнє платтячко...</w:t>
      </w:r>
    </w:p>
    <w:p>
      <w:r>
        <w:br/>
        <w:t>— Яка ж бо ти мала-нерозумна, — засміялася весна. — Хіба ти забула, що я обновляю весь світ? Будуть і в тебе обнови.</w:t>
      </w:r>
    </w:p>
    <w:p>
      <w:r>
        <w:br/>
        <w:t>І весна подала мавці гарні жовті черевички, горбатку, виткану листям-квітками, ще й білу-білісіньку сорочину.</w:t>
      </w:r>
    </w:p>
    <w:p>
      <w:r>
        <w:br/>
        <w:t>— А сорочка не вишита...</w:t>
      </w:r>
    </w:p>
    <w:p>
      <w:r>
        <w:br/>
        <w:t>— Буде тобі й вишивка, та така, як наша земля Буковинська! — мовила весна й повернулася до поля: — Гей ти, рілле, чорна, масна, родюча! Дай своєї чорнющої барви!</w:t>
      </w:r>
    </w:p>
    <w:p>
      <w:r>
        <w:br/>
        <w:t>Дала рілля чорної барви — і лягли на білих рукавах дрібні узори.</w:t>
      </w:r>
    </w:p>
    <w:p>
      <w:r>
        <w:br/>
        <w:t>— Гей ти, траво шовкова, дай свого зеленого кольору! І з’явилися на сорочці зелені візерунки.</w:t>
      </w:r>
    </w:p>
    <w:p>
      <w:r>
        <w:br/>
        <w:t>— Ми, буки, дерева поважні, ми й барви дамо дорогої: вишневої, з молодих бруньок! — зашуміли високі дерева.</w:t>
      </w:r>
    </w:p>
    <w:p>
      <w:r>
        <w:br/>
        <w:t>— Тепер ще вишиймо небо та сонце в ньому, і готова сорочка-буковинка, — мовила весна, а в узорах ураз заясніли погідне небо та щире сонце.</w:t>
      </w:r>
    </w:p>
    <w:p>
      <w:r>
        <w:br/>
        <w:t>Зраділа мавка, з утіхи заплескала в долоньки.</w:t>
      </w:r>
    </w:p>
    <w:p>
      <w:r>
        <w:br/>
        <w:t>А весна повела рукою — і зацвів під деревами ряст, тендітні білі анемони, а що вже фіялок, та пшінки, та пролісків!</w:t>
      </w:r>
    </w:p>
    <w:p>
      <w:r>
        <w:br/>
        <w:t>Тут і Великдень настав. На майдані серед села зійшлися дівчатка. Всі гарненькі, чепурненькі, у святкових обновах. Взялися за рученята, заспівали:</w:t>
      </w:r>
    </w:p>
    <w:p>
      <w:r>
        <w:br/>
        <w:t>А мій милий молоданчик,</w:t>
      </w:r>
    </w:p>
    <w:p>
      <w:r>
        <w:br/>
        <w:t>Поплинь, поплинь на Дунайчик..</w:t>
      </w:r>
    </w:p>
    <w:p>
      <w:r>
        <w:br/>
        <w:t>Почула їх мавка і собі спустилася до села.</w:t>
      </w:r>
    </w:p>
    <w:p>
      <w:r>
        <w:br/>
        <w:t>— Хто ти, красуне зеленокоса? — здивувалися дівчатка.</w:t>
      </w:r>
    </w:p>
    <w:p>
      <w:r>
        <w:br/>
        <w:t>— Це наша мавка! — гукнули Олюся, Маруся й Мирося. — Ми торік з нею гралися.</w:t>
      </w:r>
    </w:p>
    <w:p>
      <w:r>
        <w:br/>
        <w:t>— Ой, які в неї обновки! Ой, яка в неї сорочка! — задивилися дівчатка. — Ставай, мавко, серед кола, бо ти в нас найгарніша.</w:t>
      </w:r>
    </w:p>
    <w:p>
      <w:r>
        <w:br/>
        <w:t>І вони заспівали, а мавка в колі вмивалася, чесалася, маяла пишними вишиваними рукавами, і було їй весело-весело, і всім дітям також весело, і всім людям, і всьому селу. У небі стояло сонце, а на горі під ліском-переліском — весна. Вона розгорнула свій фартушок і вийняла з пелени біло-рожеві сорочки: одну сорочку абрикосі, другу — вишні, ту — черешні, а ту — яблуні. Вбрали садочки білі сорочки, цвітуть вишні-черешні, цвітуть абрикоси, цвітуть яблуні. А над білими садами, над запашними черемхами плине пісня про молоданчик, запливає далеко-далеко і зливається з блакитним Дунаєм.</w:t>
      </w:r>
    </w:p>
    <w:p>
      <w:r>
        <w:br/>
        <w:t>Про дівчинку Лесю, яка шукала Зелену неділю</w:t>
      </w:r>
    </w:p>
    <w:p>
      <w:r>
        <w:br/>
        <w:t>ТЕКСТ, НА ЖАЛЬ, ВІДСУТНІЙ</w:t>
      </w:r>
    </w:p>
    <w:p>
      <w:r>
        <w:br/>
        <w:t>Коли зілля найсильніше</w:t>
      </w:r>
    </w:p>
    <w:p>
      <w:r>
        <w:br/>
        <w:t>ТЕКСТ, НА ЖАЛЬ, ВІДСУТНІЙ</w:t>
      </w:r>
    </w:p>
    <w:p>
      <w:r>
        <w:br/>
        <w:t>Макове князювання</w:t>
      </w:r>
    </w:p>
    <w:p>
      <w:r>
        <w:br/>
        <w:t>ТЕКСТ, НА ЖАЛЬ, ВІДСУТНІЙ</w:t>
      </w:r>
    </w:p>
    <w:p>
      <w:r>
        <w:br/>
        <w:t>Заячий пастух</w:t>
      </w:r>
    </w:p>
    <w:p>
      <w:r>
        <w:br/>
        <w:t>Зірка МЕНЗАТЮК</w:t>
      </w:r>
    </w:p>
    <w:p>
      <w:r>
        <w:br/>
        <w:t>Уже кілька днів Михайлик бігав у ліс і довго, дотемна, бродив далекими стежками й сіножатями. Заблудитися він не боявся; ліс підходив до самої їхньої хати й був для нього, як домівка. Він знав, де росли дрібні пізні опеньки, де назбирати шипшини, а де сизих терпких ожин. Знав, де звичайно ховалися зайці. Але тепер даремно обнишпорював розлогі кущі й острівці сухої осінньої трави. Гадаєте, він хотів побачити зайця? Ото ще! На це диво Михайлик надивився. Він шукав те, що не кожному випадає зустріти: заячого пастуха. Авжеж, серед вовків є вовчий пастух, серед ведмедів — ведмежий, а серед зайців — великий мудрий заєць із довгими-предовгими вусами. Зайці його слухаються, а він їх навчає, де безпечно пастися, де краще ховатися, як заплутати сліди й обдурити мисливців. Михайлик мав до нього справу.</w:t>
      </w:r>
    </w:p>
    <w:p>
      <w:r>
        <w:br/>
        <w:t>Напровесні посадив він яблуневий сад — тоненькі щепи на крутосхилі. Нелегке то діло — виростити сад у горах. Ціле літо Михайлик доглядав свої яблуньки, обкопував, підв’язував, носив їм воду аж із потічка. Коли зривалася буря, він побивався: тільки б вітер не поламав його саджанців! Коли набігала плова — найгустіша карпатська злива, — він неспокійно прозирав крізь мокре вікно: чи потоки води не вимиють їх із корінням? Коли над горами кресали блискавиці, він благав: "Обминіть мої яблуньки! Вони ще маленькі!"</w:t>
      </w:r>
    </w:p>
    <w:p>
      <w:r>
        <w:br/>
        <w:t>Вітер їх пожалів, плова-злива не змила, блискавки влучали деінде. Яблуньки прийнялися і трошки підросли. Тепер у Михайлика нова турбота: аби взимку зайці не погризли молоде солодке гілля. Пес Босий їх не встереже. Відколи постарівся, він тільки й робить, що спить у будці. Отож, уся надія на заячого пастуха! Він один може звеліти, щоб зайці не псували щепи.</w:t>
      </w:r>
    </w:p>
    <w:p>
      <w:r>
        <w:br/>
        <w:t>Михайлик брів лісом навмання, шурхотів опалим листям. Уже вечоріло, і він мусив вертатися додому — знову ні з чим.</w:t>
      </w:r>
    </w:p>
    <w:p>
      <w:r>
        <w:br/>
        <w:t>Раптом, мов з-під землі, перед ним вигулькнув незнайомець у чорному вбранні й такому ж капелюсі.</w:t>
      </w:r>
    </w:p>
    <w:p>
      <w:r>
        <w:br/>
        <w:t>— Допомогти тобі, хлопче? —лукаво підморгнув він. — Я знаю, де ховається заячий пастух. Але — послуга за послугу!</w:t>
      </w:r>
    </w:p>
    <w:p>
      <w:r>
        <w:br/>
        <w:t>Михайлик від несподіванки лише кивнув головою.</w:t>
      </w:r>
    </w:p>
    <w:p>
      <w:r>
        <w:br/>
        <w:t>— Скоро тут проїжджатиме вершник, — вів далі незнайомець. — Попроси його глянути, чи справна ця рушниця.</w:t>
      </w:r>
    </w:p>
    <w:p>
      <w:r>
        <w:br/>
        <w:t>Хлопець засміявся. Якщо йдеться про таку дрібницю, то про що мова!</w:t>
      </w:r>
    </w:p>
    <w:p>
      <w:r>
        <w:br/>
        <w:t>— Тільки ж пильнуй: вершник має взяти рушницю в руки! І не обмовся йому про мене.</w:t>
      </w:r>
    </w:p>
    <w:p>
      <w:r>
        <w:br/>
        <w:t>Чорний захихотів і сховався за кущами. А Михайлик подався на галявину. Там проходила лісова дорога, якою звозять сіно з верхів.</w:t>
      </w:r>
    </w:p>
    <w:p>
      <w:r>
        <w:br/>
        <w:t>Довкола коїлося щось дивне. Мишки вискакували з нірок і щодуху тікали геть. Білочки квапилися кудись подалі.</w:t>
      </w:r>
    </w:p>
    <w:p>
      <w:r>
        <w:br/>
        <w:t>Між деревами майнув тхір, промчав кабан, ламаючи хмиз.</w:t>
      </w:r>
    </w:p>
    <w:p>
      <w:r>
        <w:br/>
        <w:t>На верхівку смереки всілася сорока й заскрекотіла:</w:t>
      </w:r>
    </w:p>
    <w:p>
      <w:r>
        <w:br/>
        <w:t>— Скрекеке! Отаке! Він узяв рушницю!</w:t>
      </w:r>
    </w:p>
    <w:p>
      <w:r>
        <w:br/>
        <w:t>А чорні ворони кружляли зграєю й голосно кричали:</w:t>
      </w:r>
    </w:p>
    <w:p>
      <w:r>
        <w:br/>
        <w:t>— Кра! Украв! Кра! Украв!</w:t>
      </w:r>
    </w:p>
    <w:p>
      <w:r>
        <w:br/>
        <w:t>— Нічого я не крав, — обурився Михайлик.</w:t>
      </w:r>
    </w:p>
    <w:p>
      <w:r>
        <w:br/>
        <w:t>Але радість його пригасла. Вся ця справа не вельми гарна.</w:t>
      </w:r>
    </w:p>
    <w:p>
      <w:r>
        <w:br/>
        <w:t>Авжеж, якщо подумати, то він долучався до якоїсь чужої брехні...</w:t>
      </w:r>
    </w:p>
    <w:p>
      <w:r>
        <w:br/>
        <w:t>— Розумієте, — сказав він птахам, — я ціле літо працював, стільки відер води переносив на гору! А тепер щоб усе пропало?</w:t>
      </w:r>
    </w:p>
    <w:p>
      <w:r>
        <w:br/>
        <w:t>Галява лежала сумна й порожня, лиш сиротливі квітки пізньоцвіту видніли в сутінках.</w:t>
      </w:r>
    </w:p>
    <w:p>
      <w:r>
        <w:br/>
        <w:t>— Еге, ви сховаєтеся під сніг, — мовив до них Михайлик. — А яблуньки лишаться напризволяще. Як їх не пожаліти?</w:t>
      </w:r>
    </w:p>
    <w:p>
      <w:r>
        <w:br/>
        <w:t>Мовчав пізньоцвіт, навіть голівками не похитував.</w:t>
      </w:r>
    </w:p>
    <w:p>
      <w:r>
        <w:br/>
        <w:t>А з лісу по той бік уже виїхав вершник, яснів під ним білий кінь. Михайлик побрів назустріч. Ніс рушницю, мов важкий камінь, і на серці також наче камінь лежав.</w:t>
      </w:r>
    </w:p>
    <w:p>
      <w:r>
        <w:br/>
        <w:t>— Добрий вечір, — сказав він до вершника, не підводячи очей. — Ось рушниця... але... але...</w:t>
      </w:r>
    </w:p>
    <w:p>
      <w:r>
        <w:br/>
        <w:t>Ех, що буде, те й буде!</w:t>
      </w:r>
    </w:p>
    <w:p>
      <w:r>
        <w:br/>
        <w:t>— Але вона не моя. Мені дав її чорний незнайомець. — Михайликові мов гора з пліч звалилася! І слово за словом він розказав усе, як було.</w:t>
      </w:r>
    </w:p>
    <w:p>
      <w:r>
        <w:br/>
        <w:t>— Чи ти не впізнав мене, Михайлику? — спитав вершник. Хлопчик підвів очі... Та це ж святий Михайло, небесний Архистратиг! Завтра його свято.</w:t>
      </w:r>
    </w:p>
    <w:p>
      <w:r>
        <w:br/>
        <w:t>— Ти знаєш, що станеться з рушницею, коли я візьму її до рук?</w:t>
      </w:r>
    </w:p>
    <w:p>
      <w:r>
        <w:br/>
        <w:t>Враз хлопчик згадав: таж рушниця битиме все живе без промаху! Ось чому стривожилися птахи та звірі...</w:t>
      </w:r>
    </w:p>
    <w:p>
      <w:r>
        <w:br/>
        <w:t>— Краще до неї не торкайтеся, — зітхнув Михайлик і відкинув рушницю геть.</w:t>
      </w:r>
    </w:p>
    <w:p>
      <w:r>
        <w:br/>
        <w:t>— А що ж твій сад?</w:t>
      </w:r>
    </w:p>
    <w:p>
      <w:r>
        <w:br/>
        <w:t>— Та... Я стовбурці соломою пообв’язував. Може, обійдеться?</w:t>
      </w:r>
    </w:p>
    <w:p>
      <w:r>
        <w:br/>
        <w:t>Раптом галява стала біла-біла, і ліс побілів, навіть чорні смереки мовби накинули на плечі білі хустки. А на білому узбіччі сидів... Михайлик очам своїм не повірив! Сидів великий сивий зайчище з вусами довгими-предовгими, що аж звисали долі. Заячий пастух!</w:t>
      </w:r>
    </w:p>
    <w:p>
      <w:r>
        <w:br/>
        <w:t>— Я все чув і бачив, — обізвався він до хлопця. — Ти пожалів моїх зайців, відвернув від нас загрозу. Так знай, що й жоден заєць не зачепить твій садок!</w:t>
      </w:r>
    </w:p>
    <w:p>
      <w:r>
        <w:br/>
        <w:t>Заячий пастух кивнув довгим вухом і неквапно поплигав геть.</w:t>
      </w:r>
    </w:p>
    <w:p>
      <w:r>
        <w:br/>
        <w:t>А чорний розсердився, що не по його вийшло. З тої злости він висунувся з-за куща і, гидко кривлячись, показав язика. Тоді висунувся з-за другого і скривився ще гидкіше. Так він тікав, кривляючись, і лишав за собою не сліди підошов, а відбитки свинячих ратиць. Небесний вершник прицілився зі своєї рушниці — блиснув вогонь, і чортяка (бо то ж був він) щез, лиш димілася калюжка гарячої смоли!</w:t>
      </w:r>
    </w:p>
    <w:p>
      <w:r>
        <w:br/>
        <w:t>— Покатайся зі мною, Михайлику, — мовив хлопцеві небесний вершник. — Бо ти ж завтра іменинник.</w:t>
      </w:r>
    </w:p>
    <w:p>
      <w:r>
        <w:br/>
        <w:t>Миттю Михайлик опинився в сідлі, і кінь помчав чи, може, полетів! Задніми копитами він торкався одної гори, а передніми — вже іншої, одним скоком перескакував річки, а села тільки миготіли! Гори, ліси й поля, що чорніли попереду, позад білого коня враз ставали білі-білісінькі... Аж ось удалині щось заясніло, засвітилося, мов прегарні високі свічки.</w:t>
      </w:r>
    </w:p>
    <w:p>
      <w:r>
        <w:br/>
        <w:t>— Що воно видніє ген у синяві? — спитав Михайлик.</w:t>
      </w:r>
    </w:p>
    <w:p>
      <w:r>
        <w:br/>
        <w:t>— Київ сяє золотоверхими соборами!</w:t>
      </w:r>
    </w:p>
    <w:p>
      <w:r>
        <w:br/>
        <w:t>Тільки-но кінь став копитами на київських кручах, як назустріч загучало, задзвеніло, заграло! То Київ вітав свого святого покровителя. Бом! Бом! Бом! —гули великі важелезні дзвони. Дзелень! Дзелень! — озивалися менші. Дзілінь-дзінь!, Дзілінь-дзінь! — теленькали дрібні веселі дзвоники.</w:t>
      </w:r>
    </w:p>
    <w:p>
      <w:r>
        <w:br/>
        <w:t>— Вставай, синочку, будильник дзвонить! — почув Михайлик мамин голос. Розплющив очі — аж він удома, в своєму ліжку.</w:t>
      </w:r>
    </w:p>
    <w:p>
      <w:r>
        <w:br/>
        <w:t>— Вставай, подивися, що надворі сталося, — всміхалася до нього мама.</w:t>
      </w:r>
    </w:p>
    <w:p>
      <w:r>
        <w:br/>
        <w:t>— Знаю, знаю! Приїхав Михайло на білому коні!</w:t>
      </w:r>
    </w:p>
    <w:p>
      <w:r>
        <w:br/>
        <w:t>Він скочив до вікна, а надворі все засніжене! Униз по схилу темніли рядки яблуньок, на тоненьких гіллячках лежав сніг, а їм снився білий цвіт, яким вони невдовзі заквітчають гору.</w:t>
      </w:r>
    </w:p>
    <w:p>
      <w:r>
        <w:br/>
        <w:t>Казка про колядку</w:t>
      </w:r>
    </w:p>
    <w:p>
      <w:r>
        <w:br/>
        <w:t>ТЕКСТ, НА ЖАЛЬ, ВІДСУТНІЙ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Макове князювання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