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Майстер скрипки</w:t>
      </w:r>
    </w:p>
    <w:p>
      <w:r>
        <w:br/>
        <w:t xml:space="preserve"> МАЙСТЕР СКРИПКИ&lt;br /&gt;</w:t>
        <w:br/>
        <w:t>&lt;blockquote&gt;Пам’яті діда Миколи&lt;/blockquote&gt;&lt;br /&gt;</w:t>
        <w:br/>
        <w:t>Ні в які він не вписаний кадастри,&lt;br /&gt;</w:t>
        <w:br/>
        <w:t>Ніхто й не пам’ятає того Майстра…&lt;br /&gt;</w:t>
        <w:br/>
        <w:t>Про нього не напишуть житіє,&lt;br /&gt;</w:t>
        <w:br/>
        <w:t>Як він шукав тут дерево своє,</w:t>
      </w:r>
    </w:p>
    <w:p>
      <w:r>
        <w:br/>
        <w:t>Як він ішов з надією до лісу,&lt;br /&gt;</w:t>
        <w:br/>
        <w:t>Постукував своїм стареньким крісом,&lt;br /&gt;</w:t>
        <w:br/>
        <w:t>Та не боялись того топірця&lt;br /&gt;</w:t>
        <w:br/>
        <w:t>Гінкі тополі, юні ясенця.</w:t>
      </w:r>
    </w:p>
    <w:p>
      <w:r>
        <w:br/>
        <w:t>А молоденькі усміхались липки:&lt;br /&gt;</w:t>
        <w:br/>
        <w:t>Нічого ми не знаємо за скрипку.&lt;br /&gt;</w:t>
        <w:br/>
        <w:t>Тож підбирав утиночки пусті,&lt;br /&gt;</w:t>
        <w:br/>
        <w:t>І горював – не те, не так, не ті…</w:t>
      </w:r>
    </w:p>
    <w:p>
      <w:r>
        <w:br/>
        <w:t>Здирав кору з повалених дерев,&lt;br /&gt;</w:t>
        <w:br/>
        <w:t>І дослухався чи смикнувся нерв?&lt;br /&gt;</w:t>
        <w:br/>
        <w:t>І вибухала щастям голова,&lt;br /&gt;</w:t>
        <w:br/>
        <w:t>Коли він чув, що дерево співа.</w:t>
      </w:r>
    </w:p>
    <w:p>
      <w:r>
        <w:br/>
        <w:t>Тягнув додому сіру деревину,&lt;br /&gt;</w:t>
        <w:br/>
        <w:t>Сміялись діти, плакала дружина,&lt;br /&gt;</w:t>
        <w:br/>
        <w:t>А потім на столярському столі&lt;br /&gt;</w:t>
        <w:br/>
        <w:t>Стирав до крові душу й мозолі.</w:t>
      </w:r>
    </w:p>
    <w:p>
      <w:r>
        <w:br/>
        <w:t>Стругав та клеїв ефи і сурдинки,&lt;br /&gt;</w:t>
        <w:br/>
        <w:t>Перевіряв і проміряв відтинки,&lt;br /&gt;</w:t>
        <w:br/>
        <w:t>Не чув вітрів, не видів чорних туч,&lt;br /&gt;</w:t>
        <w:br/>
        <w:t>Душа замкнулась на скрипковий ключ.</w:t>
      </w:r>
    </w:p>
    <w:p>
      <w:r>
        <w:br/>
        <w:t>Він скрипки оддавав лиш в добрі руки,&lt;br /&gt;</w:t>
        <w:br/>
        <w:t>І не страждав ніколи від розлуки,&lt;br /&gt;</w:t>
        <w:br/>
        <w:t>Бо крила дав, наставив в добру путь,&lt;br /&gt;</w:t>
        <w:br/>
        <w:t>Нехай співають і цвітуть, цвітуть!</w:t>
      </w:r>
    </w:p>
    <w:p>
      <w:r>
        <w:br/>
        <w:t>І — розбігались селами містами,&lt;br /&gt;</w:t>
        <w:br/>
        <w:t>Летіли небом і пливли житами,&lt;br /&gt;</w:t>
        <w:br/>
        <w:t>Випростувались душі і земля&lt;br /&gt;</w:t>
        <w:br/>
        <w:t>У симбіозі скрипки й скрипаля.</w:t>
      </w:r>
    </w:p>
    <w:p>
      <w:r>
        <w:br/>
        <w:t>Він би прожив десь там, мабуть, в пошані&lt;br /&gt;</w:t>
        <w:br/>
        <w:t>В краях далеких, у світах незнаних,&lt;br /&gt;</w:t>
        <w:br/>
        <w:t>А тут за нього узялася "власть",&lt;br /&gt;</w:t>
        <w:br/>
        <w:t>Бо худобина щось пішла не в масть.</w:t>
      </w:r>
    </w:p>
    <w:p>
      <w:r>
        <w:br/>
        <w:t>Він Майстром був і не шукав причини,&lt;br /&gt;</w:t>
        <w:br/>
        <w:t>Не міг зректися золотого чину,&lt;br /&gt;</w:t>
        <w:br/>
        <w:t>Не міг він жити просто, як усі,&lt;br /&gt;</w:t>
        <w:br/>
        <w:t>Без осіянних звуків, голосів.</w:t>
      </w:r>
    </w:p>
    <w:p>
      <w:r>
        <w:br/>
        <w:t>Його щоправда і не умовляли,&lt;br /&gt;</w:t>
        <w:br/>
        <w:t>Бо голод-цар і не таких всіх рівняє,&lt;br /&gt;</w:t>
        <w:br/>
        <w:t>Шукали хліб і ще якісь скарби&lt;br /&gt;</w:t>
        <w:br/>
        <w:t>В хатині, де одні гроби.. гроби…</w:t>
      </w:r>
    </w:p>
    <w:p>
      <w:r>
        <w:br/>
        <w:t>Від люті те обійстя запалили,&lt;br /&gt;</w:t>
        <w:br/>
        <w:t>На Майстра вже не витрачали сили.&lt;br /&gt;</w:t>
        <w:br/>
        <w:t>В колисці з лісових гіркущих трав&lt;br /&gt;</w:t>
        <w:br/>
        <w:t>Він з голоду тихенько дотлівав.</w:t>
      </w:r>
    </w:p>
    <w:p>
      <w:r>
        <w:br/>
        <w:t>…До нього руки простягали липки,&lt;br /&gt;</w:t>
        <w:br/>
        <w:t>І плакали з вогню – ми скрипки… скрипки…&lt;br /&gt;</w:t>
        <w:br/>
        <w:t>І нить летіла небом вогняна,&lt;br /&gt;</w:t>
        <w:br/>
        <w:t>Одна струна від діда. Лиш струна...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Майстер скрипки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