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Лучче нехай буде злий, ніж дурний</w:t>
      </w:r>
    </w:p>
    <w:p>
      <w:r>
        <w:br/>
        <w:t xml:space="preserve"> &lt;p&gt;(Приказка)</w:t>
      </w:r>
    </w:p>
    <w:p>
      <w:r>
        <w:br/>
        <w:t>У батька та в матері була одним одна дочка. Старі дуже любили свою дитину, годили їй, як болячці печеній, та й розбалували так, що вона орудувала батьком та матір'ю неначе наймитами: що схотіла, те й робила. Сусіди й родичі, глядячи на неї, як вона вередує, було й кажуть:</w:t>
      </w:r>
    </w:p>
    <w:p>
      <w:r>
        <w:br/>
        <w:t>— Постривай лишень, Хвесько (так звали дівчину), як одружишся, то вже тоді не будеш отак верховодить: чоловік не буде тобі потурать, як дурний батько та божевільна мати.</w:t>
      </w:r>
    </w:p>
    <w:p>
      <w:r>
        <w:br/>
        <w:t>А вона слухає та сміється.</w:t>
      </w:r>
    </w:p>
    <w:p>
      <w:r>
        <w:br/>
        <w:t>— Не бійтесь,— каже,— я вийду заміж за дурня та й буду робить, що схочу, як і теперечки.</w:t>
      </w:r>
    </w:p>
    <w:p>
      <w:r>
        <w:br/>
        <w:t>— Отаке вигадай!—одказують їй.— Як-таки можна з дурнем одружитись!.. Од дурня, кажуть люди, як од ледачого чоловіка, поли вріж!</w:t>
      </w:r>
    </w:p>
    <w:p>
      <w:r>
        <w:br/>
        <w:t>— Ет,— каже,— не треба мені того розумного — я й сама розумна, аби тільки мене слухав.</w:t>
      </w:r>
    </w:p>
    <w:p>
      <w:r>
        <w:br/>
        <w:t>Сватали Хвеську і хороші люди, так не пішла, все дурня собі шукала,— та й знайшла такого, що, здається, дурнішого і на всьому світі не знайти. Хвеськом прозивався. батько й мати почали були її одмовляти, так і слухать не схотіла:</w:t>
      </w:r>
    </w:p>
    <w:p>
      <w:r>
        <w:br/>
        <w:t>— Не вам,— каже,— з ним жити, а мені!</w:t>
      </w:r>
    </w:p>
    <w:p>
      <w:r>
        <w:br/>
        <w:t>Ну, як одружилась Хвеська з Хвеськом, батько збудував їм особливу хату і наділив худобою. Господарює Хвеська, у всьому перед веде, а Хвесько слуха її й поважа, неначе жінка чоловіка. Так зате ж нічогісінько й не робить, бо й робить не вміє: стане косить — косу поламає, візьметься за серп — руки собі поріже. Було Хвеська одна і в поле ходить, а свого Хвеська, неначе хлоп'ятко, зоставляла двору стерегти; так і господи ж не встереже: тільки Хвеська з двору, так він вклався спати; вернеться небога, стане оглядувать господарство — то або волів вкрали, або діловання[1] порозносили. Як вже, сердешна, не працювала, як не побивалась, а ніяк одна не встереже худоби і не придбає, щоб було чим одягти себе й свого дурня та ще й нагодувать, бо й здорово тріскав. Так ото й року не прожили, як знищились і обідніли, так що часом і шматка хліба нема, і хата зробилась обіхідчаста[2]. Терпить сердешна Хвеська, деколи нищечком собі поплаче, а од людей ховається з своїм горем: ніхто, як сама ж собі наробила; бачили очі, що купували, їжте ж, хоч повилазьте!</w:t>
      </w:r>
    </w:p>
    <w:p>
      <w:r>
        <w:br/>
        <w:t>Раз пішла Хвеська в поле жати, а Хвеська післала до батька.</w:t>
      </w:r>
    </w:p>
    <w:p>
      <w:r>
        <w:br/>
        <w:t>— Піди лишень,— каже,— та попроси, щоб хоч чогонебудь дали то дали.</w:t>
      </w:r>
    </w:p>
    <w:p>
      <w:r>
        <w:br/>
        <w:t>Прийшов Хвесько до батька та й каже, як звеліла йому Хвеська. А вже він такий був покірний та слухняний — що б йому жінка не звеліла, чи воно до ладу, чи ні, то так саме й зробить.</w:t>
      </w:r>
    </w:p>
    <w:p>
      <w:r>
        <w:br/>
        <w:t>— Добре,— каже батько,— сьогодні зарізали ягнятко, так от вам стегно баранинки.</w:t>
      </w:r>
    </w:p>
    <w:p>
      <w:r>
        <w:br/>
        <w:t>Приніс Хвесько додому ту баранину та й кинув її на долівці в сінях, а собаки донюхались та й з’їли. Вернулась Хвеська, пита:</w:t>
      </w:r>
    </w:p>
    <w:p>
      <w:r>
        <w:br/>
        <w:t>— А що батько нам дав?</w:t>
      </w:r>
    </w:p>
    <w:p>
      <w:r>
        <w:br/>
        <w:t>— Дав,— одказує Хвесько,— баранини, так я її сховав на долівці в сінях, а бісові собаки і згамкали.</w:t>
      </w:r>
    </w:p>
    <w:p>
      <w:r>
        <w:br/>
        <w:t>— Дурний! Хіба ж так ховають баранину!.. Ти б її порізав на шматочки та гарненько намочив у ночовках, то б я тобі борщику зварила.</w:t>
      </w:r>
    </w:p>
    <w:p>
      <w:r>
        <w:br/>
        <w:t>На другий день пішла Хвеська у поле, а Хвеська знов послала до батька, щоб чого-небудь попросив. Прийшов Хвесько до батька та й просить, як йому казано.</w:t>
      </w:r>
    </w:p>
    <w:p>
      <w:r>
        <w:br/>
        <w:t>— Добре,— каже батько,— візьми ж отсей жупанок, він ще новенький, то згодиться.</w:t>
      </w:r>
    </w:p>
    <w:p>
      <w:r>
        <w:br/>
        <w:t>Приніс Хвесько жупанок додому, порізав на шматки та й намочив у ночовках. Вернулась з поля Хвеська, пита, що батько дав, а він і показує в ночовках порізаний жупанок та ще й скалиться до неї, думає собі: от Хвеська по головці його погладить за те, що так саме зробив, як вона йому казала.</w:t>
      </w:r>
    </w:p>
    <w:p>
      <w:r>
        <w:br/>
        <w:t>— Що се ти, дурню, наробив! — скрикнула Хвеська.— Нащо ти порізав жупанок? Хіба се баранина?.. Ти ж, дурний, гарненько б його згорнув та й повісив на жертці, а в неділю одягся б та пішов до церкви.</w:t>
      </w:r>
    </w:p>
    <w:p>
      <w:r>
        <w:br/>
        <w:t>З перегодом знов посила свого Хвеська попросить чого-небудь у батька. Прийшов Хвесько, просить.</w:t>
      </w:r>
    </w:p>
    <w:p>
      <w:r>
        <w:br/>
        <w:t>— Добре,— каже батько,— нате ж вам наймичку; теперички робоча пора, то вона стане вам у великій пригоді.</w:t>
      </w:r>
    </w:p>
    <w:p>
      <w:r>
        <w:br/>
        <w:t>Привів Хвесько наймичку додому. Тільки увійшли у хату, а він до неї та й пха до жертки. Та від його, а він її цупить за коси, щоб повісить на жертку; так наймичка вхопила товкач та тим товкачем по пиці його раз і вдруге; вирвалась і втекла.</w:t>
      </w:r>
    </w:p>
    <w:p>
      <w:r>
        <w:br/>
        <w:t>Вернулась Хвеська, спитала, що батько дав, а Хвесько й каже:</w:t>
      </w:r>
    </w:p>
    <w:p>
      <w:r>
        <w:br/>
        <w:t>— Наймичку дав! та як став я її вішать на жертку, так вона, гладка, усю пику мені товкачем побила та й втекла!</w:t>
      </w:r>
    </w:p>
    <w:p>
      <w:r>
        <w:br/>
        <w:t>— Дурний,— каже Хвеська,— се мені батько на підмогу дав наймичку, ти б її посадив та почастував горілочкою.</w:t>
      </w:r>
    </w:p>
    <w:p>
      <w:r>
        <w:br/>
        <w:t>На другий день знов посила вона Хвеська до батька, щоб дав чим-небудь поперевозити копи, що понажинала. Пішов Хвесько до батька, а той і дав йому кобилу. Привів Хвесько ту кобилу, зараз її в хату, завів за стіл та, знявши з полиці пляшку з горілкою, і частує. Кобила знай задира догори голову, а він кланяється та просить; далі здалось йому, що вона соромиться,— от він чарку їй в зуби, а кобила як учистить його задом — і стіл поламала, і горшки побила; та вже якось ударилась головою об двері, так вони відчинились, от вона і втекла. Вернулась Хвеська додому.</w:t>
      </w:r>
    </w:p>
    <w:p>
      <w:r>
        <w:br/>
        <w:t>— Хто се,— спитала,— такий гармидер наробив?..</w:t>
      </w:r>
    </w:p>
    <w:p>
      <w:r>
        <w:br/>
        <w:t>— Та се ж,— одказує Хвесько,— та бісова кобила, що батько тобі дав. Став її, як добру, частувать, а вона, гладка, як садоне мене у груди, так я аж під лавою опинивсь.</w:t>
      </w:r>
    </w:p>
    <w:p>
      <w:r>
        <w:br/>
        <w:t>— Як бачу,— каже Хвеська,— правду люди кажуть: вчений дурень ще дурніший од невченого!</w:t>
      </w:r>
    </w:p>
    <w:p>
      <w:r>
        <w:br/>
        <w:t>Не стала вже Хвеська його посилать, як чого треба, то сама піде, а він сидить собі в хаті та тільки лопа. На заговіни пішла Хвеська до батька і Хвеська з собою узяла.</w:t>
      </w:r>
    </w:p>
    <w:p>
      <w:r>
        <w:br/>
        <w:t>— Тільки,— каже йому,— гляди мені, як будем обідать, то ти ні до чого не доторкуйсь, а то як станеш тріскать, то все порозливаєш і поперевертуєш; після обід сама тебе нагодую.</w:t>
      </w:r>
    </w:p>
    <w:p>
      <w:r>
        <w:br/>
        <w:t>Прийшли до батька, стали обідать. Голодний Хвесько ні до чого не доторкується, тільки дивиться та слинку ковта. Після обід понаходили сусіди, родичі. Хвеська забалакалась із ними та й забула про свого дурня, а далі з ними пішла і вернулась вже пізно увечері. Тільки в хату — говорить Хвесько до неї:</w:t>
      </w:r>
    </w:p>
    <w:p>
      <w:r>
        <w:br/>
        <w:t>— Їсти хочу.</w:t>
      </w:r>
    </w:p>
    <w:p>
      <w:r>
        <w:br/>
        <w:t>Хвеська достала макітру з варениками, зняла з полиці глек із сметаною і поставила перед Хвеськом. А він ухопив обома руками вареник та й шурхнув у глек із сметаною; тягне назад, так ніяк не вийме рук. Носиться по хаті, сердешний, з тим глеком та хлипа.</w:t>
      </w:r>
    </w:p>
    <w:p>
      <w:r>
        <w:br/>
        <w:t>— Піди,— каже Хвеська,— надвір та розбий глек об кілок.</w:t>
      </w:r>
    </w:p>
    <w:p>
      <w:r>
        <w:br/>
        <w:t>Вийшов Хвесько надвір, а тут біля тину стоїть батько; а він його хряп по голові,— той так і гепнувсь об землю. Повибігали з хати: до батька, а він як неживий.</w:t>
      </w:r>
    </w:p>
    <w:p>
      <w:r>
        <w:br/>
        <w:t>— Що се ти, дурню, наробив! — скрикнула Хвеська на Хвеська.— Замість об кілок, розбив глек об батькову голову?</w:t>
      </w:r>
    </w:p>
    <w:p>
      <w:r>
        <w:br/>
        <w:t>— Так, так,— одказує Хвесько,— я й бачив, що батько, та думав, що то кілок та й вдарив!</w:t>
      </w:r>
    </w:p>
    <w:p>
      <w:r>
        <w:br/>
        <w:t>— Іди ж собі к бісовій матері,— гримнула Хвеська,— цур тобі, пек тобі! Не хочу я з тобою ні жити, ні дивитися на тебе. Теперечки й сама, дурна, бачу, що люди правду кажуть: "Лучне нехай буде злий, ніж дурний".</w:t>
      </w:r>
    </w:p>
    <w:p>
      <w:r>
        <w:br/>
        <w:t>[1] Паркан.</w:t>
      </w:r>
    </w:p>
    <w:p>
      <w:r>
        <w:br/>
        <w:t>[2] Не обгороджена тином.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Лучче нехай буде злий, ніж дурний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