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Лови</w:t>
      </w:r>
    </w:p>
    <w:p>
      <w:r>
        <w:br/>
        <w:t xml:space="preserve"> Цвіли на луці вереси й чебреці,&lt;br /&gt;</w:t>
        <w:br/>
        <w:t>Ішли на охоту ловці-молодці.&lt;br /&gt;</w:t>
        <w:br/>
        <w:t>Брели по болоту, брели по мокві,&lt;br /&gt;</w:t>
        <w:br/>
        <w:t>Сполохали хлопці куріпку в траві.</w:t>
      </w:r>
    </w:p>
    <w:p>
      <w:r>
        <w:br/>
        <w:t>Ви, хлопці, ловіть дичину на трапку,&lt;br /&gt;</w:t>
        <w:br/>
        <w:t>Ви, хлопці, ловіть дичину на трапку,-&lt;br /&gt;</w:t>
        <w:br/>
        <w:t>Яку на льоту, яку на скаку,&lt;br /&gt;</w:t>
        <w:br/>
        <w:t>Та з засідки бийте куріпку метку.</w:t>
      </w:r>
    </w:p>
    <w:p>
      <w:r>
        <w:br/>
        <w:t>Пурхнула куріпка над сонним зелом,&lt;br /&gt;</w:t>
        <w:br/>
        <w:t>Досвітню росицю струснула крилом;&lt;br /&gt;</w:t>
        <w:br/>
        <w:t>Хороша та жвава пташина дрібна,&lt;br /&gt;</w:t>
        <w:br/>
        <w:t>Хупава, як пава, ясна, як весна.</w:t>
      </w:r>
    </w:p>
    <w:p>
      <w:r>
        <w:br/>
        <w:t>З-за гаю зеленого сонце зійшло,&lt;br /&gt;</w:t>
        <w:br/>
        <w:t>Веселе проміння навкруг розлило;&lt;br /&gt;</w:t>
        <w:br/>
        <w:t>В куріпочки пір'я леліє рябе,&lt;br /&gt;</w:t>
        <w:br/>
        <w:t>Те пір'я, пташино, зраджає тебе!</w:t>
      </w:r>
    </w:p>
    <w:p>
      <w:r>
        <w:br/>
        <w:t>I долом ганяли, й горою ішли&lt;br /&gt;</w:t>
        <w:br/>
        <w:t>Ті хлопці-мисливці, завзяті орли;&lt;br /&gt;</w:t>
        <w:br/>
        <w:t>От-от дасться пташка у руки сама,&lt;br /&gt;</w:t>
        <w:br/>
        <w:t>А там тільки фррр! — була та й нема.</w:t>
      </w:r>
    </w:p>
    <w:p>
      <w:r>
        <w:br/>
        <w:t>Ви, хлопці, ловіть дичину на трапку,&lt;br /&gt;</w:t>
        <w:br/>
        <w:t>Ви, хлопці, ловіть дичину на трапку,-&lt;br /&gt;</w:t>
        <w:br/>
        <w:t>Яку на льоту, яку на скаку,&lt;br /&gt;</w:t>
        <w:br/>
        <w:t>Та з засідки бийте куріпку метку.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