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Лось</w:t>
      </w:r>
    </w:p>
    <w:p>
      <w:r>
        <w:br/>
        <w:t xml:space="preserve"> &lt;p&gt;Лось, або лiсова корова, плодиться здебiльша по лiсових просторах пiвнiчної частини Батькiвщини нашої — Радянського Союзу.</w:t>
      </w:r>
    </w:p>
    <w:p>
      <w:r>
        <w:br/>
        <w:t>Забрiдаі вiн iнодi i в центральну частину, доходить до Бiлорусiї й до українського Полiсся, але дуже й дуже рiдко.</w:t>
      </w:r>
    </w:p>
    <w:p>
      <w:r>
        <w:br/>
        <w:t>Одного разу зчинився був гвалт, що пiд Киівом, у Пущi-Водицi, бачили в лiсi лося.</w:t>
      </w:r>
    </w:p>
    <w:p>
      <w:r>
        <w:br/>
        <w:t>Зiбралися мiсцевi охотники, позаряджали рушницi жаканiвськими кулями, наздогнали того лося, оточили, — до нього, а вiн не дуже й тiкаі, а просто йде на мисливцiв i мукаі...</w:t>
      </w:r>
    </w:p>
    <w:p>
      <w:r>
        <w:br/>
        <w:t>Виявилося, що звичайнiсiнька собi корова, та до того ще й ялiвка, в лiсi заблукалася.</w:t>
      </w:r>
    </w:p>
    <w:p>
      <w:r>
        <w:br/>
        <w:t>У Киівi одного лося я сам бачив, але не цiлого лося, а саму тiльки голову, але про це трохи згодом.</w:t>
      </w:r>
    </w:p>
    <w:p>
      <w:r>
        <w:br/>
        <w:t>Лось зветься ще "сохатим".</w:t>
      </w:r>
    </w:p>
    <w:p>
      <w:r>
        <w:br/>
        <w:t>Чому вiн так зветься, я достеменно не знаю, але, очевидно, через те, щось колись, за давньої давнини, коли мамонтiв у чотирьохлемiшний плуг запрягали, то лосi тягали тiльки соху.</w:t>
      </w:r>
    </w:p>
    <w:p>
      <w:r>
        <w:br/>
        <w:t>Лось-звiр дуже здоровий: дорослий самець важить iнодi бiльше як тонну. Отже, заполювати лося — не тiльки гордiсть, а пудiв з пiвсотнi доброї гов'ядини (чи лосятини), не кажучи вже про шкуру, ратицi, хвiст i роги.</w:t>
      </w:r>
    </w:p>
    <w:p>
      <w:r>
        <w:br/>
        <w:t>А роги в лося величезнi та розложистi — гребiнцiв iз них можна наробити, ну, може, не вагон, а таки чималенько.</w:t>
      </w:r>
    </w:p>
    <w:p>
      <w:r>
        <w:br/>
        <w:t>Полювати лося — рiч дуже прибуткова, через те ми й узялися розповiсти про спосiб цього полювання, хоч на Українi лосi й не плодяться.</w:t>
      </w:r>
    </w:p>
    <w:p>
      <w:r>
        <w:br/>
        <w:t>А може, хто й зацiкавиться, кине таке невигiдне дiло, як, примiром, завiдувати продбазою чи продкрамницею, та й подасться у пiвнiчнi лiсовi простори:</w:t>
      </w:r>
    </w:p>
    <w:p>
      <w:r>
        <w:br/>
        <w:t>— Подамся, — мовляв, — на лосiв! I сам прогодуюсь, та й жiнку з дiтками забезпечу.</w:t>
      </w:r>
    </w:p>
    <w:p>
      <w:r>
        <w:br/>
        <w:t>Для таких оце й пишеться.</w:t>
      </w:r>
    </w:p>
    <w:p>
      <w:r>
        <w:br/>
        <w:t>Що треба для охоти на лося?</w:t>
      </w:r>
    </w:p>
    <w:p>
      <w:r>
        <w:br/>
        <w:t>Перш за все, ясно, рушницю. Можна гвинтiвку чи карабiн, можна штуцера, можна й просту собi дубельтiвку, але набої повиннi бути з жаканiвськими кулями. Шротом лося не звалиш.</w:t>
      </w:r>
    </w:p>
    <w:p>
      <w:r>
        <w:br/>
        <w:t>Обов'язково — лижi, бо полюють лося взимку та ще тодi, коли снiг вiзьметься "настом", тобто вкриіться такою собi, нiби крижаною, скоринкою. Лижi тодi не провалюються в снiг, а легко пливуть поверх снiгу, — тiію скоринкою-настом.</w:t>
      </w:r>
    </w:p>
    <w:p>
      <w:r>
        <w:br/>
        <w:t>Харчiв так мiсяцiв на два, бо полювання, як ви потiм побачите, потребуі чималого часу.</w:t>
      </w:r>
    </w:p>
    <w:p>
      <w:r>
        <w:br/>
        <w:t>Величеньку дiжку, щоб у нiй можна було засолити пудiв з п'ятдесят лосятини.</w:t>
      </w:r>
    </w:p>
    <w:p>
      <w:r>
        <w:br/>
        <w:t>— Пудiв з п'ять солi!</w:t>
      </w:r>
    </w:p>
    <w:p>
      <w:r>
        <w:br/>
        <w:t>За наших часiв уже треба брати i короткохвильову радiостанцiю.</w:t>
      </w:r>
    </w:p>
    <w:p>
      <w:r>
        <w:br/>
        <w:t>Та оце, мабуть, i все.</w:t>
      </w:r>
    </w:p>
    <w:p>
      <w:r>
        <w:br/>
        <w:t>Зрозумiло, звичайно, що одягатись треба якнайтеплiше: кожух, капелюха, тепла бiлизна, теплий костюм, а на ноги унти чи пiми, простi повстяники навряд чв витримають такий похiд.</w:t>
      </w:r>
    </w:p>
    <w:p>
      <w:r>
        <w:br/>
        <w:t>Так ото зiбрались i кажете дружинi й дiтям:</w:t>
      </w:r>
    </w:p>
    <w:p>
      <w:r>
        <w:br/>
        <w:t>— До побачення! Вирушаю на лося!</w:t>
      </w:r>
    </w:p>
    <w:p>
      <w:r>
        <w:br/>
        <w:t>З тим, значить, вантажитесь у вагон, i їдете на пiвнiч: можна в Архангельський край, можна й у Вологодську або Кiровську область.</w:t>
      </w:r>
    </w:p>
    <w:p>
      <w:r>
        <w:br/>
        <w:t>До обласного центра ви не їдьте, бо в самiм обласнiм мiстi лосi не водяться, вони на периферiї.</w:t>
      </w:r>
    </w:p>
    <w:p>
      <w:r>
        <w:br/>
        <w:t>Краще всього висiдати на якiйсь невеличкiй залiзничнiй станцiї, серед дрiмучого, безкрайого лiсу,</w:t>
      </w:r>
    </w:p>
    <w:p>
      <w:r>
        <w:br/>
        <w:t>Висiли.</w:t>
      </w:r>
    </w:p>
    <w:p>
      <w:r>
        <w:br/>
        <w:t>Невже треба вас iще вчити й того, як приладити всi отi причандали: дiжку, сiль, харчi i т. iн., щоб вони теж за вами їхали?</w:t>
      </w:r>
    </w:p>
    <w:p>
      <w:r>
        <w:br/>
        <w:t>Зрозумiла рiч, що на пiдводу тут розраховувати нема чого, отже, треба вмiти змайструвати вузько-довгi саночки!</w:t>
      </w:r>
    </w:p>
    <w:p>
      <w:r>
        <w:br/>
        <w:t>Сокиру, товаришi, сокиру не забудьте! I потрiбний метраж вiрьовок! I гвiздки!</w:t>
      </w:r>
    </w:p>
    <w:p>
      <w:r>
        <w:br/>
        <w:t>Обладнавши все як слiд, надягайте лижi, запрягайтеся в саночки i на лижах весело i прудко вибiгайте в лiс...</w:t>
      </w:r>
    </w:p>
    <w:p>
      <w:r>
        <w:br/>
        <w:t>I бiжiть собi на лижах: усе лiском, усе лiском.</w:t>
      </w:r>
    </w:p>
    <w:p>
      <w:r>
        <w:br/>
        <w:t>Коли пощастить, то днiв за два-три наткнетесь на лосячi слiди...</w:t>
      </w:r>
    </w:p>
    <w:p>
      <w:r>
        <w:br/>
        <w:t>Тут уже вас захопить мисливське хвилювання i пiднесення вашого мисливського духу, i ви покотите, покотите, покотите по лосячому слiду...</w:t>
      </w:r>
    </w:p>
    <w:p>
      <w:r>
        <w:br/>
        <w:t>Чим далi будете бiгти, ви помiчатимете, що слiди все свiжiшають, свiжiшають, свiжiшають...</w:t>
      </w:r>
    </w:p>
    <w:p>
      <w:r>
        <w:br/>
        <w:t>Пильно вдивляйтеся вперед!</w:t>
      </w:r>
    </w:p>
    <w:p>
      <w:r>
        <w:br/>
        <w:t>I ось через галявину, провалюючись у снiг i поклавши на спину свої величезнi розложистi роги, важко мчить "сохатий".</w:t>
      </w:r>
    </w:p>
    <w:p>
      <w:r>
        <w:br/>
        <w:t>Вiн почув вас, бо звiр вiн дуже сторожкий i обережний, i коли за вiтром, то вiн чуі вашу присутнiсть за кiлька кiлометрiв.</w:t>
      </w:r>
    </w:p>
    <w:p>
      <w:r>
        <w:br/>
        <w:t>Ви — за ним.</w:t>
      </w:r>
    </w:p>
    <w:p>
      <w:r>
        <w:br/>
        <w:t>Лось бiжить, пробиваючи своїм важким тiлом наст i провалюючись у снiг аж по черево, а ви мчите легко й плавно, бо ви не такi важкi, як вiн, i ви ж на лижах, а вiн — босонiж, без лиж, бо на його чотири ратицi лиж iще не винайдено.</w:t>
      </w:r>
    </w:p>
    <w:p>
      <w:r>
        <w:br/>
        <w:t>То нiчого, що лось залишаі вас позаду кiлометрiв на 15-20, ви з цього в розпуку не вдавайтеся, а весело й упевнено йдiть його слiдами, бо перемога все'дно буде ваша!</w:t>
      </w:r>
    </w:p>
    <w:p>
      <w:r>
        <w:br/>
        <w:t>А яка насолода бiгти на лижах густим-прегустим лiсом, що простягся ген-ген аж на тисячi кiлометрiв!!</w:t>
      </w:r>
    </w:p>
    <w:p>
      <w:r>
        <w:br/>
        <w:t>Перескакують з гiлки на гiлку бiлочки, зриваіться з густої ялинки глухар, пищить рябчик, притулюючись до стовбура, щоб його непомiтно було (мiмiкрiя!), шарахаіться набiк перелякана росомаха, щiльнiше пригортаіться з остраху до своії лапи в барлозi ведмiдь.</w:t>
      </w:r>
    </w:p>
    <w:p>
      <w:r>
        <w:br/>
        <w:t>А навкруги казковi шати — снiговим шаром уквiтчанi вiти дерев, а пеньки стоять з височенними на них слiпучо-бiлими шапками, мов зустрiчають вас старовиннi бояри у фантастичних володiннях царя Берендея.</w:t>
      </w:r>
    </w:p>
    <w:p>
      <w:r>
        <w:br/>
        <w:t>Так i здаіться, що он з-поза того стовбура товстелезної смереки вийде нiжна Снiгуронька й тихо-тихо привiтаі вас:</w:t>
      </w:r>
    </w:p>
    <w:p>
      <w:r>
        <w:br/>
        <w:t>— Чолом тобi, охотничку-стрiлочку! Нi пуху тобi ще й нi пiр'ячка!</w:t>
      </w:r>
    </w:p>
    <w:p>
      <w:r>
        <w:br/>
        <w:t>А ви мчите, а ви мчите, а за вами сани, а на санях дiжка, i сокира, i вiрьовка, i сiль...</w:t>
      </w:r>
    </w:p>
    <w:p>
      <w:r>
        <w:br/>
        <w:t>Идет он густою тайгою,</w:t>
      </w:r>
    </w:p>
    <w:p>
      <w:r>
        <w:br/>
        <w:t>Где пташки одни лишь поют.</w:t>
      </w:r>
    </w:p>
    <w:p>
      <w:r>
        <w:br/>
        <w:t>Не всю путь до перемоги над лосем, певна рiч, буде так весело, бо людина — і людина, отже й ви, розумiіться, вiдчуіте через два-три тижнi втому, але ж, я гадаю, що ви вже почуваіте, що й лось притомився, бо слiди його все глибшi, все важчi.</w:t>
      </w:r>
    </w:p>
    <w:p>
      <w:r>
        <w:br/>
        <w:t>Пiдбадьорiться, — ось-ось перемога!</w:t>
      </w:r>
    </w:p>
    <w:p>
      <w:r>
        <w:br/>
        <w:t>Ви вже бачите, як перевтомлений звiр хапаі язиком снiг i все частiше, все частiше вiн його хапаі. Тому доказ — довгуватi ямки обабiч лосьового слiду.</w:t>
      </w:r>
    </w:p>
    <w:p>
      <w:r>
        <w:br/>
        <w:t>Щоправда, ви вже весь паруіте, як киплячий самовар, але то нiчого: бiльше руху, бiльше енергiї!</w:t>
      </w:r>
    </w:p>
    <w:p>
      <w:r>
        <w:br/>
        <w:t>Вже недовго...</w:t>
      </w:r>
    </w:p>
    <w:p>
      <w:r>
        <w:br/>
        <w:t>Днiв через п'ять-шiсть ви вже наближаітесь до лося, бо вiн уже не бiжить, а тяжко йде, ступаі.</w:t>
      </w:r>
    </w:p>
    <w:p>
      <w:r>
        <w:br/>
        <w:t>За два-три днi вiн од вас не далi як на п'ятсот метрiв!</w:t>
      </w:r>
    </w:p>
    <w:p>
      <w:r>
        <w:br/>
        <w:t>Натиснiть, голубе, натиснiть!</w:t>
      </w:r>
    </w:p>
    <w:p>
      <w:r>
        <w:br/>
        <w:t>Аж ось ви бачите, що звiр упав. Потiм пiдвiвся, ступнув разiв iз десять i знову впав. Ще раз пiдвiвся, двiчi ступнув i впав.</w:t>
      </w:r>
    </w:p>
    <w:p>
      <w:r>
        <w:br/>
        <w:t>Лежить!</w:t>
      </w:r>
    </w:p>
    <w:p>
      <w:r>
        <w:br/>
        <w:t>Ви пiдбiгаіте на лижах до нього i падаіте на звiра.</w:t>
      </w:r>
    </w:p>
    <w:p>
      <w:r>
        <w:br/>
        <w:t>Звiр тяжко дихаі, i ви тяжко дихаіте.</w:t>
      </w:r>
    </w:p>
    <w:p>
      <w:r>
        <w:br/>
        <w:t>Звiр висолопив язика, i ви висолопили язика.</w:t>
      </w:r>
    </w:p>
    <w:p>
      <w:r>
        <w:br/>
        <w:t>Отак звiр i ви лежите днiв зо два!</w:t>
      </w:r>
    </w:p>
    <w:p>
      <w:r>
        <w:br/>
        <w:t>Але яка радiсть розтинаі вашi груди! Бо ви зверху!</w:t>
      </w:r>
    </w:p>
    <w:p>
      <w:r>
        <w:br/>
        <w:t>Приблизно днiв через два звiр тяжко пiдносить голову, повертаі до вас свою вкрай стомлену морду!</w:t>
      </w:r>
    </w:p>
    <w:p>
      <w:r>
        <w:br/>
        <w:t>— Стрiлятимеш чи рiзатимеш? — питаі.</w:t>
      </w:r>
    </w:p>
    <w:p>
      <w:r>
        <w:br/>
        <w:t>— Почекай, дай трохи вiдсапну! Вiдсапуітесь далi...</w:t>
      </w:r>
    </w:p>
    <w:p>
      <w:r>
        <w:br/>
        <w:t>— Ну, що ж, — каже лось, — не хочеш убивати, почвалаю я далi: я звiр, а ти мисливець, менi вiд тебе тiкати треба!</w:t>
      </w:r>
    </w:p>
    <w:p>
      <w:r>
        <w:br/>
        <w:t>— Та полеж, — кажете ви, — вiдпочину й застрелю!</w:t>
      </w:r>
    </w:p>
    <w:p>
      <w:r>
        <w:br/>
        <w:t>— Нi, побiжу, — я гордий! Iзсунься з мене, бо я не встану!</w:t>
      </w:r>
    </w:p>
    <w:p>
      <w:r>
        <w:br/>
        <w:t>Пiдвiвся лось i почвалав.</w:t>
      </w:r>
    </w:p>
    <w:p>
      <w:r>
        <w:br/>
        <w:t>Але вiн далеко не пiде, — ноги вже йому не служать, i вiд смертельного гону в нього невроз серця.</w:t>
      </w:r>
    </w:p>
    <w:p>
      <w:r>
        <w:br/>
        <w:t>Ви пiдводитесь i стрiляіте.</w:t>
      </w:r>
    </w:p>
    <w:p>
      <w:r>
        <w:br/>
        <w:t>Лось — мертвий, а ви поки що живий.</w:t>
      </w:r>
    </w:p>
    <w:p>
      <w:r>
        <w:br/>
        <w:t>Тодi вже бiлуйте, солiть м'ясо, напинайте шатро, встановлюйте радiостанцiю, визначайте орiінтири й викликайте радiограмою дружину з дiтьми.</w:t>
      </w:r>
    </w:p>
    <w:p>
      <w:r>
        <w:br/>
        <w:t>Приїздить родина, може, ще хтось i знайомий завiтаі — ну, тут уже бал i все таке iнше.</w:t>
      </w:r>
    </w:p>
    <w:p>
      <w:r>
        <w:br/>
        <w:t>Святкуіте, доки не з'їсте всiії солонини з лося.</w:t>
      </w:r>
    </w:p>
    <w:p>
      <w:r>
        <w:br/>
        <w:t>Голову ви зразу ж одрубали, як трофей, щоб потiм повiсити її в кабiнетi й увесь час задаватись, що ви вбили лося.</w:t>
      </w:r>
    </w:p>
    <w:p>
      <w:r>
        <w:br/>
        <w:t>А як дружини не викликатимете, — грузiть солонину на санки й додому. Коли повернетесь додому, в Киівi буде вже двi лосячих голови: одна у вас, а друга в мого приятеля.</w:t>
      </w:r>
    </w:p>
    <w:p>
      <w:r>
        <w:br/>
        <w:t>Я про неї вже згадував. Мiй приятель хотiв був подарувати менi ту голову з страшними рогами:</w:t>
      </w:r>
    </w:p>
    <w:p>
      <w:r>
        <w:br/>
        <w:t>— Забери, — каже, — будь ласка! Трофей же який!</w:t>
      </w:r>
    </w:p>
    <w:p>
      <w:r>
        <w:br/>
        <w:t>— А чого, — питаю, — ти сам не пишаішся з такого трофею?</w:t>
      </w:r>
    </w:p>
    <w:p>
      <w:r>
        <w:br/>
        <w:t>— Та куди ж я його приткну? У передпокої — в хату не ввiйдеш, в кабiнетi — теж нема де повернутися! Сама тобi голова! Забери, будь ласка, я доплачу!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