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Льодяник</w:t>
      </w:r>
    </w:p>
    <w:p>
      <w:r>
        <w:br/>
        <w:t xml:space="preserve"> &lt;p&gt;Мама йшла з дому і сказала Мишкові:</w:t>
      </w:r>
    </w:p>
    <w:p>
      <w:r>
        <w:br/>
        <w:t>— Я піду, Михайлику, а ти поводься добре. Не пустуй без мене і нічого не чіпай. За це я подарую тобі великого червоного льодяника.</w:t>
      </w:r>
    </w:p>
    <w:p>
      <w:r>
        <w:br/>
        <w:t>Мама пішла, Мишко спочатку поводився добре: не пустував і нічого не чіпав. Потім він лише підставив до буфета стілець, виліз на нього і відчинив у буфеті дверцята. Стоїть і дивиться у буфет, а сам думає:</w:t>
      </w:r>
    </w:p>
    <w:p>
      <w:r>
        <w:br/>
        <w:t>"Я ж нічого не чіпаю, тільки дивлюся".</w:t>
      </w:r>
    </w:p>
    <w:p>
      <w:r>
        <w:br/>
        <w:t>А в буфеті стояла цукорниця. Він узяв її і поставив на стіл. "Я тільки подивлюся, я нічого не чіпатиму", — думає. Відкрив покришку, бачить — там щось червоне зверху.</w:t>
      </w:r>
    </w:p>
    <w:p>
      <w:r>
        <w:br/>
        <w:t>— Е, — каже Мишко, — та це ж льодяник! Напевне, той самий, що мені мама обіцяла.</w:t>
      </w:r>
    </w:p>
    <w:p>
      <w:r>
        <w:br/>
        <w:t>Він запустив у цукорницю руку і витяг льодяника.</w:t>
      </w:r>
    </w:p>
    <w:p>
      <w:r>
        <w:br/>
        <w:t>— Ого, — каже, — здоровезний! І солодкий, мабуть.</w:t>
      </w:r>
    </w:p>
    <w:p>
      <w:r>
        <w:br/>
        <w:t>Мишко лизнув його і думає:</w:t>
      </w:r>
    </w:p>
    <w:p>
      <w:r>
        <w:br/>
        <w:t>"Посмокчу трошки і покладу назад".</w:t>
      </w:r>
    </w:p>
    <w:p>
      <w:r>
        <w:br/>
        <w:t>І ну смоктати. Посмокче, посмокче і подивиться, чи багато ще лишилось. І все йому здається — багато. Нарешті льодяник зробився зовсім маленький, як сірник. Тоді Михайлик поклав його назад у цукорницю. Стоїть, пальці облизує, дивиться на льодяник, а сам думає:</w:t>
      </w:r>
    </w:p>
    <w:p>
      <w:r>
        <w:br/>
        <w:t>"З'їм його зовсім. Однак мені мама віддасть. Адже я добре поводжуся, не пустую і нічого такого не роблю".</w:t>
      </w:r>
    </w:p>
    <w:p>
      <w:r>
        <w:br/>
        <w:t>Мишко дістав льодяник, засунув у рота, а цукорницю хотів на місце поставити. Узяв її, а вона прилипла до рук — і бух на підлогу. Розбилась на дві половинки. Цукор розсипався.</w:t>
      </w:r>
    </w:p>
    <w:p>
      <w:r>
        <w:br/>
        <w:t>Михайлик злякався:</w:t>
      </w:r>
    </w:p>
    <w:p>
      <w:r>
        <w:br/>
        <w:t>"Що тепер мама скаже?"</w:t>
      </w:r>
    </w:p>
    <w:p>
      <w:r>
        <w:br/>
        <w:t>Узяв він дві половинки і притулив одну до одної. Вони нічого, тримаються. Навіть непомітно, що цукорниця розбита. Вій склав цукор назад, накрив покришкою і обережно поставив у буфет.</w:t>
      </w:r>
    </w:p>
    <w:p>
      <w:r>
        <w:br/>
        <w:t>Нарешті мама приходить:</w:t>
      </w:r>
    </w:p>
    <w:p>
      <w:r>
        <w:br/>
        <w:t>— Ну, як ти поводився?</w:t>
      </w:r>
    </w:p>
    <w:p>
      <w:r>
        <w:br/>
        <w:t>— Добре.</w:t>
      </w:r>
    </w:p>
    <w:p>
      <w:r>
        <w:br/>
        <w:t>— От молодець! Одержуй льодяник.</w:t>
      </w:r>
    </w:p>
    <w:p>
      <w:r>
        <w:br/>
        <w:t>Мама відчинила буфет, узяла цукорницю… Ой!.. Цукорниця розпалася, цукор посипався на підлогу.</w:t>
      </w:r>
    </w:p>
    <w:p>
      <w:r>
        <w:br/>
        <w:t>— Що ж це таке? Хто цукорницю розбив?</w:t>
      </w:r>
    </w:p>
    <w:p>
      <w:r>
        <w:br/>
        <w:t>— Це не я. Це вона сама…</w:t>
      </w:r>
    </w:p>
    <w:p>
      <w:r>
        <w:br/>
        <w:t>— Ага, сама розбилась! Ну, це зрозуміло. А льодяник куди ж подівся!</w:t>
      </w:r>
    </w:p>
    <w:p>
      <w:r>
        <w:br/>
        <w:t>— Льодяник… Льодяник… Я його з'їв. Я поводився добре, ну й з'їв його. От…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Льодяник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