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Люсі Грей, або Самотність</w:t>
      </w:r>
    </w:p>
    <w:p>
      <w:r>
        <w:br/>
        <w:t xml:space="preserve"> Я часто чув про Люсі Грей&lt;br /&gt;</w:t>
        <w:br/>
        <w:t>І бачив далі ті,&lt;br /&gt;</w:t>
        <w:br/>
        <w:t>Де Люсі обік від людей&lt;br /&gt;</w:t>
        <w:br/>
        <w:t>Жила на самоті.</w:t>
      </w:r>
    </w:p>
    <w:p>
      <w:r>
        <w:br/>
      </w:r>
    </w:p>
    <w:p>
      <w:r>
        <w:br/>
        <w:t>У неї подруг не було.&lt;br /&gt;</w:t>
        <w:br/>
        <w:t>Лиш вересовий діл&lt;br /&gt;</w:t>
        <w:br/>
        <w:t>Моєї милої житло&lt;br /&gt;</w:t>
        <w:br/>
        <w:t>Скрізь обступав довкіл.</w:t>
      </w:r>
    </w:p>
    <w:p>
      <w:r>
        <w:br/>
      </w:r>
    </w:p>
    <w:p>
      <w:r>
        <w:br/>
        <w:t>У нетрях можна стріти фей,&lt;br /&gt;</w:t>
        <w:br/>
        <w:t>Підстерегти наяд,&lt;br /&gt;</w:t>
        <w:br/>
        <w:t>Та вже ніколи Люсі Грей&lt;br /&gt;</w:t>
        <w:br/>
        <w:t>Не повернуть назад.</w:t>
      </w:r>
    </w:p>
    <w:p>
      <w:r>
        <w:br/>
      </w:r>
    </w:p>
    <w:p>
      <w:r>
        <w:br/>
        <w:t>"Надвечір буря налетить,&lt;br /&gt;</w:t>
        <w:br/>
        <w:t>Та час до міста йти...&lt;br /&gt;</w:t>
        <w:br/>
        <w:t>Візьми ж ліхтар собі світить&lt;br /&gt;</w:t>
        <w:br/>
        <w:t>Крізь снігові нурти".</w:t>
      </w:r>
    </w:p>
    <w:p>
      <w:r>
        <w:br/>
      </w:r>
    </w:p>
    <w:p>
      <w:r>
        <w:br/>
        <w:t>"Мій батьку, день ясний навкруг,&lt;br /&gt;</w:t>
        <w:br/>
        <w:t>Хмарин нема ніде,&lt;br /&gt;</w:t>
        <w:br/>
        <w:t>І сонце за вечірній пруг&lt;br /&gt;</w:t>
        <w:br/>
        <w:t>Не скоро ще зайде!"</w:t>
      </w:r>
    </w:p>
    <w:p>
      <w:r>
        <w:br/>
      </w:r>
    </w:p>
    <w:p>
      <w:r>
        <w:br/>
        <w:t>В путь Люсі спорядив отець,&lt;br /&gt;</w:t>
        <w:br/>
        <w:t>Одяг торбинку їй,&lt;br /&gt;</w:t>
        <w:br/>
        <w:t>І вийшла та на путівець,&lt;br /&gt;</w:t>
        <w:br/>
        <w:t>Ліхтар узявши свій...</w:t>
      </w:r>
    </w:p>
    <w:p>
      <w:r>
        <w:br/>
      </w:r>
    </w:p>
    <w:p>
      <w:r>
        <w:br/>
        <w:t>Козулю буря валить з ніг,&lt;br /&gt;</w:t>
        <w:br/>
        <w:t>Страхає бідну грім,&lt;br /&gt;</w:t>
        <w:br/>
        <w:t>Її січе колючий сніг,&lt;br /&gt;</w:t>
        <w:br/>
        <w:t>Імлавий, наче дим.</w:t>
      </w:r>
    </w:p>
    <w:p>
      <w:r>
        <w:br/>
      </w:r>
    </w:p>
    <w:p>
      <w:r>
        <w:br/>
        <w:t>Неждано вітер налетів.&lt;br /&gt;</w:t>
        <w:br/>
        <w:t>На землю впала мла;&lt;br /&gt;</w:t>
        <w:br/>
        <w:t>Блукала Люсі між полів –&lt;br /&gt;</w:t>
        <w:br/>
        <w:t>До міста не дійшла.</w:t>
      </w:r>
    </w:p>
    <w:p>
      <w:r>
        <w:br/>
      </w:r>
    </w:p>
    <w:p>
      <w:r>
        <w:br/>
        <w:t>Батьки нещасні всю ту ніч&lt;br /&gt;</w:t>
        <w:br/>
        <w:t>Гукали їй у тьму,&lt;br /&gt;</w:t>
        <w:br/>
        <w:t>Та вітер крик відносив пріч&lt;br /&gt;</w:t>
        <w:br/>
        <w:t>У темряву німу.</w:t>
      </w:r>
    </w:p>
    <w:p>
      <w:r>
        <w:br/>
      </w:r>
    </w:p>
    <w:p>
      <w:r>
        <w:br/>
        <w:t>А як розв?дніло – вони&lt;br /&gt;</w:t>
        <w:br/>
        <w:t>Зійшли на ближній схил,&lt;br /&gt;</w:t>
        <w:br/>
        <w:t>Дивились довго з кружини&lt;br /&gt;</w:t>
        <w:br/>
        <w:t>На вересовий діл...</w:t>
      </w:r>
    </w:p>
    <w:p>
      <w:r>
        <w:br/>
      </w:r>
    </w:p>
    <w:p>
      <w:r>
        <w:br/>
        <w:t>З гори заплакані й бліді&lt;br /&gt;</w:t>
        <w:br/>
        <w:t>Пішли вони назад&lt;br /&gt;</w:t>
        <w:br/>
        <w:t>І мати вгледіла тоді&lt;br /&gt;</w:t>
        <w:br/>
        <w:t>Слідів маленьких ряд.</w:t>
      </w:r>
    </w:p>
    <w:p>
      <w:r>
        <w:br/>
      </w:r>
    </w:p>
    <w:p>
      <w:r>
        <w:br/>
        <w:t>З гори у діл проліг той слід&lt;br /&gt;</w:t>
        <w:br/>
        <w:t>Крізь нетрі й хащину,&lt;br /&gt;</w:t>
        <w:br/>
        <w:t>Повз похил?нний живопліт,&lt;br /&gt;</w:t>
        <w:br/>
        <w:t>Повз кам'яну стіну...</w:t>
      </w:r>
    </w:p>
    <w:p>
      <w:r>
        <w:br/>
      </w:r>
    </w:p>
    <w:p>
      <w:r>
        <w:br/>
        <w:t>А далі через шир снігів&lt;br /&gt;</w:t>
        <w:br/>
        <w:t>Маленьких ніг сліди&lt;br /&gt;</w:t>
        <w:br/>
        <w:t>Нещасних вивели батьків&lt;br /&gt;</w:t>
        <w:br/>
        <w:t>До бистрої води.</w:t>
      </w:r>
    </w:p>
    <w:p>
      <w:r>
        <w:br/>
      </w:r>
    </w:p>
    <w:p>
      <w:r>
        <w:br/>
        <w:t>Від прибережних валунів&lt;br /&gt;</w:t>
        <w:br/>
        <w:t>Слід на місточок біг,&lt;br /&gt;</w:t>
        <w:br/>
        <w:t>До серед?ни ледь виднів,&lt;br /&gt;</w:t>
        <w:br/>
        <w:t>А далі – тільки сніг.</w:t>
      </w:r>
    </w:p>
    <w:p>
      <w:r>
        <w:br/>
      </w:r>
    </w:p>
    <w:p>
      <w:r>
        <w:br/>
        <w:t>Та чутка йде поміж людей&lt;br /&gt;</w:t>
        <w:br/>
        <w:t>Іще й до цього дня,&lt;br /&gt;</w:t>
        <w:br/>
        <w:t>Що досі в нетрях Люсі Грей&lt;br /&gt;</w:t>
        <w:br/>
        <w:t>Блукає навмання...</w:t>
      </w:r>
    </w:p>
    <w:p>
      <w:r>
        <w:br/>
      </w:r>
    </w:p>
    <w:p>
      <w:r>
        <w:br/>
        <w:t>Не озираючись, вона&lt;br /&gt;</w:t>
        <w:br/>
        <w:t>В долину йде з гори,&lt;br /&gt;</w:t>
        <w:br/>
        <w:t>Й самотня пісня долина,&lt;br /&gt;</w:t>
        <w:br/>
        <w:t>І вторять їй вітри.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Люсі Грей, або Самотність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