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Людвігові Хитрому — ура, ура, ура! (Людвігові Чотирнадцятому — ура!)</w:t>
      </w:r>
    </w:p>
    <w:p>
      <w:r>
        <w:br/>
        <w:t xml:space="preserve"> &lt;p&gt;Людвігові чотирнадцятому – ура!</w:t>
      </w:r>
    </w:p>
    <w:p>
      <w:r>
        <w:br/>
        <w:t>РОЗДІЛ ПЕРШИЙ</w:t>
      </w:r>
    </w:p>
    <w:p>
      <w:r>
        <w:br/>
        <w:t>Чи знаєш ти Ларсонів? Ні, не тих, що часом приходять до вас у гості. Це я про хитрих Ларсонів. А коли ще сказати, що хитрі Ларсони мешкають у норі, то ти й здогадаєшся, про кого мовиться. Авжеж – про найбільшу, найхитрішу лисячу родину в цілому лісі.</w:t>
      </w:r>
    </w:p>
    <w:p>
      <w:r>
        <w:br/>
        <w:t>Звичайно, ти й гадки не мав, що хтозна–скільки разів ходив над лисячою норою. А пам'ятаєш кам'янистий пагорбець із розлогими кущиками ялівцю, де навесні найраніше розтає сніг, а влітку найдужче припікає сонце?</w:t>
      </w:r>
    </w:p>
    <w:p>
      <w:r>
        <w:br/>
        <w:t>Отож на тому місці, глибоко в піску, тато Ларсон улаштував своїй родині житло. Коли б ти зазирнув туди, то найперше побачив би кухню. Під однією стіною там стоїть чималий дерев'яний ящик – то комора. Мама Ларсон складає туди й порожні бляшанки, що їх порозкидали в лісі всякі недбайливці. Тими бляшанками лиси користуються замість тарілок, блюдечок і мисок. Є в кухні й стіл, що його змайстрував із дощечок сам тато Ларсон. Майже така сама завбільшки й вітальня. Щовечора в ній збираються всі Ларсони. А поряд міститься дитяча кімната, де стоять ліжечка, застелені ялиновим гіллям, щоб було по–справжньому тепло й гарно. До нори є три входи: перший – біля здоровенного пня, другий – під замшілим каменем, а третій – такий потайний, що тільки тато Ларсон знає, де він. І лише як родині загрожуватиме небезпека, й не можна буде вибратися нагору через ці два виходи, отоді в пригоді стане потайний.</w:t>
      </w:r>
    </w:p>
    <w:p>
      <w:r>
        <w:br/>
        <w:t>Може, тобі здається, що нора завелика? Таж і Ларсонів багатенько! Найперше, звичайно, тато Ларсон, добрий крутій, що виходив цілий із безлічі пригод. Тепер він трохи підтоптався й сподівається, що його діти швидко виростуть і самі підуть добувати собі їжу. За татом іде мама Ларсон. Вона зрідка залишає нору, бо їй треба сидіти вдома, готувати їсти й глядіти дітей. А це вам неабищо – піклуватися про чотирнадцятьох лисенят! Найстарший і найдужчий серед них – Лабані.</w:t>
      </w:r>
    </w:p>
    <w:p>
      <w:r>
        <w:br/>
        <w:t>Л а 6 а н – дослівно "шельма", "пройда"</w:t>
      </w:r>
    </w:p>
    <w:p>
      <w:r>
        <w:br/>
        <w:t>Недавно він закінчив лисячу школу і виявив такий хист до хитрощів, як і його тато. Менших Лабанових братиків звати Леопольд, Лаге, Лассе–Молодший та Лассе–Старший, Ленарт, Лео та Лукас, а сестричок Лаура, Лінея, Ловіса, Лідія та Лоттен.</w:t>
      </w:r>
    </w:p>
    <w:p>
      <w:r>
        <w:br/>
        <w:t>Усі вони ще ходять до лисячої школи, щоб навчитися усяких хитрощів. Це вже тринадцятеро лисенят, та ось нарешті и Людвіг Чотирнадцятий. Він іще не доріс до школи й скидається на невеличкий руденький клубочок із біленьким кінчиком на хвості. Але не думай, що Людвіг Чотирнадцятий мазунчик. Він любить гратися зі старшими братиками й сестричками. Ото як заведуть борюкатися та кусати одне одного за хвостики, зчинять такий гармидер і такий галас, що мама Ларсон каже, ніби у них над норою земля ходором ходить.</w:t>
      </w:r>
    </w:p>
    <w:p>
      <w:r>
        <w:br/>
        <w:t>А ще лисенята залюбки слухають, як тато Ларсон розповідає про свої пригоди. Про те, як він обводив круг пальця мисливців та гончих псів, як підкрадався до людських осель добувати їжу і який він завжди був хитрий.</w:t>
      </w:r>
    </w:p>
    <w:p>
      <w:r>
        <w:br/>
        <w:t>РОЗДІЛ ДРУГИЙ</w:t>
      </w:r>
    </w:p>
    <w:p>
      <w:r>
        <w:br/>
        <w:t>Найдужче тато Ларсон полюбляв розповідати про зустрічі з псом Максиміліаном, що жив у найближчій до лісу садибі.</w:t>
      </w:r>
    </w:p>
    <w:p>
      <w:r>
        <w:br/>
        <w:t>– Той Максиміліан майже такий хитрий, як я, – казав тато Ларсон. – Цікаво, а хто з вас, діти, найперший обведе його круг пальця?</w:t>
      </w:r>
    </w:p>
    <w:p>
      <w:r>
        <w:br/>
        <w:t>– Найхитріший за всіх я! – завжди кричав Лабан.</w:t>
      </w:r>
    </w:p>
    <w:p>
      <w:r>
        <w:br/>
        <w:t>– Ні, я... я... – одне перед одного скавуліли Леопольд, Лассе–Молодший, Лассе–Старший і геть усі лисенята.</w:t>
      </w:r>
    </w:p>
    <w:p>
      <w:r>
        <w:br/>
        <w:t>Якось усіх їх перекричав Людвіг Чотирнадцятий:</w:t>
      </w:r>
    </w:p>
    <w:p>
      <w:r>
        <w:br/>
        <w:t>– Я найперший обведу Максиміліана круг пальця! Я!</w:t>
      </w:r>
    </w:p>
    <w:p>
      <w:r>
        <w:br/>
        <w:t>Тоді лисенята так зареготали, що аж гикалка на них напала.</w:t>
      </w:r>
    </w:p>
    <w:p>
      <w:r>
        <w:br/>
        <w:t>…Але цього вечора в Ларсонів було напрочуд тихо.</w:t>
      </w:r>
    </w:p>
    <w:p>
      <w:r>
        <w:br/>
        <w:t>– Йдіть собі в свою кімнату й – ні пари з вуст! – суворо звеліла мама Ларсон лисенятам.</w:t>
      </w:r>
    </w:p>
    <w:p>
      <w:r>
        <w:br/>
        <w:t>Тато Ларсон сидів у кріслі, що було змудроване зі старенького дитячого візочка. Він так зажурився, що навіть не помітив мами Ларсон, яка саме підійшла до нього з чималою чашкою його улюбленого горобинового напою.</w:t>
      </w:r>
    </w:p>
    <w:p>
      <w:r>
        <w:br/>
        <w:t>– Охо–хо! Охо–хо! – застогнав тато Ларсон. – Та мені ж соромно показуватися комусь на очі!</w:t>
      </w:r>
    </w:p>
    <w:p>
      <w:r>
        <w:br/>
        <w:t>– Охо–хо! Охо–хо! – підхопила мама Ларсон. – Що скажуть родичі?!.</w:t>
      </w:r>
    </w:p>
    <w:p>
      <w:r>
        <w:br/>
        <w:t>– Бідолашний наш дідусь, – зітхнув тато Ларсон. Найхитріший на весь ліс у нашому роду лис і має такого правнука!</w:t>
      </w:r>
    </w:p>
    <w:p>
      <w:r>
        <w:br/>
        <w:t>– Бідолашний дідусь, він цього не переживе, – приказувала мама Ларсон і витирала сльози в кутиках очей. – Тобі якось треба його напоумити.</w:t>
      </w:r>
    </w:p>
    <w:p>
      <w:r>
        <w:br/>
        <w:t>Що ж воно сталося? Невже хтось із Ларсонів ускочив у біду?</w:t>
      </w:r>
    </w:p>
    <w:p>
      <w:r>
        <w:br/>
        <w:t>Так, для мами й тата Ларсонів це була біда. Виявляється, один їхній син не хоче бути хитрим! Це Людвіг Чотирнадцятий. Він не хотів учитися дурити інших і не любив, коли тато хвалився своїми хитрощами.</w:t>
      </w:r>
    </w:p>
    <w:p>
      <w:r>
        <w:br/>
        <w:t>– Охо–хо, – ще раз зітхнув тато Ларсон–А поклич– но сюди Людвіга. Я з ним побалакаю.</w:t>
      </w:r>
    </w:p>
    <w:p>
      <w:r>
        <w:br/>
        <w:t>Тато Ларсон підвівся з крісла і подивився на шматок березової кори, що висіла на стіні. Там було виведено чорничним соком: "ХИТРОЩАМ – СЛАВА! ЛАРСОНАМ–УРА!"</w:t>
      </w:r>
    </w:p>
    <w:p>
      <w:r>
        <w:br/>
        <w:t>Людвіг Чотирнадцятий зайшов до вітальні навшпиньки.</w:t>
      </w:r>
    </w:p>
    <w:p>
      <w:r>
        <w:br/>
        <w:t>– Ви мене кликали, тату? – спитав він.</w:t>
      </w:r>
    </w:p>
    <w:p>
      <w:r>
        <w:br/>
        <w:t>– Мій любий, коханий синочку, – лагідно почав тато Ларсон. – Ти ще не вмієш читати, але, може, вже знаєш, що написано на цій табличці?</w:t>
      </w:r>
    </w:p>
    <w:p>
      <w:r>
        <w:br/>
        <w:t>Людвіг Чотирнадцятий вильнув хвостиком.</w:t>
      </w:r>
    </w:p>
    <w:p>
      <w:r>
        <w:br/>
        <w:t>– З давніх–давен ці слова були гаслом для нашої родини, – вів далі тато Ларсон. – Усі ми відомі своїми хитрощами. А кращої слави лисові й не треба.</w:t>
      </w:r>
    </w:p>
    <w:p>
      <w:r>
        <w:br/>
        <w:t>– Отже, я дурненький, – сказав Людвіг Чотирнадцятий і задер писочок. – Нехай так, але я не вчитимусь дурити інших. Це негарно, коли б ви знали, як це негарно!</w:t>
      </w:r>
    </w:p>
    <w:p>
      <w:r>
        <w:br/>
        <w:t>Тато Ларсон почухав за вухом і спитав:</w:t>
      </w:r>
    </w:p>
    <w:p>
      <w:r>
        <w:br/>
        <w:t>– Хто тобі такого набалакав?</w:t>
      </w:r>
    </w:p>
    <w:p>
      <w:r>
        <w:br/>
        <w:t>Мої найліпші друзі, зайчата Юке–Ю і Туфе–Ту, – відповів Людвіг Чотирнадцятий. – У них дома є книжка, в якій написано, що всі повинні бути добрими.</w:t>
      </w:r>
    </w:p>
    <w:p>
      <w:r>
        <w:br/>
        <w:t>Тато Ларсон почухав і за другим вухом, бо не знав, що йому сказати на це.</w:t>
      </w:r>
    </w:p>
    <w:p>
      <w:r>
        <w:br/>
        <w:t>– Воно–то правда, що ми повинні бути добрими до інших звірят, – нарешті промимрив він. – Але це не означає, що нам не треба дурити. Напевно, у зайчат є й та книжка, в якій написано, що лиси мають бути хитрими?</w:t>
      </w:r>
    </w:p>
    <w:p>
      <w:r>
        <w:br/>
        <w:t>– Мене це не цікавить, – зухвало проказав Людвіг Чотирнадцятий. – Я не хочу хитрувати, шахраювати, прикидатися і погано поводитися. Я хочу бути з усіма добрим і приязним.</w:t>
      </w:r>
    </w:p>
    <w:p>
      <w:r>
        <w:br/>
        <w:t>– Але ж ти щодня хочеш їсти, – спробував по–іншому тато Ларсон. – То частенько треба й хитрувати.</w:t>
      </w:r>
    </w:p>
    <w:p>
      <w:r>
        <w:br/>
        <w:t>– Я куплю собі їсти у крамничці, – відповів Людвіг Чотирнадцятий.</w:t>
      </w:r>
    </w:p>
    <w:p>
      <w:r>
        <w:br/>
        <w:t>– Але найкраща їжа та, що в людських дворах, – нагадав тато Ларсон. – А як не схитруєш, то туди й не прокрадешся.</w:t>
      </w:r>
    </w:p>
    <w:p>
      <w:r>
        <w:br/>
        <w:t>– Тоді я не їстиму тієї їжі, – сказав Людвіг Чотирнадцятий.</w:t>
      </w:r>
    </w:p>
    <w:p>
      <w:r>
        <w:br/>
        <w:t>Тато Ларсон зітхнув. Горе та й годі!</w:t>
      </w:r>
    </w:p>
    <w:p>
      <w:r>
        <w:br/>
        <w:t>– Йди до своєї кімнати, трохи ще пограйся і лягай спати, – засичав він і зі злості, і заходився постукувати по долівці своїм довгим пухнастим хвостом. – З нього пуття не буде! – гукнув тато Ларсон мамі Ларсон, яка стояла на кухні й вилизувала після обіду посуд. – Уяви собі, щоб лис не хотів хитрувати й дурити інших!</w:t>
      </w:r>
    </w:p>
    <w:p>
      <w:r>
        <w:br/>
        <w:t>– Може, він помудрішає, як підросте, – спробувала втішити його мама Ларсон.</w:t>
      </w:r>
    </w:p>
    <w:p>
      <w:r>
        <w:br/>
        <w:t>Тато Ларсон дістав із нагрудної кишені свого кожушка годинничок.</w:t>
      </w:r>
    </w:p>
    <w:p>
      <w:r>
        <w:br/>
        <w:t>– Незабаром уже й осінь, – мовив він. – Без хитрощів Людвіг Чотирнадцятий не зуміє добувати їжу. А нам нема коли полювати ще й для нього. Що ж нам робити?</w:t>
      </w:r>
    </w:p>
    <w:p>
      <w:r>
        <w:br/>
        <w:t>– Мабуть, він грається не з тими дітьми, – відповіла мама Ларсон. – Його друзі занадто добрі й приязні. Ти чув, що він про них розказував? Вони вчать нашого малого Людвіга всяких дурниць.</w:t>
      </w:r>
    </w:p>
    <w:p>
      <w:r>
        <w:br/>
        <w:t>Тато Ларсон підхопився з крісла, мов ошпарений.</w:t>
      </w:r>
    </w:p>
    <w:p>
      <w:r>
        <w:br/>
        <w:t>– А й справді! – вигукнув він. – Людвігові треба заборонити гратися з чужими дітьми!</w:t>
      </w:r>
    </w:p>
    <w:p>
      <w:r>
        <w:br/>
        <w:t>– То що ж він – буде зовсім сам? – заперечила мама Ларсон.</w:t>
      </w:r>
    </w:p>
    <w:p>
      <w:r>
        <w:br/>
        <w:t>– У нього он скільки братиків і сестричок, – правив своєї тато Ларсон.</w:t>
      </w:r>
    </w:p>
    <w:p>
      <w:r>
        <w:br/>
        <w:t>– Вони ходять до школи, – нагадала мама Ларсон.</w:t>
      </w:r>
    </w:p>
    <w:p>
      <w:r>
        <w:br/>
        <w:t>– Один брат уже закінчив школу, – усміхнувся тато Ларсон, – І він його навчить таких хитрощів, що й не вженешся.</w:t>
      </w:r>
    </w:p>
    <w:p>
      <w:r>
        <w:br/>
        <w:t>Тато Ларсон прочинив двері до дитячої кімнати й гукнув:</w:t>
      </w:r>
    </w:p>
    <w:p>
      <w:r>
        <w:br/>
        <w:t>– Лабане! А йди–но сюди!</w:t>
      </w:r>
    </w:p>
    <w:p>
      <w:r>
        <w:br/>
        <w:t>Найстарший син нечутно підійшов до батьків. Він поширшав у плечах і вмів хитро мружити очі.</w:t>
      </w:r>
    </w:p>
    <w:p>
      <w:r>
        <w:br/>
        <w:t>– Мені потрібна твоя допомога, – сказав тато Ларсон. – Ти добре склав екзамени в лисячій школі і скоро станеш зовсім дорослий.</w:t>
      </w:r>
    </w:p>
    <w:p>
      <w:r>
        <w:br/>
        <w:t>Лабан скорчив гримасу, вишкірив зуби й спитав:</w:t>
      </w:r>
    </w:p>
    <w:p>
      <w:r>
        <w:br/>
        <w:t>– А ви не знаєте, як мене прозвали в школі?</w:t>
      </w:r>
    </w:p>
    <w:p>
      <w:r>
        <w:br/>
        <w:t>Цього ні тато, ні мама не знали.</w:t>
      </w:r>
    </w:p>
    <w:p>
      <w:r>
        <w:br/>
        <w:t>– Лабан Хитрий, – похвалився юний лис. – Усі мене бояться і знають, що хитрішого за мене не знайдеться на кілька миль навкруг.</w:t>
      </w:r>
    </w:p>
    <w:p>
      <w:r>
        <w:br/>
        <w:t>– Ти гордість нашої родини! – вигукнув тато Ларсон і поплескав сина по плечі. – Тепер тобі доведеться показати весь свій хист. Ти повинен допомогти Людвігу Чотирнадцятому і вибити йому з голови шкідливі думки. Ти ж, мабуть, чув його теревені про те, що він не хоче хитрувати?</w:t>
      </w:r>
    </w:p>
    <w:p>
      <w:r>
        <w:br/>
        <w:t>Лабан ураз скис.</w:t>
      </w:r>
    </w:p>
    <w:p>
      <w:r>
        <w:br/>
        <w:t>– Виходить, мені треба гратися з тією малечею? – образився він.</w:t>
      </w:r>
    </w:p>
    <w:p>
      <w:r>
        <w:br/>
        <w:t>– А хіба краще мати брата, який тебе соромить на кожному кроці? – спитав тато Ларсон.</w:t>
      </w:r>
    </w:p>
    <w:p>
      <w:r>
        <w:br/>
        <w:t>Лабан похитав головою.</w:t>
      </w:r>
    </w:p>
    <w:p>
      <w:r>
        <w:br/>
        <w:t>– Щоб бути справжнім лисом, треба дурити інших, – поважним тоном вів далі тато Ларсон. – У нашій родині завжди були тільки справжні лиси. Ану, що написано отут на корі?</w:t>
      </w:r>
    </w:p>
    <w:p>
      <w:r>
        <w:br/>
        <w:t>– "ХИТРОЩАМ–СЛАВА! ЛАРСОНАМ–УРА!" – випалив Лабан.</w:t>
      </w:r>
    </w:p>
    <w:p>
      <w:r>
        <w:br/>
        <w:t>– От і добре, синку, – всміхнувся тато Ларсон. – Ти зробиш із Людвіга Чотирнадцятого справжнього лиса й навернеш його до хитрощів.</w:t>
      </w:r>
    </w:p>
    <w:p>
      <w:r>
        <w:br/>
        <w:t>Лабан потягся й по хвилі мовив:</w:t>
      </w:r>
    </w:p>
    <w:p>
      <w:r>
        <w:br/>
        <w:t>– Обіцяю вам, тату, робити все якнайкраще. І піклуватися про всіх своїх братиків та сестричок. Ви ж знаєте, як мене прозвали – Лабан Хитрий.</w:t>
      </w:r>
    </w:p>
    <w:p>
      <w:r>
        <w:br/>
        <w:t>– Не дери носа! – перебив його тато Ларсон. Найхитріший у родині я. І я сам навчу Людвіга Чотирнадцятого найзвичайнісіньких хитрощів. А ти гляди, щоб він не грався в лісі з чужими дітьми. Особливо з такими, які забивають йому голову дурницями. Зрозумів?</w:t>
      </w:r>
    </w:p>
    <w:p>
      <w:r>
        <w:br/>
        <w:t>– Зрозумів, тату, – відповів Лабан. – Із завтрашнього ж ранку Людвіг Чотирнадцятий гратиметься тільки зі мною.</w:t>
      </w:r>
    </w:p>
    <w:p>
      <w:r>
        <w:br/>
        <w:t>РОЗДІЛ ТРЕТІЙ</w:t>
      </w:r>
    </w:p>
    <w:p>
      <w:r>
        <w:br/>
        <w:t>Другого дня рано–вранці Лабан збудив свого братика Людвіга Чотирнадцятого.</w:t>
      </w:r>
    </w:p>
    <w:p>
      <w:r>
        <w:br/>
        <w:t>– Вставай–но! – невдоволено гукнув Лабан. – Будемо гратися.</w:t>
      </w:r>
    </w:p>
    <w:p>
      <w:r>
        <w:br/>
        <w:t>Людвіг Чотирнадцятий протер сонні очі, позіхнув і сказав:</w:t>
      </w:r>
    </w:p>
    <w:p>
      <w:r>
        <w:br/>
        <w:t>– А я не хочу з тобою гратися. Всі мої друзі вважають, що ти справжній Лабан Хитрий.</w:t>
      </w:r>
    </w:p>
    <w:p>
      <w:r>
        <w:br/>
        <w:t>Лабан на радощах аж розцвів.</w:t>
      </w:r>
    </w:p>
    <w:p>
      <w:r>
        <w:br/>
        <w:t>– Та невже? – спитав він. – Приємно чути! Але я тобі сказав – уставай! Мені треба тебе багато чого навчити.</w:t>
      </w:r>
    </w:p>
    <w:p>
      <w:r>
        <w:br/>
        <w:t>– А я тобі сказав, що не хочу з тобою гратися, – стояв на своєму Людвіг Чотирнадцятий і заходився лизати руде хутро. – Ми з Юке–Ю і Туфе–Ту збиралися в лісі гуляти в піжмурки.</w:t>
      </w:r>
    </w:p>
    <w:p>
      <w:r>
        <w:br/>
        <w:t>– Не зустрічайся більше з тими дурними зайчиськами! – звелів Лабан, – Тато не хоче, щоб ти грався з чужими дітьми. Краще я вчитиму тебе, як стати хитрим і розумним.</w:t>
      </w:r>
    </w:p>
    <w:p>
      <w:r>
        <w:br/>
        <w:t>– Можеш учити мене, як стати розумним, – погодився Людвіг Чотирнадцятий, – Але затям собі – дурити інших я не буду!</w:t>
      </w:r>
    </w:p>
    <w:p>
      <w:r>
        <w:br/>
        <w:t>– Гаразд, побачимо, – промимрив Лабан. – Ходімо.</w:t>
      </w:r>
    </w:p>
    <w:p>
      <w:r>
        <w:br/>
        <w:t>І братики вийшли з нори.</w:t>
      </w:r>
    </w:p>
    <w:p>
      <w:r>
        <w:br/>
        <w:t>Погуляли чи не погуляли з годинку, а тоді Лабан і каже:</w:t>
      </w:r>
    </w:p>
    <w:p>
      <w:r>
        <w:br/>
        <w:t>– Дивися, Людвігу, оце – лисички, – і показав лапкою на гриби. – Ач які руденькі!</w:t>
      </w:r>
    </w:p>
    <w:p>
      <w:r>
        <w:br/>
        <w:t>– Е, мене не одуриш! – засміявся Людвіг Чотирнадцятий, – І Лаура, і Лінея, і Ловіса, і Лідія, і Лоттен – у школі. Чого б їм бути тут?</w:t>
      </w:r>
    </w:p>
    <w:p>
      <w:r>
        <w:br/>
        <w:t>– А ти тупіший, ніж я думав, – урвав його Лабан. – Я кажу не про наших сестричок. Так називаються оці руденькі гриби... Ой, наморочуся я з тобою!..</w:t>
      </w:r>
    </w:p>
    <w:p>
      <w:r>
        <w:br/>
        <w:t>Цілий день лисенята кружляли лісовими стежинами. Лабан розказував Людвігу Чотирнадцятому, де які дерева, кущі, рослини, ягоди, квіти. Навчав і ще всякої всячини. Надвечір Лабан спитав:</w:t>
      </w:r>
    </w:p>
    <w:p>
      <w:r>
        <w:br/>
        <w:t>– Може, ти ще щось хочеш дізнатися чи підемо додому? У мене вже пересохло в роті й бурчить у животі.</w:t>
      </w:r>
    </w:p>
    <w:p>
      <w:r>
        <w:br/>
        <w:t>– Я ще хочу подивитись, як живуть люди, – відповів Людвіг Чотирнадцятий.</w:t>
      </w:r>
    </w:p>
    <w:p>
      <w:r>
        <w:br/>
        <w:t>– Не можна! – замахав Лабан передніми лапами. – Це небезпечно!</w:t>
      </w:r>
    </w:p>
    <w:p>
      <w:r>
        <w:br/>
        <w:t>– Невже ти боїшся? – глузливо сказав Людвіг Чотирнадцятий.</w:t>
      </w:r>
    </w:p>
    <w:p>
      <w:r>
        <w:br/>
        <w:t>Тоді Лабан, недовго думаючи, махнув лапою:</w:t>
      </w:r>
    </w:p>
    <w:p>
      <w:r>
        <w:br/>
        <w:t>– Гайда!</w:t>
      </w:r>
    </w:p>
    <w:p>
      <w:r>
        <w:br/>
        <w:t>Вони зупинилися аж біля глибокої канави на узліссі. Зовсім недалечко від огорожі, збитої з тонких кругленьких жердок.</w:t>
      </w:r>
    </w:p>
    <w:p>
      <w:r>
        <w:br/>
        <w:t>– Оце дрюччя зветься огорожею, – півголосом пояснив Лабан. – З одного боку – бачиш? – поле, там росте овес. Той самий, з якого мама варить нам кашу.</w:t>
      </w:r>
    </w:p>
    <w:p>
      <w:r>
        <w:br/>
        <w:t>– Краще б я побачив поле, де мама бере рисову кашу. – прошепотів Людвіґ Чотирнадцятий, – рисова каша смачніша за вівсяну.</w:t>
      </w:r>
    </w:p>
    <w:p>
      <w:r>
        <w:br/>
        <w:t>– Дурень та й годі, – засичав Лабан, – Дивись, а з другого боку стоять людські будівлі. В найбільшій, отій, що з вікнами, мешкають самі люди. А ще є для корів і для коней. А ліворуч у довгастій повітчині живуть кури і курчатка.</w:t>
      </w:r>
    </w:p>
    <w:p>
      <w:r>
        <w:br/>
        <w:t>Лабан аж облизався. Людвіг Чотирнадцятий прикипів очима до будівель, що виднілися вдалині.</w:t>
      </w:r>
    </w:p>
    <w:p>
      <w:r>
        <w:br/>
        <w:t>– А де живе оте страховисько Максиміліан, про якого завжди розповідає тато? – по хвилі спитав він.</w:t>
      </w:r>
    </w:p>
    <w:p>
      <w:r>
        <w:br/>
        <w:t>– Я добре не знаю, – відповів Лабан. – Але як підкрадуся до огорожі, то буду перший із татових дітей, хто одурить пса.</w:t>
      </w:r>
    </w:p>
    <w:p>
      <w:r>
        <w:br/>
        <w:t>– Я обдурю його швидше за тебе, – сказав Людвіг Чотирнадцятий.</w:t>
      </w:r>
    </w:p>
    <w:p>
      <w:r>
        <w:br/>
        <w:t>Лабан зареготав.</w:t>
      </w:r>
    </w:p>
    <w:p>
      <w:r>
        <w:br/>
        <w:t>– Ти? – здивувався він. – Ти ж не хочеш хитрувати! Ось я тобі покажу, як це робиться. Нумо закладімося, що я одурю першого, кого зустрінемо, вертаючись додому.</w:t>
      </w:r>
    </w:p>
    <w:p>
      <w:r>
        <w:br/>
        <w:t>– Не хочу, – сказав Людвіг Чотирнадцятий.</w:t>
      </w:r>
    </w:p>
    <w:p>
      <w:r>
        <w:br/>
        <w:t>– Я однаково когось обдурю, – стояв на своєму Лабан. – Хоча б для того, щоб показати тобі, який я хитрий...</w:t>
      </w:r>
    </w:p>
    <w:p>
      <w:r>
        <w:br/>
        <w:t>Неподалік від нори Ларсонів по стежині стрибало двоє зайченят – Юке–Ю і Туфе–Ту. Як тільки вгледіли, що їхній товариш Людвіг Чотирнадцятий іде зі своїм старшим братом Лабаном, зайченята хотіли чкурнути геть, та не встигли. Людвіг Чотирнадцятий гукнув їм:</w:t>
      </w:r>
    </w:p>
    <w:p>
      <w:r>
        <w:br/>
        <w:t>– Гей, де це ви були?</w:t>
      </w:r>
    </w:p>
    <w:p>
      <w:r>
        <w:br/>
        <w:t>– У крамничці. Купили медяників, – відповів Туфе–Ту і показав паперовий пакунок.</w:t>
      </w:r>
    </w:p>
    <w:p>
      <w:r>
        <w:br/>
        <w:t>– Ойо–йой, – раптом загаласував Лабан. – Ойо–йой, моє бідне горло!</w:t>
      </w:r>
    </w:p>
    <w:p>
      <w:r>
        <w:br/>
        <w:t>– У тебе болить горло? – здивувався Юке–Ю.</w:t>
      </w:r>
    </w:p>
    <w:p>
      <w:r>
        <w:br/>
        <w:t>– Ще й як болить, – мовив Лабан. – Ойо–йой! Ми оце з Людвігом Чотирнадцятим щойно від лікарки Сови. Вона сказала, що в мене страшна недуга. І поможуть проти неї тільки одні ліки.</w:t>
      </w:r>
    </w:p>
    <w:p>
      <w:r>
        <w:br/>
        <w:t>– Які ж? – поцікавився Туфе–Ту.</w:t>
      </w:r>
    </w:p>
    <w:p>
      <w:r>
        <w:br/>
        <w:t>– Медяники, – зітхнув Лабан. – Мед такий приємний, такий солодкий, такий смачний, що від нього легшає на горло.</w:t>
      </w:r>
    </w:p>
    <w:p>
      <w:r>
        <w:br/>
        <w:t>– То ви квапитесь у крамничку по медяники? – спитав Юке–Ю.</w:t>
      </w:r>
    </w:p>
    <w:p>
      <w:r>
        <w:br/>
        <w:t>Лабан прикинувся, наче він плаче.</w:t>
      </w:r>
    </w:p>
    <w:p>
      <w:r>
        <w:br/>
        <w:t>– Я не можу купити медяників, – схлипнув Він. – Мої кишенькові гроші вийшли, а більше мені тато не дасть. Так і мучитимусь із хворим горлом!</w:t>
      </w:r>
    </w:p>
    <w:p>
      <w:r>
        <w:br/>
        <w:t>Зайченята довго дивились на Лабана.</w:t>
      </w:r>
    </w:p>
    <w:p>
      <w:r>
        <w:br/>
        <w:t>– Справді? А ти не дуриш? –завагався Юке–Ю.</w:t>
      </w:r>
    </w:p>
    <w:p>
      <w:r>
        <w:br/>
        <w:t>– Чого б це я дурив найкращих друзів Людвіга Чотирнадцятого! – обурився Лабан. – Правда ж, Людвігу!</w:t>
      </w:r>
    </w:p>
    <w:p>
      <w:r>
        <w:br/>
        <w:t>З цими словами Лабан ущипнув Людвіга Чотирнадцятого за кінчик хвоста. І замість сказати "ні" Людвіг Чотирнадцятий щосили зойкнув:</w:t>
      </w:r>
    </w:p>
    <w:p>
      <w:r>
        <w:br/>
        <w:t>– Ой!</w:t>
      </w:r>
    </w:p>
    <w:p>
      <w:r>
        <w:br/>
        <w:t>– Що ти кажеш? – в один голос поспитали Юке–Ю і Туфе–Ту.</w:t>
      </w:r>
    </w:p>
    <w:p>
      <w:r>
        <w:br/>
        <w:t>– Мій братик хоче сказати "ага", але часом він страшенно затинається, – заходився пояснювати Лабан. – Хоче сказати "ага", а в нього виходить "о–о–о".</w:t>
      </w:r>
    </w:p>
    <w:p>
      <w:r>
        <w:br/>
        <w:t>– То Лабан каже правду? – спитав Туфе–Ту у Людівіга Чотирнадцятого.</w:t>
      </w:r>
    </w:p>
    <w:p>
      <w:r>
        <w:br/>
        <w:t>Лабан ще раз ущипнув Людвіга Чотирнадцятого за кінчик хвоста.</w:t>
      </w:r>
    </w:p>
    <w:p>
      <w:r>
        <w:br/>
        <w:t>– Ой! – знов застогнав Людвіг Чотирнадцятий.</w:t>
      </w:r>
    </w:p>
    <w:p>
      <w:r>
        <w:br/>
        <w:t>– Самі ж чуєте, що він каже "ага", – мовив Лабан. – А чого це ви думаєте, що ми вас дуримо? Тепер мені треба мовчати. Я вже так набалакався, що знов заболіло горло. Ойо–йой, коли б мені хбч кілька медяників!</w:t>
      </w:r>
    </w:p>
    <w:p>
      <w:r>
        <w:br/>
        <w:t>Зайченята стояли й щось собі міркували. Тоді Юке–Ю сказав:</w:t>
      </w:r>
    </w:p>
    <w:p>
      <w:r>
        <w:br/>
        <w:t>– Тільки через те, що ти брат Людвіга Чотирнадцятого, на тобі наші медяники. Будь ласка, бери цілий пакунок.</w:t>
      </w:r>
    </w:p>
    <w:p>
      <w:r>
        <w:br/>
        <w:t>– Дякую, дякую, дякую! – зрадів Лабан. – Ви найкращі друзі на весь ліс. Присягаюся, що ніколи вас не забуду.</w:t>
      </w:r>
    </w:p>
    <w:p>
      <w:r>
        <w:br/>
        <w:t>РОЗДІЛ ЧЕТВЕРТИЙ</w:t>
      </w:r>
    </w:p>
    <w:p>
      <w:r>
        <w:br/>
        <w:t>Зайченята побігли, а Лабан ударив себе лапою в груди й зареготав:</w:t>
      </w:r>
    </w:p>
    <w:p>
      <w:r>
        <w:br/>
        <w:t>– Хитрощам – слава! Так чинить лис, коли йому заманеться медяників. Чи, по–твоєму, дурити – погано?</w:t>
      </w:r>
    </w:p>
    <w:p>
      <w:r>
        <w:br/>
        <w:t>Та Юке–Ю і Туфе–Ту відбігли ще не дуже далеко, почули Лабанові слова й заквапились назад.</w:t>
      </w:r>
    </w:p>
    <w:p>
      <w:r>
        <w:br/>
        <w:t>– Ми гадали, що ти справжній товариш... – дорікнув Юке–Ю Людвігові Чотирнадцятому.</w:t>
      </w:r>
    </w:p>
    <w:p>
      <w:r>
        <w:br/>
        <w:t>– А ти нас обманюєш, – докинув Туфе–Ту. – Ми більше не гуляємо з тобою.</w:t>
      </w:r>
    </w:p>
    <w:p>
      <w:r>
        <w:br/>
        <w:t>Обойко зайченят знов зникли з очей, а Людвіг Чотирнадцятий зажурився,</w:t>
      </w:r>
    </w:p>
    <w:p>
      <w:r>
        <w:br/>
        <w:t>– Як ти міг утнути таке з моїми найкращими товаришами?! – обурився він. – І тобі не соромно, Лабане?</w:t>
      </w:r>
    </w:p>
    <w:p>
      <w:r>
        <w:br/>
        <w:t>– Мені не буває соромно, – захихотів Лабан. – Навіщо дурненьким зайченятам медяники? Тобі теж не годиться мати таких друзів. Згадай, що казав тато? – Він розгорнув пакунок і прицмокнув, – Ох і пахнуть! Та я проковтну оце все одним духом!</w:t>
      </w:r>
    </w:p>
    <w:p>
      <w:r>
        <w:br/>
        <w:t>– Ну й бовдур же ти! –сказав Людвіг Чотирнадцятий.</w:t>
      </w:r>
    </w:p>
    <w:p>
      <w:r>
        <w:br/>
        <w:t>Лабан уже засунув лапу в пакунок. Він пильно подивився на брата і невдоволено мовив:</w:t>
      </w:r>
    </w:p>
    <w:p>
      <w:r>
        <w:br/>
        <w:t>– Це я бовдур? Я, найхитріший у лісі лис?! Що ти верзеш?</w:t>
      </w:r>
    </w:p>
    <w:p>
      <w:r>
        <w:br/>
        <w:t>– Бувши тобою, я приберіг би медяники, поки ми прийдемо додому, – мовив Людвіг Чотирнадцятий. – Уяви собі, як заздритимуть наші братики й сестрички, коли ти наминатимеш медяники, а вони тільки облизуватимуться.</w:t>
      </w:r>
    </w:p>
    <w:p>
      <w:r>
        <w:br/>
        <w:t>Лабан замислився.</w:t>
      </w:r>
    </w:p>
    <w:p>
      <w:r>
        <w:br/>
        <w:t>– Часом ти буваєш дуже мудрий, – похвалив він Людвіга Чотирнадцятого. – Я послухаюся твоєї ради, пакунок сховаю вдома, а ввечері усе поїм.</w:t>
      </w:r>
    </w:p>
    <w:p>
      <w:r>
        <w:br/>
        <w:t>Біля входу в нору Лабан зупинився й спитав:</w:t>
      </w:r>
    </w:p>
    <w:p>
      <w:r>
        <w:br/>
        <w:t>– Людвігу, а може, ти шиєш мене в дурні, щоб самому ум'яти медяники?</w:t>
      </w:r>
    </w:p>
    <w:p>
      <w:r>
        <w:br/>
        <w:t>– Хіба може таке лисеня, як я, одурити самого Лабана Хитрого? – відповів Людвіг Чотирнадцятий. – Та я й не люблю медяників. Не бійся, не поїм.</w:t>
      </w:r>
    </w:p>
    <w:p>
      <w:r>
        <w:br/>
        <w:t>Лабан сховав пакунок собі під ліжко. Тільки Людвіг Чотирнадцятий знав де. А коли лисенята вкладалися спати, Лабан голосно сказав:</w:t>
      </w:r>
    </w:p>
    <w:p>
      <w:r>
        <w:br/>
        <w:t>– Мабуть, поласую я медяниками! Так закортіло чогось солоденького!</w:t>
      </w:r>
    </w:p>
    <w:p>
      <w:r>
        <w:br/>
        <w:t>– У тебе немає жодного медяника, – озвався Леопольд. – Я знаю, що ти вже давно протринькав свої кишенькові гроші.</w:t>
      </w:r>
    </w:p>
    <w:p>
      <w:r>
        <w:br/>
        <w:t>– Так, медяника у мене немає, – погодився Лабан. – Зате є цілий пакунок медяників. Бо я хитрий.</w:t>
      </w:r>
    </w:p>
    <w:p>
      <w:r>
        <w:br/>
        <w:t>– Дуриш, – мовила Лаура. – Поки я не побачу пакунка, то не повірю.</w:t>
      </w:r>
    </w:p>
    <w:p>
      <w:r>
        <w:br/>
        <w:t>Лабан глянув на сестру й прицмокнув губами:</w:t>
      </w:r>
    </w:p>
    <w:p>
      <w:r>
        <w:br/>
        <w:t>– Вірте чи не Вірте, а пакунок є.</w:t>
      </w:r>
    </w:p>
    <w:p>
      <w:r>
        <w:br/>
        <w:t>Лабан засунув лапу під ліжко. Лап–лап, а пакунок мов крізь землю провалився.</w:t>
      </w:r>
    </w:p>
    <w:p>
      <w:r>
        <w:br/>
        <w:t>– Ха–ха–ха! – засміялися лисенята. – Що, наласувався?</w:t>
      </w:r>
    </w:p>
    <w:p>
      <w:r>
        <w:br/>
        <w:t>Лабан заліз під ліжко, але пакунка не знайшов. І виліз страшенно розлючений.</w:t>
      </w:r>
    </w:p>
    <w:p>
      <w:r>
        <w:br/>
        <w:t>– Хтось поцупив мої медяники! – злісно крикнув він. – Нуте, роззявляйте пащі! Від кого пахне медом, той і злодій.</w:t>
      </w:r>
    </w:p>
    <w:p>
      <w:r>
        <w:br/>
        <w:t>Лисенята послухались. Лабан обійшов усіх – Леопольда, Лаге, Лассе–Молодшого, Лассе–Старшого, Леннарта, Лео, Лукаса, Лауру, Лінею, Ловісу, Лідію та Лоттен. Але ні від кого не пахло медом. Нарешті дійшла черга до Людвіга Чотирнадцятого. Лабан зупинився навпроти нього й засичав:</w:t>
      </w:r>
    </w:p>
    <w:p>
      <w:r>
        <w:br/>
        <w:t>– Це ти злодій! Тільки ти бачив, де я сховав пакунок. Але ти казав, що не любиш медяників, і обіцяв не істи.</w:t>
      </w:r>
    </w:p>
    <w:p>
      <w:r>
        <w:br/>
        <w:t>– А я й не їв твоїх медяників, – мовив Людвіг Чотирнадцятий, чесно дивлячись братові у вічі.</w:t>
      </w:r>
    </w:p>
    <w:p>
      <w:r>
        <w:br/>
        <w:t>Лабан миттю обнюшив і його. Але й від Людвіга Чотирнадцятого не пахло медом. Лабан почухав собі спину.</w:t>
      </w:r>
    </w:p>
    <w:p>
      <w:r>
        <w:br/>
        <w:t>– Я не їв твоїх медяників... – ще раз мовив Людвіг Чотирнадцятий.</w:t>
      </w:r>
    </w:p>
    <w:p>
      <w:r>
        <w:br/>
        <w:t>Лабан уп'явся в нього лютим поглядом.</w:t>
      </w:r>
    </w:p>
    <w:p>
      <w:r>
        <w:br/>
        <w:t>– ...але я їх віддав, – закінчив Людвіг Чотирнадцятий.</w:t>
      </w:r>
    </w:p>
    <w:p>
      <w:r>
        <w:br/>
        <w:t>– Кому? – гарикнув Лабан і аж підскочив з несподіванки. – Як ти посмів віддати комусь мій пакунок із медяниками?</w:t>
      </w:r>
    </w:p>
    <w:p>
      <w:r>
        <w:br/>
        <w:t>– То не твої медяники, – спокійно мовив Людвіг Чотирнадцятий. – Ти відняв їх у моїх найкращих друзів.</w:t>
      </w:r>
    </w:p>
    <w:p>
      <w:r>
        <w:br/>
        <w:t>– Ті дурні зайченята самі віддали мені пакунок, – засичав Лабан.</w:t>
      </w:r>
    </w:p>
    <w:p>
      <w:r>
        <w:br/>
        <w:t>– Ти обдурив їх, – сказав Людвіг Чотирнадцятий. – Через те, що горло в тебе здорове–здоровісіньке, я повернув пакунок Юке–Ю і Туфе–Ту.</w:t>
      </w:r>
    </w:p>
    <w:p>
      <w:r>
        <w:br/>
        <w:t>Лабан пильно подивився на свого братика.</w:t>
      </w:r>
    </w:p>
    <w:p>
      <w:r>
        <w:br/>
        <w:t>– Ти ще пожалкуєш, – пригрозив він і зашкріб лапами по долівці.</w:t>
      </w:r>
    </w:p>
    <w:p>
      <w:r>
        <w:br/>
        <w:t>Лисенята зрозуміли, що Лабан страшенно розгнівався. Але Людвіг Чотирнадцятий не злякався. Він і досі не зводив очей із Лабана. Хтозна, чим би воно закінчилося, та саме цієї миті до них навідався тато. Він стояв за дверима і все чув.</w:t>
      </w:r>
    </w:p>
    <w:p>
      <w:r>
        <w:br/>
        <w:t>– Діти, вам пора спати, – звелів він.</w:t>
      </w:r>
    </w:p>
    <w:p>
      <w:r>
        <w:br/>
        <w:t>– Тату, тату! Людвіг Чотирнадцятий мене обдурив, – поскаржився Лабан. – Він...</w:t>
      </w:r>
    </w:p>
    <w:p>
      <w:r>
        <w:br/>
        <w:t>– Чудово, – урвав його тато Ларсон. – Моя найменша дитина обдурила самого Лабана Хитрого? Це непогано!</w:t>
      </w:r>
    </w:p>
    <w:p>
      <w:r>
        <w:br/>
        <w:t>Лабанові зробилося соромно, він шаснув до себе в ліжко, підібгавши хвоста. А тато Ларсон сів у вітальні в крісло і замурмотів собі під ніс:</w:t>
      </w:r>
    </w:p>
    <w:p>
      <w:r>
        <w:br/>
        <w:t>– Принаймні Людвіг не такий уже й дурний. Але дурити своїх братів і сестер?..</w:t>
      </w:r>
    </w:p>
    <w:p>
      <w:r>
        <w:br/>
        <w:t>РОЗДІЛ П'ЯТИЙ</w:t>
      </w:r>
    </w:p>
    <w:p>
      <w:r>
        <w:br/>
        <w:t>Другого ранку Людвіг Чотирнадцятий сам збудив Лабана.</w:t>
      </w:r>
    </w:p>
    <w:p>
      <w:r>
        <w:br/>
        <w:t>– Вставай–но, – звелів він братові й поторсав його. – Ходім до лісу, будеш мене вчити. Вчора ми так гарно розважалися.</w:t>
      </w:r>
    </w:p>
    <w:p>
      <w:r>
        <w:br/>
        <w:t>Та Лабан і далі гнівався на нього. Він не міг забути вчорашньої пригоди з медяниками.</w:t>
      </w:r>
    </w:p>
    <w:p>
      <w:r>
        <w:br/>
        <w:t>– Я не хочу з тобою гратися, – сказав Лабан. – І водитися з такими дурисвітами.</w:t>
      </w:r>
    </w:p>
    <w:p>
      <w:r>
        <w:br/>
        <w:t>– Сам ти дурисвіт, – образився Людвіг Чотирнадцятий.</w:t>
      </w:r>
    </w:p>
    <w:p>
      <w:r>
        <w:br/>
        <w:t>– Дурисвіт, та не такий, – просичав Лабан і перевернувся на другий бік. – Я ще посплю.</w:t>
      </w:r>
    </w:p>
    <w:p>
      <w:r>
        <w:br/>
        <w:t>Людвіг Чотирнадцятий пішов сам. Авжеж, тато Ларсон заборонив йому гратися з чужими дітьми. Але тепер, коли Лабан не схотів з ним іти, Людвіг Чотирнадцятий може навідати своїх товаришів. Найперше він побіг до Юке–Ю і Туфе–Ту. Але вже на порозі його зустріла мама Зайчиха.</w:t>
      </w:r>
    </w:p>
    <w:p>
      <w:r>
        <w:br/>
        <w:t>– Мої хлопці не гулятимуть із тобою, – рішуче сказала вона.. – Ти і твій брат лише дурите їх. Я знаю, як ви вчора відняли в них медяники.</w:t>
      </w:r>
    </w:p>
    <w:p>
      <w:r>
        <w:br/>
        <w:t>– То ж Лабан, – заперечив Людвіг Чотирнадцятий і спитав, – Хіба ви, тітонько, не знаєте, що вчора, як смеркло, я віддав їм їхні медяники?</w:t>
      </w:r>
    </w:p>
    <w:p>
      <w:r>
        <w:br/>
        <w:t>– Ну то й що? Ти з Лабаном заодно, – сказала мама Зайчиха й зачинила двері.</w:t>
      </w:r>
    </w:p>
    <w:p>
      <w:r>
        <w:br/>
        <w:t>Людвіг Чотирнадцятий зітхнув і побіг далі – до своєї доброї приятельки, до білочки Агне Стрибайко. Білочка сиділа високо на гілці й лущила шишки.</w:t>
      </w:r>
    </w:p>
    <w:p>
      <w:r>
        <w:br/>
        <w:t>– Гей, Аґне! – гукнув Людвіг Чотирнадцятий і крутнув хвостиком. – Ходи сюди, пограємося.</w:t>
      </w:r>
    </w:p>
    <w:p>
      <w:r>
        <w:br/>
        <w:t>– Не буду я з тобою гратися! – й собі гукнула Агне. – Моя мама чула від тітоньки Зайчихи, що вчора ти відняв у Юке–Ю і Туфе–Ту два пакунки з медяниками.</w:t>
      </w:r>
    </w:p>
    <w:p>
      <w:r>
        <w:br/>
        <w:t>– То не я, то не я! – спробував захищатися Людвіг Чотирнадцятий. – Їх обдурив Лабан, а я став зайчатам у пригоді.</w:t>
      </w:r>
    </w:p>
    <w:p>
      <w:r>
        <w:br/>
        <w:t>Агне Стрибайко, не мовивши й слова, переплигнула на сусіднє дерево. Людвіг Чотирнадцятий ладен був заплакати з горя. "Піду я до Колючки, – майнула в нього думка. – Він завжди такий добрий до мене". Їжачок Колючка мешкав під благеньким куренем неподалік у лісі.</w:t>
      </w:r>
    </w:p>
    <w:p>
      <w:r>
        <w:br/>
        <w:t>– Агей, Колючко! –гукнув Людвіг Чотирнадцятий, діставшись до благенького куреня. – Ти дома?</w:t>
      </w:r>
    </w:p>
    <w:p>
      <w:r>
        <w:br/>
        <w:t>– Ні, – почувся голос. – Тобто я дома, але тобі сюди – зась!</w:t>
      </w:r>
    </w:p>
    <w:p>
      <w:r>
        <w:br/>
        <w:t>– Це ж я, твій товариш Людвіг Чотирнадцятий, – гукав Людвіг. – Іди сюди! Не жартуй!</w:t>
      </w:r>
    </w:p>
    <w:p>
      <w:r>
        <w:br/>
        <w:t>– Я не жартую і не хочу з тобою товаришувати, – відповів Колючка. – Я гадав, що ти добрий, а тепер довідався, що ти такий самий дурисвіт, як і всі лиси. Думаєш, я не знаю, що ти відняв учора в Юке–Ю і Туфе–Ту три пакунки медяників?</w:t>
      </w:r>
    </w:p>
    <w:p>
      <w:r>
        <w:br/>
        <w:t>– Це неправда... – почав Людвіг Чотирнадцятий.</w:t>
      </w:r>
    </w:p>
    <w:p>
      <w:r>
        <w:br/>
        <w:t>– Ні, таки правда, – заперечив Колючка. – Моїй мамі сказала про це мама Аґне Стрибайко, а їй жалілася мама Юке–Ю і Туфе–Ту.</w:t>
      </w:r>
    </w:p>
    <w:p>
      <w:r>
        <w:br/>
        <w:t>Людвіг Чотирнадцятий зрозумів, що Колючка його не слухатиме. Сумний потюпав він далі. Тепер у нього лишилося тільки двоє товаришів – горностаї Оке та Бенгт. Підійшовши до нори, де вони мешкали, Людвіг Чотирнадцятий погукав:</w:t>
      </w:r>
    </w:p>
    <w:p>
      <w:r>
        <w:br/>
        <w:t>– Оке! Бенгте! Ходіть сюди, пограємося!</w:t>
      </w:r>
    </w:p>
    <w:p>
      <w:r>
        <w:br/>
        <w:t>– Не хочу, – відповів Оке.</w:t>
      </w:r>
    </w:p>
    <w:p>
      <w:r>
        <w:br/>
        <w:t>– Не можу, – відповів Бенгт.</w:t>
      </w:r>
    </w:p>
    <w:p>
      <w:r>
        <w:br/>
        <w:t>– Нам не дозволяють, – в один голос відповіли Оке та Бенгт горностаї.</w:t>
      </w:r>
    </w:p>
    <w:p>
      <w:r>
        <w:br/>
        <w:t>– Чого це? – спитав Людвіг Чотирнадцятий.</w:t>
      </w:r>
    </w:p>
    <w:p>
      <w:r>
        <w:br/>
        <w:t>– Бо Колюччина мама казала нашій мамі, що чула, як мама Агне Стрибайко казала, що вона чула, як казала мама Юке–Ю і Туфе–Ту, що ти видурив у зайчат чотири пакунки медяників, – пояснив Оке.</w:t>
      </w:r>
    </w:p>
    <w:p>
      <w:r>
        <w:br/>
        <w:t>– Це дуже погано, і тому ти з нами не гратимешся, – додав Бенгт.</w:t>
      </w:r>
    </w:p>
    <w:p>
      <w:r>
        <w:br/>
        <w:t>– Ми не гратимемося з тобою, – поправив його Оке.</w:t>
      </w:r>
    </w:p>
    <w:p>
      <w:r>
        <w:br/>
        <w:t>Людвіг Чотирнадцятий витер кінчиком хвоста сльозинку. Що за жорстокість! Він же не хотів хитрувати, намагався бути добрим і допомагав іншим. Людвіг Чотирнадцятий збагнув, що ця недобра слава про нього піде поміж усіма лісовими звірами. Мабуть, до вечора вже подейкуватимуть, що він видурив у Юке– Ю і Туфе–Ту цілу сотню пакунків медяників. Людвіг Чотирнадцятий ліг на величенькому пеньку й замислився. Тато Ларсон заборонив йому гратися з чужими дітьми. А вони й самі не хочуть із ним гратися. Лабан також розгнівався на нього, сидить, мабуть, удома, й мудрує, що б його встругнути братикові. Хоч би тобі один товариш! Що ж його робити? Лишається тільки одне – ЙОМУ ТРЕБА ТІКАТИ З ДОМУ.</w:t>
      </w:r>
    </w:p>
    <w:p>
      <w:r>
        <w:br/>
        <w:t>Людвіг Чотирнадцятий зіскочив із пенька й подався зовсім незнайомою стежкою в глиб лісу. Він довго блукав між деревами й кущами, через галяви перебігав так хутко, що його не міг побачити ніякий ворог. Він уже думав, що забрів од дому хтозна–як далеко. Вечоріло. І хоч Людвіг Чотирнадцятий мав густе хутро, але трішечки змерз. А ще його змагав голод. Бо як поснідав удома, то й досі нічого не їв. Хіба що за цілий день ухопив ягідку чи корінчик. "Вони вже лаштуються вечеряти, – подумав Людвіг Чотирнадцятий і відчув, який він самотній. – Цікаво, чи вони тужать за мною?" Зненацька немов розвиднилося. Ліс закінчився, і просто перед очима в Людвіга Чотирнадцятого розляглося широченне поле, а десь удалині замерехтіло кілька вогників. Людвіг Чотирнадцятий озирнувся довкола. Ага, він згадав, де він! Це ж тут вони з Лабаном лежали вчора й дивилися на людські будівлі.</w:t>
      </w:r>
    </w:p>
    <w:p>
      <w:r>
        <w:br/>
        <w:t>– Дивина та й годі, – мовив Людвіг Чотирнадцятий і почухався. – Я промандрував цілий день, а опинився майже дома.</w:t>
      </w:r>
    </w:p>
    <w:p>
      <w:r>
        <w:br/>
        <w:t>На мить йому закралася думка повернутись до нори й повечеряти у мами Ларсон. Та одразу ж і зникла.</w:t>
      </w:r>
    </w:p>
    <w:p>
      <w:r>
        <w:br/>
        <w:t>– Раз я надумав утекти, то й утечу, – промурмотів Людвіг Чотирнадцятий. – Якби ще не хотілося їсти, то все було б чудово!</w:t>
      </w:r>
    </w:p>
    <w:p>
      <w:r>
        <w:br/>
        <w:t>Він подивився крізь огорожу на овес, що ріс на полі. Як це вчора казав Лабан: "З цієї трави мама готує вівсяну кашу". Людвіг Чотирнадцятий не те щоб і любив кашу, але щось же треба вкинути в рота. Він перестрибнув через канаву, проповз попід огорожею і допався до вівсяного волоття. Але вівсяною кашею й не пахло.</w:t>
      </w:r>
    </w:p>
    <w:p>
      <w:r>
        <w:br/>
        <w:t>– Дурний Лабан одурив мене, – зітхнув Людвіг Чотирнадцятий.</w:t>
      </w:r>
    </w:p>
    <w:p>
      <w:r>
        <w:br/>
        <w:t>А їсти хотілося так, що аж за душу тягло. Тато Ларсон любив казати: "У людей завжди повно їжі". Та хіба ж Людвіг наважиться підкрастися аж до подвір'я? Він же не вмів хитрувати. А ще – не міг здолати страху. Тож перше ніж на щось зважитися, Людвіг Чотирнадцятий довгенько розмірковував.</w:t>
      </w:r>
    </w:p>
    <w:p>
      <w:r>
        <w:br/>
        <w:t>– Мені більше допікає голод, ніж страх, – півголосом мовив він. – Щоб дістати їсти, я проберуся до людей.</w:t>
      </w:r>
    </w:p>
    <w:p>
      <w:r>
        <w:br/>
        <w:t>У вівсі Людвіг Чотирнадцятий почував себе в безпеці. Ніхто з людей не міг його тут побачити. Але, коли поле закінчилося, стало важче. Людвіг Чотирнадцятий поповз по землі між двома рядочками невисоких кущиків. Людвіг Чотирнадцятий почув, що запахло солоденьким і смачним. Тато Ларсон розказував колись, що люди вирощують добрі ягоди, які називаються полуницями. Людвіг Чотирнадцятий здогадався, що втрапив на полуничну грядку. Він нашорошив довгі вуха. У темряві щось забряжчало. А тоді знов запала тиша. Може, Людвігові почулося? Він витягнув шию, щоб роздивитись, як швидше дістатися до людського подвір'я. І ВРАЗ ВІН ПОБАЧИВ ПОТОРОЧУ!</w:t>
      </w:r>
    </w:p>
    <w:p>
      <w:r>
        <w:br/>
        <w:t>Просто перед ним стояло, розчепіривши руки, високе одоробло в довгому піджаку. Людвіг Чотирнадцятий зроду не бачив живої людини, хіба що намальовану в книжці, яка була в Юке–Ю і Туфе–Ту. Може, ця потороча на полуничній грядці – людина? Людвіг Чотирнадцятий затамував подих, уп'явшись очима в поторочу. І чим більше дивився, тим химернішою вона иому здавалася. Людвіг Чотирнадцятий протер очі. Ні, йому не ввижалося. На голові в неї був крислатий капелюх, але звичайного обличчя з очима, носом, вухами й ротом не було й знаку! Знов почувся брязкіт. Людвіг Чотирнадцятий помітив, як щось блискуче й мерехтливе звисало з розчешрених рук поторочі. Це ніяка не людина, а щось іще страховинніше. МОЖЕ, ПРИВИД?!</w:t>
      </w:r>
    </w:p>
    <w:p>
      <w:r>
        <w:br/>
        <w:t>Людвіга Чотирнадцятого ніби морозом обсипало. Він забув про будь–яку обережність. Стрілою помчав через полуниці, через овес, стрибнув і... опинився в канаві біля тину.</w:t>
      </w:r>
    </w:p>
    <w:p>
      <w:r>
        <w:br/>
        <w:t>– Ряту–у–у–уйте! – запищав хтось поруч.</w:t>
      </w:r>
    </w:p>
    <w:p>
      <w:r>
        <w:br/>
        <w:t>– Ряту–у–у–уйте! – заскімлив і Людвіг Чотирнадцятий.</w:t>
      </w:r>
    </w:p>
    <w:p>
      <w:r>
        <w:br/>
        <w:t>Він опинився просто на м'якенькій, живій, писклявій, пухнастій грудочці.</w:t>
      </w:r>
    </w:p>
    <w:p>
      <w:r>
        <w:br/>
        <w:t>РОЗДІЛ ШОСТИЙ</w:t>
      </w:r>
    </w:p>
    <w:p>
      <w:r>
        <w:br/>
        <w:t>Важко сказати, хто злякався дужче, Людвіг Чотирнадцятий чи пухнаста грудочка.</w:t>
      </w:r>
    </w:p>
    <w:p>
      <w:r>
        <w:br/>
        <w:t>Принаймні Людвіг Чотирнадцятий озвався перший:</w:t>
      </w:r>
    </w:p>
    <w:p>
      <w:r>
        <w:br/>
        <w:t>– Що за манера налітати на безневинних звірят, – почав сваритися він. – Ось я заявлю на тебе в поліцію!</w:t>
      </w:r>
    </w:p>
    <w:p>
      <w:r>
        <w:br/>
        <w:t>– Я не налітала на тебе, бо не вмію гаразд літати, – пропищала пухнаста грудочка. –І коли вже на когось заявляти в поліцію, то тільки на тебе. Не я ж сюди впада!</w:t>
      </w:r>
    </w:p>
    <w:p>
      <w:r>
        <w:br/>
        <w:t>У канаві була напівтемрява, та коли Людвіг Чотирнадцятий придивився, то помітив, що пухнаста грудочка набагато менша за нього. І помалу страх його розвіявся.</w:t>
      </w:r>
    </w:p>
    <w:p>
      <w:r>
        <w:br/>
        <w:t>– Що ти тут робиш такпізно? І сама–самісінька? – здивувався він. – Така малеча, як ти, вже давно повинна спати.</w:t>
      </w:r>
    </w:p>
    <w:p>
      <w:r>
        <w:br/>
        <w:t>– Мені страшно йти додому, – жалісливо писнула грудочка. – Запахло лисом, а лиси такі страшні!</w:t>
      </w:r>
    </w:p>
    <w:p>
      <w:r>
        <w:br/>
        <w:t>Людвіг Чотирнадцятий крізь сміх спитав:</w:t>
      </w:r>
    </w:p>
    <w:p>
      <w:r>
        <w:br/>
        <w:t>– Хіба ти ніколи не бачила лиса?</w:t>
      </w:r>
    </w:p>
    <w:p>
      <w:r>
        <w:br/>
        <w:t>– Зроду, – відповіла грудочка. – Тільки на малюнку. Лиси в білих хутрах, з довгими вухами ще й з манюніми м ячиками на хвостиках.</w:t>
      </w:r>
    </w:p>
    <w:p>
      <w:r>
        <w:br/>
        <w:t>– Ти дивилась не на ті що слід малюнки, – мовив Людвіг Чотирнадцятий.</w:t>
      </w:r>
    </w:p>
    <w:p>
      <w:r>
        <w:br/>
        <w:t>– Яка ж я дурна! – засміялася грудочка. – Знов переплутала! І коли вже я навчуся розрізняти лиса й зайця? У лиса руде хутро й довгий хвіст. А ще лис дуже хитрий.</w:t>
      </w:r>
    </w:p>
    <w:p>
      <w:r>
        <w:br/>
        <w:t>– Оце вже схоже на правду, – сказав Людвіг Чотирнадцятий.</w:t>
      </w:r>
    </w:p>
    <w:p>
      <w:r>
        <w:br/>
        <w:t>– А ти хіба бачив живого лиса? – спитала грудочка.</w:t>
      </w:r>
    </w:p>
    <w:p>
      <w:r>
        <w:br/>
        <w:t>– Скільки завгодно, – відповів Людвіг Чотирнадцятий.</w:t>
      </w:r>
    </w:p>
    <w:p>
      <w:r>
        <w:br/>
        <w:t>– І ні разу їх не боявся?</w:t>
      </w:r>
    </w:p>
    <w:p>
      <w:r>
        <w:br/>
        <w:t>– Ні разу, – відповів Людвіг Чотирнадцятий.</w:t>
      </w:r>
    </w:p>
    <w:p>
      <w:r>
        <w:br/>
        <w:t>– То ти хоробрий, – сказала грудочка. – Як же тебе звати?</w:t>
      </w:r>
    </w:p>
    <w:p>
      <w:r>
        <w:br/>
        <w:t>– Людвіг Чотирнадцятий Ларсон, – відповів Людвіг.</w:t>
      </w:r>
    </w:p>
    <w:p>
      <w:r>
        <w:br/>
        <w:t>– Ну й кумедне ім'я! – засміялася грудочка.</w:t>
      </w:r>
    </w:p>
    <w:p>
      <w:r>
        <w:br/>
        <w:t>– Де ж воно кумедне?!– просичав Людвіг Чотирнадцятий. – Ми – найбільша родина на цілий ліс, і випадково мені випало бути чотирнадцятою дитиною. Бач, як усе просто!</w:t>
      </w:r>
    </w:p>
    <w:p>
      <w:r>
        <w:br/>
        <w:t>– У тебе тільки тринадцять братиків і сестричок? – пропищала грудочка. – Це не так уже й багато, щоб вихвалятись.</w:t>
      </w:r>
    </w:p>
    <w:p>
      <w:r>
        <w:br/>
        <w:t>– Наче в тебе їх більше, – буркнув Людвіг Чотирнадцятий і трохи розгнівався, бо ця грудочка осмілилась брати його на кпини.</w:t>
      </w:r>
    </w:p>
    <w:p>
      <w:r>
        <w:br/>
        <w:t>– Я ледве чи й перелічу своїх братиків і сестричок, – відповіла грудочка. –А звати мене Тутта Карлсон.</w:t>
      </w:r>
    </w:p>
    <w:p>
      <w:r>
        <w:br/>
        <w:t>У канаві запала тиша. Обоє гадали те саме – хто ж ти? Людвіг Чотирнадцятий спитав перший:</w:t>
      </w:r>
    </w:p>
    <w:p>
      <w:r>
        <w:br/>
        <w:t>– Правда ж, ти пташка?</w:t>
      </w:r>
    </w:p>
    <w:p>
      <w:r>
        <w:br/>
        <w:t>Тутта похитала голівкою.</w:t>
      </w:r>
    </w:p>
    <w:p>
      <w:r>
        <w:br/>
        <w:t>– Але ж ти сама казала, що трохи літаєш?</w:t>
      </w:r>
    </w:p>
    <w:p>
      <w:r>
        <w:br/>
        <w:t>Тутта знов похитала голівкою.</w:t>
      </w:r>
    </w:p>
    <w:p>
      <w:r>
        <w:br/>
        <w:t>– Ти мешкаєш у цьому лісі?</w:t>
      </w:r>
    </w:p>
    <w:p>
      <w:r>
        <w:br/>
        <w:t>І знов Тутта похитала голівкою.</w:t>
      </w:r>
    </w:p>
    <w:p>
      <w:r>
        <w:br/>
        <w:t>– У людей?</w:t>
      </w:r>
    </w:p>
    <w:p>
      <w:r>
        <w:br/>
        <w:t>Нарешті Тутта кивнула голівкою.</w:t>
      </w:r>
    </w:p>
    <w:p>
      <w:r>
        <w:br/>
        <w:t>– А якого кольору твоє хутро?</w:t>
      </w:r>
    </w:p>
    <w:p>
      <w:r>
        <w:br/>
        <w:t>– Я не маю хутра. У мене жовтий пух, – відповіла, Тутта Карлсон.</w:t>
      </w:r>
    </w:p>
    <w:p>
      <w:r>
        <w:br/>
        <w:t>Людвіг Чотирнадцятий почухав за вухом.</w:t>
      </w:r>
    </w:p>
    <w:p>
      <w:r>
        <w:br/>
        <w:t>"Що ж воно за жовта пташка, яка не вміє гаразд літати і мешкає у людей? – думав він. – Невже це..." Людвіг Чотирнадцятий гикнув.</w:t>
      </w:r>
    </w:p>
    <w:p>
      <w:r>
        <w:br/>
        <w:t>– Ти часом не курка? – обережно спитав він.</w:t>
      </w:r>
    </w:p>
    <w:p>
      <w:r>
        <w:br/>
        <w:t>Тутта Карлсон не квапилася відповідати.</w:t>
      </w:r>
    </w:p>
    <w:p>
      <w:r>
        <w:br/>
        <w:t>– Ти не чуєш, що я питаю? – мовив Людвіг Чотирнадцятий.</w:t>
      </w:r>
    </w:p>
    <w:p>
      <w:r>
        <w:br/>
        <w:t>– Та чую, – пропищала Тутта. – Ні, я не курка. А ти хто такий? Ти мешкаєш у лісі?</w:t>
      </w:r>
    </w:p>
    <w:p>
      <w:r>
        <w:br/>
        <w:t>Людвіг Чотирнадцятий кивнув.</w:t>
      </w:r>
    </w:p>
    <w:p>
      <w:r>
        <w:br/>
        <w:t>– Ти свійський?</w:t>
      </w:r>
    </w:p>
    <w:p>
      <w:r>
        <w:br/>
        <w:t>Людвіг Чотирнадцятий похитав головою.</w:t>
      </w:r>
    </w:p>
    <w:p>
      <w:r>
        <w:br/>
        <w:t>– Якого кольору твій пух?</w:t>
      </w:r>
    </w:p>
    <w:p>
      <w:r>
        <w:br/>
        <w:t>– У мене не пух. У мене руденьке хутро, – відповів Людвіг Чотирнадцятий.</w:t>
      </w:r>
    </w:p>
    <w:p>
      <w:r>
        <w:br/>
        <w:t>– А хвіст у тебе довгий?</w:t>
      </w:r>
    </w:p>
    <w:p>
      <w:r>
        <w:br/>
        <w:t>– Авжеж, – відповів Людвіг Чотирнаднятий.</w:t>
      </w:r>
    </w:p>
    <w:p>
      <w:r>
        <w:br/>
        <w:t>– Ура! Тодія вгадала! – вигукнула Тутта Карлсон і підступила до нього ближче. – Ти – заєць!</w:t>
      </w:r>
    </w:p>
    <w:p>
      <w:r>
        <w:br/>
        <w:t>– А от і не вгадала, – мовив Людвіг Чотирнадцятий.</w:t>
      </w:r>
    </w:p>
    <w:p>
      <w:r>
        <w:br/>
        <w:t>Тутта Карлсон стала як укопана.</w:t>
      </w:r>
    </w:p>
    <w:p>
      <w:r>
        <w:br/>
        <w:t>– Що ж воно за дикий звір із рудим хутром та довгим хвостом? Якщо не заєць, то...</w:t>
      </w:r>
    </w:p>
    <w:p>
      <w:r>
        <w:br/>
        <w:t>Тутта затремтіла.</w:t>
      </w:r>
    </w:p>
    <w:p>
      <w:r>
        <w:br/>
        <w:t>– А т–ти ч–часом н–не х–хитрий л–лис? – затинаючись, спитала вона.</w:t>
      </w:r>
    </w:p>
    <w:p>
      <w:r>
        <w:br/>
        <w:t>– Ні, – по хвилі відказав Людвіг Чотирнадцятий.</w:t>
      </w:r>
    </w:p>
    <w:p>
      <w:r>
        <w:br/>
        <w:t>Тутта Карлсон перевела дух.</w:t>
      </w:r>
    </w:p>
    <w:p>
      <w:r>
        <w:br/>
        <w:t>– Ну й добре! – мовила вона. – А то я страх боюся попасти в небезпечне товариство.</w:t>
      </w:r>
    </w:p>
    <w:p>
      <w:r>
        <w:br/>
        <w:t>Людвіг Чотирнадцятий усміхнувся. Коли б ця Тута Карлсон тільки знала!.. Проте він недовго утішався. Незабаром запхинькав:</w:t>
      </w:r>
    </w:p>
    <w:p>
      <w:r>
        <w:br/>
        <w:t>– Я голодний. Цілісінький день не їв.</w:t>
      </w:r>
    </w:p>
    <w:p>
      <w:r>
        <w:br/>
        <w:t>– Сердешний Людвіг Чотирнадцятий, – мовила Тутта Карлсон. – А що ти найдужче любиш?</w:t>
      </w:r>
    </w:p>
    <w:p>
      <w:r>
        <w:br/>
        <w:t>– Я їм усе, – відповів Людвіг. – Чуєш, що робиться у мене в животі?</w:t>
      </w:r>
    </w:p>
    <w:p>
      <w:r>
        <w:br/>
        <w:t>– Придумала! – вигукнула Тутта Карлсон. – Проведи мене додому і допоможи, якщо зустрінемо лиса. А в нас на подвір'ї завжди повно їжі.</w:t>
      </w:r>
    </w:p>
    <w:p>
      <w:r>
        <w:br/>
        <w:t>– Хіба мені до вас можна? – не повірив Людвіг Чотирнадцятий.</w:t>
      </w:r>
    </w:p>
    <w:p>
      <w:r>
        <w:br/>
        <w:t>– А чого ж? Не бійся, – запевнила Тута Карлсон. – Перейдемо овес, тоді полуниці і все. Та ти ж прибіг звідти, коли нагнався на мене!</w:t>
      </w:r>
    </w:p>
    <w:p>
      <w:r>
        <w:br/>
        <w:t>Тут Людвіг Чотирнадцятий згадав, чого він стрибнув у канаву.</w:t>
      </w:r>
    </w:p>
    <w:p>
      <w:r>
        <w:br/>
        <w:t>–Я більш туди не піду, – затявся він. – Краще вже буду голодний!</w:t>
      </w:r>
    </w:p>
    <w:p>
      <w:r>
        <w:br/>
        <w:t>Дурненький! – засміялася Тутта Карлсон, – Люди нікому не чинять зла. А коли ти боїшся Максиміліана, то не таке вже він і страшидло.</w:t>
      </w:r>
    </w:p>
    <w:p>
      <w:r>
        <w:br/>
        <w:t>– Я не боюся ні людей, ні собак, а тільки Привида, що стовбичить у полуницях, – признався Людвіг Чотирнадцятий, – Хіба ти не бачила величезного жахливого Привидяки, що розчепірив руки ще й чимось брязкає? А що за обличчя!.. Страшно й подумати!</w:t>
      </w:r>
    </w:p>
    <w:p>
      <w:r>
        <w:br/>
        <w:t>Тутта Карлсон знов засміялась, і пух на ній заворушився, як живий.</w:t>
      </w:r>
    </w:p>
    <w:p>
      <w:r>
        <w:br/>
        <w:t>– Нема чого реготати, – засичав Людвіг Чотирнадцятий. – Коли би не повернув і не сховався в канаві, той Привидяка мене проковтнув би, як горошину. Справді!</w:t>
      </w:r>
    </w:p>
    <w:p>
      <w:r>
        <w:br/>
        <w:t>– Ходімо, сказала Тутта Карлсон і залопотіла крильцями. – Обіцяю, що той Привидяка тебе не проковтне.</w:t>
      </w:r>
    </w:p>
    <w:p>
      <w:r>
        <w:br/>
        <w:t>– А ти з ним знайома? – спитав Людвіг Чотирнадцятий і з подиву аж рота роззявив.</w:t>
      </w:r>
    </w:p>
    <w:p>
      <w:r>
        <w:br/>
        <w:t>Тутта Карлсон не мовила ані слова, а подріботіла попереду Людвіга Чотирнадцятого через овес. Незабаром вони підійшли до грядки.</w:t>
      </w:r>
    </w:p>
    <w:p>
      <w:r>
        <w:br/>
        <w:t>– Стривай, – зашепотів Людвіг Чотирнадцятий. – Бачиш? Ондечки той Привидяка. Я далі не піду.</w:t>
      </w:r>
    </w:p>
    <w:p>
      <w:r>
        <w:br/>
        <w:t>– Боягуз, – пошепки відповіла Тутта Карлсон. – Ти боїшся йти за мною? А я думала, що ти хоробрий...</w:t>
      </w:r>
    </w:p>
    <w:p>
      <w:r>
        <w:br/>
        <w:t>Людвігові Чотирнадцятому не хотілося показувати Тутті Карлсон свого страху, і він мовчки подався слідом. З кожним кроком його серце калатало дужче й дужче. Вони зупинилися біля самої поторочі, що стояла з розчепіреними руками.</w:t>
      </w:r>
    </w:p>
    <w:p>
      <w:r>
        <w:br/>
        <w:t>– Оце й є твій страхітливий Привидяка, – мовила Тутта Карлсон. – Він навіть не ворушиться.</w:t>
      </w:r>
    </w:p>
    <w:p>
      <w:r>
        <w:br/>
        <w:t>Якщо це не Привидяка, то, мабуть, Людина, – сказав Людвіг Чотирнадцятий. – Бачиш, у нього є піджак і капелюх.</w:t>
      </w:r>
    </w:p>
    <w:p>
      <w:r>
        <w:br/>
        <w:t>Тутта Карлсон захихотіла.</w:t>
      </w:r>
    </w:p>
    <w:p>
      <w:r>
        <w:br/>
        <w:t>Чи воно всі лісові звірі такі нерозумні? – спитала вона. – Це й, не Привид, і не Людина!</w:t>
      </w:r>
    </w:p>
    <w:p>
      <w:r>
        <w:br/>
        <w:t>І Людвігові Чотирнадцятому здалося, що він справді нерозумний. Він засоромлено промимрив:</w:t>
      </w:r>
    </w:p>
    <w:p>
      <w:r>
        <w:br/>
        <w:t>– То що ж воно за проява?</w:t>
      </w:r>
    </w:p>
    <w:p>
      <w:r>
        <w:br/>
        <w:t>– ЗВИЧАЙНЕ ОПУДАЛО! – Тутта Карлсон знов аж зайшлася від сміху. – А ти думав, що опудало проковтне тебе, як горошину? – пищала вона. – Ось я розкажу про це у нас на подвір'ї!</w:t>
      </w:r>
    </w:p>
    <w:p>
      <w:r>
        <w:br/>
        <w:t>– То ти ще й базікало? – засичав Людвіг Чотирнадцятий– Хіба я можу знати про всі людські вигадки? Краще роздобудь мені попоїсти, ти ж обіцяла. Адже я стеріг тебе від хитрого лиса.</w:t>
      </w:r>
    </w:p>
    <w:p>
      <w:r>
        <w:br/>
        <w:t>– Ходімо до тієї хижки, де світиться, – мовила Тутта Карлсон, – Там знайдеться щось від вечері. Лізь за мною в це віконце. Але тихенько, бо всі сплять.</w:t>
      </w:r>
    </w:p>
    <w:p>
      <w:r>
        <w:br/>
        <w:t>Людвіг Чотирнадцятий обережно проліз у віконце й закліпав очима од світла, що спадало зі стелі. Там справді було тихо, але тільки якусь мить. Тоді хтось у кутку – в крик.</w:t>
      </w:r>
    </w:p>
    <w:p>
      <w:r>
        <w:br/>
        <w:t>– Ряту–у–у–йте! Лис!</w:t>
      </w:r>
    </w:p>
    <w:p>
      <w:r>
        <w:br/>
        <w:t>І здійнявся такий шарварок, що Людвіг Чотирнадцятий замалим не оглух.</w:t>
      </w:r>
    </w:p>
    <w:p>
      <w:r>
        <w:br/>
        <w:t>– Ряту– у– у– уйте! – чулося кудкудакання з усіх боків. – Ряту– у– У– уйте!</w:t>
      </w:r>
    </w:p>
    <w:p>
      <w:r>
        <w:br/>
        <w:t>Нарешті Людвіг Чотирнадцятий збагнув, куди він потрапив – у КУРНИК! А ще він бачив, що Тутта Карлсон причаїлася за величезним відром.</w:t>
      </w:r>
    </w:p>
    <w:p>
      <w:r>
        <w:br/>
        <w:t>– Ти мене обдурила, – гукнув він. – Ти курка!</w:t>
      </w:r>
    </w:p>
    <w:p>
      <w:r>
        <w:br/>
        <w:t>– Н–ні, я к–курча, – затинаючись, мовила вона. – Це ти мені збрехав. Бо ти – хитрий лис.</w:t>
      </w:r>
    </w:p>
    <w:p>
      <w:r>
        <w:br/>
        <w:t>– Ні, – запхинькав Людвіг Чотирнадцятий. –Я лис, але не хитрий.</w:t>
      </w:r>
    </w:p>
    <w:p>
      <w:r>
        <w:br/>
        <w:t>РОЗДІЛ СЬОМИЙ</w:t>
      </w:r>
    </w:p>
    <w:p>
      <w:r>
        <w:br/>
        <w:t>За хвилину в курнику знов запала тиша. Усі зацікавлено дивилися на Людвіга Чотирнадцятого. Багато курчат уперше в житті бачили живого лиса.</w:t>
      </w:r>
    </w:p>
    <w:p>
      <w:r>
        <w:br/>
        <w:t>– Ти ба, лисеня прийшло до нас у гості, – закудкудакала курка Лаура. – А ти справді не хочеш нас поїсти? Я знаю твого татуся, то він далеко не такий добрий.</w:t>
      </w:r>
    </w:p>
    <w:p>
      <w:r>
        <w:br/>
        <w:t>– Я нікого з вас не з'їм, але я страшенно голодний і залюбки чимось би підживився, – відповів Людвіг Чотирнадцятий– Тутта Карлсон обіцяла мене нагодувати.</w:t>
      </w:r>
    </w:p>
    <w:p>
      <w:r>
        <w:br/>
        <w:t>– Бідолаха! – засокотала Лаура. – Авжеж, ми тебе нагодуємо. Он, мабуть, у тому черепку на дні щось лишилося...</w:t>
      </w:r>
    </w:p>
    <w:p>
      <w:r>
        <w:br/>
        <w:t>Далі Людвіг Чотирнадцятий не слухав. Він жадібно накинувся на черепок.</w:t>
      </w:r>
    </w:p>
    <w:p>
      <w:r>
        <w:br/>
        <w:t>– Добре, що квапишся, – мовила Лаура. – Наїсися й тікай собі. Бо Кукуріка–Петрус не любить таких гостей.</w:t>
      </w:r>
    </w:p>
    <w:p>
      <w:r>
        <w:br/>
        <w:t>– Кукуріка–Петрус – це наш півень, – пояснила Тутта Карлсон. – Його ще немає, та ось–ось прийде. Тож не гайся, скоріше!</w:t>
      </w:r>
    </w:p>
    <w:p>
      <w:r>
        <w:br/>
        <w:t>Але було вже запізно! Через віконце зайшов Кукуріка–Петрус у своєму барвистому пір'ї.</w:t>
      </w:r>
    </w:p>
    <w:p>
      <w:r>
        <w:br/>
        <w:t>– Кукуріку! Кукуріку! Годинник показує чверть на дев'яту! – проспівав він і запишавєя. – Кукуріку! Ку–куріку!..</w:t>
      </w:r>
    </w:p>
    <w:p>
      <w:r>
        <w:br/>
        <w:t>Побачивши Людвіга Чотирнадцятого, Кукуріка–Петрус замовк, а тоді щосили загорлав:</w:t>
      </w:r>
    </w:p>
    <w:p>
      <w:r>
        <w:br/>
        <w:t>– Ряту–у–у–уйте! У хаті лис! Максиміліане, сюди! На поміч! Рятуймо жінок і дітей!</w:t>
      </w:r>
    </w:p>
    <w:p>
      <w:r>
        <w:br/>
        <w:t>Людвіг Чотирнадцятий зовсім забув, що пес Максиміліан майже такий самий хитрий, як і тато Ларсон.</w:t>
      </w:r>
    </w:p>
    <w:p>
      <w:r>
        <w:br/>
        <w:t>– Ряту– у– у– уйте! – закричав і собі Людвіг Чотирнадцятий. – Ряту– у– у– уйте! Я не хочу, щоб мене зловив Максиміліан!</w:t>
      </w:r>
    </w:p>
    <w:p>
      <w:r>
        <w:br/>
        <w:t>Тоді кури одна з– поперед одної заходилися розказувати Кукурікові–Петрусу, що Людвіг Чотирнадцятий добрий лис.</w:t>
      </w:r>
    </w:p>
    <w:p>
      <w:r>
        <w:br/>
        <w:t>І знов зчинився шарварок, Півень кукурікав, кури кудкудакали, курчата пискотіли, а Людвіг Чотирнадцятии скавулів. Ніхто й не помітив, як відчинилися двері і до курника прожогом ускочила куцолапа такса. Людвіг Чотирнадцятий загледів її гострий писочок між двома зозулястими курочками. "Треба тікати додому", – подумав він і чкурнув був повз таксу, та враз і зупинився, бо на дорозі йому став Хтось Такий, кого Людвіг Чотирнадцятий ніколи в житті не бачив. Той Хтось Такий мав два коричневих стовбури, як у дерева, тільки набагато рівніших і блискучіших. Вище у нього було щось руде, а ще вище – мигнуло щось зелене. Далі Людвіг Чотирнадцятий не зважувався дивитись. Він утямив, ХТО стояв перед ним – ЛЮДИНА! Це була перша Людина, яку побачив Людвіг Чотирнадцятий. Те блискуче, що мало вигляд стовбурів дерева, було не що інше, як новісінькі, гарно почищені чоботи. Руде – то штани, а зелене – піджак.</w:t>
      </w:r>
    </w:p>
    <w:p>
      <w:r>
        <w:br/>
        <w:t>– Максиміліане–у–курнику–живий–лис–візьми–його! – закричала Людина.</w:t>
      </w:r>
    </w:p>
    <w:p>
      <w:r>
        <w:br/>
        <w:t>Малий Людвіг Чотирнадцятий не міг утямити людських слів. Для нього то було одне–єдине довжелезне слово. Та хоч би там що, а небезпеку Людвіг Чотирнадцятий відчув.</w:t>
      </w:r>
    </w:p>
    <w:p>
      <w:r>
        <w:br/>
        <w:t>– Лис–не–повинен–утекти! – знов прокричала Людина. – Хапай–його!</w:t>
      </w:r>
    </w:p>
    <w:p>
      <w:r>
        <w:br/>
        <w:t>І почалися лови.</w:t>
      </w:r>
    </w:p>
    <w:p>
      <w:r>
        <w:br/>
        <w:t>Людвіг Чотирнадцятий зроду не бігав так прудко. Та й пес не відставав. Людвіг Чотирнадцятий оббіг хтозна–скільки будівель, ховався в кущах, спробував зачаїтися за тим чи сим, що стояло на подвірї. Але пес винюхував його скрізь. "Треба десь сховатися, бо скоро вже не матиму сили тікати", – подумав Людвіг Чотирнадцятий. Біля однієї великої будівлі він помітив щось схоже на скриньку. Шмигнув туди крізь кругленьку дірку та й уклався долі, щоб одхекатись. "Сюди Максиміліан не добереться, – простогнав він подумки. – Не хочу, щоб мене зловили люди. Ще кортить додому, в ліс". Це був чудовий сховок. Максиміліан навіть не заглянув туди. Кілька разів він пробігав повз скриньку, а Людвіг Чотирнадцятий злякано завмирав. Але скринька чогось не цікавила Максиміліана. Незабаром лови припинились. Максиміліан більше не гавкав. Скрізь залягла тиша.</w:t>
      </w:r>
    </w:p>
    <w:p>
      <w:r>
        <w:br/>
        <w:t>Людвіг Чотирнадцятий висунув голову надвір і тільки–но хотів вилізти зі сховку, як почулися чиїсь кроки. Він знов хутенько сховався у скриньку і прикипів очима до великих чоботищ.</w:t>
      </w:r>
    </w:p>
    <w:p>
      <w:r>
        <w:br/>
        <w:t>– Лисеня–таки–втекло–хоч–Максиміліан–весь–час–наступав–йому–на–хвоста, – промовила Людина. – Хит–рі–ті–руді–шельми!</w:t>
      </w:r>
    </w:p>
    <w:p>
      <w:r>
        <w:br/>
        <w:t>Людвіг Чотирнадцятий зрозумів останні слова і запишався. Оце аби почув тато Ларсон! Людвіга Чотирнадцятого хвалять за хитрощі?</w:t>
      </w:r>
    </w:p>
    <w:p>
      <w:r>
        <w:br/>
        <w:t>– Ходімо–пити–каву, – вела далі Людина– Ма–буть–лисеня–втекло–до–лісу. Може–тобі–Максиміліане–пощастить– наступного– разу.</w:t>
      </w:r>
    </w:p>
    <w:p>
      <w:r>
        <w:br/>
        <w:t>Людвіґ Чотирнадцятий перевів подих і тільки вдруге хотів вилізти зі сховку, як знов хтось став на дорозі. Максиміліан! Його чорна шерсть геть спітніла. Червоний довгий язик був висолоплений. Людвіг Чотирнадцятий згорнувся малесеньким клубочком.</w:t>
      </w:r>
    </w:p>
    <w:p>
      <w:r>
        <w:br/>
        <w:t>– Ху! Що за вечір! – простогнав Максиміліан. – Цього разу лисеня втекло. Але хай начувається, я ще йому всиплю бобу!</w:t>
      </w:r>
    </w:p>
    <w:p>
      <w:r>
        <w:br/>
        <w:t>По цих словах Людвіг Чотирнадцятий згадав, що не довечеряв.</w:t>
      </w:r>
    </w:p>
    <w:p>
      <w:r>
        <w:br/>
        <w:t>– У тебе є біб? – зопалу спитав він, та й прикусив язика, тепер він себе виказав.</w:t>
      </w:r>
    </w:p>
    <w:p>
      <w:r>
        <w:br/>
        <w:t>– Хто це тут базікає? – буркнув Максиміліан.</w:t>
      </w:r>
    </w:p>
    <w:p>
      <w:r>
        <w:br/>
        <w:t>– Та ж я, лисеня, – кволеньким голоском відповів Людвіг Чотирнадцятий. – Сьогодні ввечері ми вже зустрічалися. Мене звати Людвіг Чотирнадцятий Ларсон... Добрий вечір, добрий вечір... На жаль, я поспішаю додому.</w:t>
      </w:r>
    </w:p>
    <w:p>
      <w:r>
        <w:br/>
        <w:t>Але вийти Людвіг Чотирнадцятий не міг. Максиміліан стояв просто перед ним. "Зараз він мене вкусить", – подумав Людвіг Чотирнадцятий і заплющив очі. Але ніхто нікого не кусав. Коли Людвіг обережно розплющив очі, Максиміліан не здався йому сердитим. Навпаки, пес лежав і всміхався.</w:t>
      </w:r>
    </w:p>
    <w:p>
      <w:r>
        <w:br/>
        <w:t>– Ти найхитріший і найхоробріший лис із усіх, кого я ловив, – сказав він.</w:t>
      </w:r>
    </w:p>
    <w:p>
      <w:r>
        <w:br/>
        <w:t>Людвігові Чотирнадцятому радість аж розпирала груди. Уже вдруге цього вечора його хвалять. От коли б поруч був тато Ларсон!</w:t>
      </w:r>
    </w:p>
    <w:p>
      <w:r>
        <w:br/>
        <w:t>–Я вибігав усе подвір я, щоб тебе знайти, – вів далі –Максиміліан. – А ти де сховався? У МОЇЙ БУДІ!</w:t>
      </w:r>
    </w:p>
    <w:p>
      <w:r>
        <w:br/>
        <w:t>– У твоїй буді? – здивувався Людвіг Чотирнадцятий. – Ти тут мешкаєш?</w:t>
      </w:r>
    </w:p>
    <w:p>
      <w:r>
        <w:br/>
        <w:t>– Авжеж, – відповів Максиміліан. – Зроду б не подумав, що ти тут.</w:t>
      </w:r>
    </w:p>
    <w:p>
      <w:r>
        <w:br/>
        <w:t>– Я так і знав, – збрехав Людвіг Чотирнадцятий. – Тому й сховався сюди.</w:t>
      </w:r>
    </w:p>
    <w:p>
      <w:r>
        <w:br/>
        <w:t>Максиміліан зареготав.</w:t>
      </w:r>
    </w:p>
    <w:p>
      <w:r>
        <w:br/>
        <w:t>– Ну хіба можна на тебе гніватись, – мовив він. – Мабуть же, і ти зголоднів після вечірніх ловів! Хочеш шматочок свіженького м'ясця?</w:t>
      </w:r>
    </w:p>
    <w:p>
      <w:r>
        <w:br/>
        <w:t>Чи треба було припрошувати двічі? У курнику Людвіг Чотирнадцятий не наївся як слід. І він схопив із Максиміліанового черепка більший шмат.</w:t>
      </w:r>
    </w:p>
    <w:p>
      <w:r>
        <w:br/>
        <w:t>– Ото якби хто побачив! – Максиміліан і собі відкусив м'яса. – Пес і лис вечеряють укупі, – хіба не чудасія? Як ти казав тебе звати?</w:t>
      </w:r>
    </w:p>
    <w:p>
      <w:r>
        <w:br/>
        <w:t>– Людвіг Чотирнадцятий Ларсон, – мовив Людвіг.</w:t>
      </w:r>
    </w:p>
    <w:p>
      <w:r>
        <w:br/>
        <w:t>– Ларсон... Ларсон... – згадував Максиміліан. – А ти часом не знаєш хитрюгу Ларсона з тієї нори, що на ялівцевому пагорбі?</w:t>
      </w:r>
    </w:p>
    <w:p>
      <w:r>
        <w:br/>
        <w:t>– То мій тато, – сказав Людвіг Чотирнадцятий. – Він часто розказував про тебе, Максиміліане.</w:t>
      </w:r>
    </w:p>
    <w:p>
      <w:r>
        <w:br/>
        <w:t>– Он як, – мовив Максиміліан і засміявся. – Атож, ми не раз ливили один одного, я не хвалюся, але мушу тобі сказати, що твій тато майже такий самий хитрий, як і я. Пам'ятаю свої останні лови. Тоді я гарненько його вкусив за задню лапу. А другим разом йому перепаде ще більше, так і перекажи.</w:t>
      </w:r>
    </w:p>
    <w:p>
      <w:r>
        <w:br/>
        <w:t>Вони як за себе кинули все м'ясо. Обоє були стомлені й порозлягалися долі в буді.</w:t>
      </w:r>
    </w:p>
    <w:p>
      <w:r>
        <w:br/>
        <w:t>– Тобі треба вертатися додому, – мовив Максиміліан і позіхнув. – Приємно отак полежати, але, мабуть, моєму господареві не сподобається наша дружба.</w:t>
      </w:r>
    </w:p>
    <w:p>
      <w:r>
        <w:br/>
        <w:t>– Мені так далеко, – зітхнув Людвіг Чотирнадцятий і відчув страшенну втому. – Не знаю, чи й утраплю.</w:t>
      </w:r>
    </w:p>
    <w:p>
      <w:r>
        <w:br/>
        <w:t>– Не так уже воно й далеко, – відповів Максиміліан. – Я проведу тебе до тину. Це буде чудова вечірня прогулянка.</w:t>
      </w:r>
    </w:p>
    <w:p>
      <w:r>
        <w:br/>
        <w:t>Пес і лисеня покрадьки перейшли подвір'я, грядку полуниць і овес. Біля огорожі Максиміліан сказав Людвігові:</w:t>
      </w:r>
    </w:p>
    <w:p>
      <w:r>
        <w:br/>
        <w:t>– Тепер тобі недалеко. Біжи цією стежечкою і нікуди не звертай.</w:t>
      </w:r>
    </w:p>
    <w:p>
      <w:r>
        <w:br/>
        <w:t>– Хіба ти знаєш, де я живу? – здивувався Людвіг Чотирнадцятий.</w:t>
      </w:r>
    </w:p>
    <w:p>
      <w:r>
        <w:br/>
        <w:t>Максиміліан засміявся.</w:t>
      </w:r>
    </w:p>
    <w:p>
      <w:r>
        <w:br/>
        <w:t>– Чого б це я не знав, де живе хитрий Ларсон? Я ж там був. І ось що я тобі скажу: віднині ми не приятелі. Внадишся до курника – нарікай сам на себе.</w:t>
      </w:r>
    </w:p>
    <w:p>
      <w:r>
        <w:br/>
        <w:t>Максиміліан злісно гавкнув, мовляв, це не жарти. А тоді зник з очей. Людвіг Чотирнадцятий і собі чкурнув стежкою. Він ніколи ще не повертався додому так пізно. Що скаже тато Ларсон?</w:t>
      </w:r>
    </w:p>
    <w:p>
      <w:r>
        <w:br/>
        <w:t>Коли Людвіг зайшов до нори, тато Ларсон сидів у вітальні в кріслі. Він вийняв із нагрудної кишені годинник і кинув на сина сердитий погляд.</w:t>
      </w:r>
    </w:p>
    <w:p>
      <w:r>
        <w:br/>
        <w:t>– Де це ти цілий день тинявся? – гнівно спитав він. – Давно вже пора спати.</w:t>
      </w:r>
    </w:p>
    <w:p>
      <w:r>
        <w:br/>
        <w:t>– А мене похвалили за те, що я такий хитрий, – мовив Людвіг Чотирнадцятий.</w:t>
      </w:r>
    </w:p>
    <w:p>
      <w:r>
        <w:br/>
        <w:t>– Що ж, це приємно, – сказав тато Ларсон, і його гнів помалу вгамувався. – Мені почулося, що десь тут гавкав пес, – провадив він далі. – Чи, може, мені здалося?</w:t>
      </w:r>
    </w:p>
    <w:p>
      <w:r>
        <w:br/>
        <w:t>– Ні, тату, не здалося. То гавкав Максиміліан, – відповів Людвіг Чотирнадцятий.</w:t>
      </w:r>
    </w:p>
    <w:p>
      <w:r>
        <w:br/>
        <w:t>– Он як! Мій найзапекліший ворог Максиміліан! – вигукнув тато Ларсон і замислився. – Я не хвалюсь, але кажу тобі, що він майже такий самий хитрюга, як і я. Пам'ятаю свої останні лови. Тоді я гарненько вкусив його за задню лапу. А другим разом йому перепаде ще і більше, нехай так собі й затямить.</w:t>
      </w:r>
    </w:p>
    <w:p>
      <w:r>
        <w:br/>
        <w:t>Людвіг Чотирнадцятий усміхнувся. Чия ж воно правда, Максиміліанова чи татова? Той на того каже, а той на того... Нараз до тата Ларсона дійшли Людвігові слова. Він скочив із крісла й закричав:</w:t>
      </w:r>
    </w:p>
    <w:p>
      <w:r>
        <w:br/>
        <w:t>– То що ти сказав? Ти зустрічався з Максиміліаном?</w:t>
      </w:r>
    </w:p>
    <w:p>
      <w:r>
        <w:br/>
        <w:t>– Він ганявся за мною після того, як я вечеряв у курнику, але не міг мене знайти, бо я сховався у його буді, хоч він не дуже й розгнівався, і ми з ним їли м'ясо з одного черепка, а тоді він мене трохи провів, і відтоді ми розцуралися, – одним духом випалив Людвіг Чотирнадцятий.</w:t>
      </w:r>
    </w:p>
    <w:p>
      <w:r>
        <w:br/>
        <w:t>Тато Ларсон підійшов до нього й погладив по голові.</w:t>
      </w:r>
    </w:p>
    <w:p>
      <w:r>
        <w:br/>
        <w:t>– Ти, мабуть, заснув під ялиною і тобі це приснилось, – лагідно мовив він. – Іди спати до своєї кімнатки.</w:t>
      </w:r>
    </w:p>
    <w:p>
      <w:r>
        <w:br/>
        <w:t>РОЗДІЛ ВОСЬМИЙ</w:t>
      </w:r>
    </w:p>
    <w:p>
      <w:r>
        <w:br/>
        <w:t>Другого ранку за сніданком Лабан спитав Людвіга Чотирнадцятого:</w:t>
      </w:r>
    </w:p>
    <w:p>
      <w:r>
        <w:br/>
        <w:t>– Що ти вчора цілий день робив? !</w:t>
      </w:r>
    </w:p>
    <w:p>
      <w:r>
        <w:br/>
        <w:t>– Нічого такого, – буркнув Людвіг. – Гуляв, грався, те–се.</w:t>
      </w:r>
    </w:p>
    <w:p>
      <w:r>
        <w:br/>
        <w:t>– А що "те–се"? – допитувався Лабан. – Ти, часом, не грався з чужими дітьми? Не забув, що казав тато?</w:t>
      </w:r>
    </w:p>
    <w:p>
      <w:r>
        <w:br/>
        <w:t>Тут до розмови пристав і тато Ларсон:</w:t>
      </w:r>
    </w:p>
    <w:p>
      <w:r>
        <w:br/>
        <w:t>– Ні, наш Людвіг не грався з чужими дітьми. Він розважався з моїм давнім недругом Максиміліаном.</w:t>
      </w:r>
    </w:p>
    <w:p>
      <w:r>
        <w:br/>
        <w:t>Усі лисенята повитріщали очі.</w:t>
      </w:r>
    </w:p>
    <w:p>
      <w:r>
        <w:br/>
        <w:t>– З отим страшелезним псом Максиміліаном? – в один голос закричали вони.</w:t>
      </w:r>
    </w:p>
    <w:p>
      <w:r>
        <w:br/>
        <w:t>Тато Ларсон засміявся і цитьнув на дітей:</w:t>
      </w:r>
    </w:p>
    <w:p>
      <w:r>
        <w:br/>
        <w:t>– Годі вам! Людвіг не хоче бути хитрим, а насправді всі хитруни проти нього ніщо. Мабуть, він просто посміявся зі свого старенького татуся. Чи як, Людвігу?</w:t>
      </w:r>
    </w:p>
    <w:p>
      <w:r>
        <w:br/>
        <w:t>Людвіг Чотирнадцятий тицьнувся писочком у бляшанку з кислячком, яку поставила перед ним мама Ларсон, і мовчав. А мама Ларсон сказала:</w:t>
      </w:r>
    </w:p>
    <w:p>
      <w:r>
        <w:br/>
        <w:t>– Тепер, діти, гайда до школи! Уже пізно.</w:t>
      </w:r>
    </w:p>
    <w:p>
      <w:r>
        <w:br/>
        <w:t>– Еге, малечо, покваптеся, – озвався й Лабан. – Покваптеся, то станете такі хитрі, як ваш найстарший брат.</w:t>
      </w:r>
    </w:p>
    <w:p>
      <w:r>
        <w:br/>
        <w:t>І дванадцятеро лисенят руденькою вервечкою гайнули з нори. Вдома лишилися Лабан і Людвіг Чотирнадцятий.</w:t>
      </w:r>
    </w:p>
    <w:p>
      <w:r>
        <w:br/>
        <w:t>– Хочеш зі мною погратися? – спитав брата Людвіг.</w:t>
      </w:r>
    </w:p>
    <w:p>
      <w:r>
        <w:br/>
        <w:t>– Нізащо в світі, – відповів Лабан. – Думаєш, я забув, як ти мене обдурив із медяниками? Я не граюся з тими, хто може підвести.</w:t>
      </w:r>
    </w:p>
    <w:p>
      <w:r>
        <w:br/>
        <w:t>Людвіг Чотирнадцятий розчаровано подався до виходу.</w:t>
      </w:r>
    </w:p>
    <w:p>
      <w:r>
        <w:br/>
        <w:t>– Пам'ятай, що тобі заборонено гратися з чужими дітьми, – нагадав Лабан. – Звичайно, ти можеш устругнути те, що й учора – гуляти з Максиміліаном. Він не лісовий звір.</w:t>
      </w:r>
    </w:p>
    <w:p>
      <w:r>
        <w:br/>
        <w:t>Перше ніж Людвіг Чотирнадцятий Вийшов із нори, він почув лукавий Лабановий сміх. – Коли б вони тільки знали, і тато Ларсон, і Лабан, і всі–всісінькі! –Що Людвіг казав правду!</w:t>
      </w:r>
    </w:p>
    <w:p>
      <w:r>
        <w:br/>
        <w:t>Але тепер Максиміліан більше не доводився йому приятелем і погуляти з ним не пощастить. Зненацька Людвіг Чотирнадцятий зупинився.</w:t>
      </w:r>
    </w:p>
    <w:p>
      <w:r>
        <w:br/>
        <w:t>Що ж, Максиміліан йому не приятель, але ж на тому подвірії у Людвіга є подруга –Тутта Карлсон. Після всього, що сталося вчора ввечері, він геть про неї забув.</w:t>
      </w:r>
    </w:p>
    <w:p>
      <w:r>
        <w:br/>
        <w:t>– Ану ж, збігаю в курник, – півголосом мовив Людвіг Чотирнадцятий,– Я вже дорогу знаю. Привидяки на полуничній грядці не боюся. Аби тільки не здибати Максиміліана. То що мені той Максиміліан?!</w:t>
      </w:r>
    </w:p>
    <w:p>
      <w:r>
        <w:br/>
        <w:t>Лис по кризі мчить швиденько,</w:t>
      </w:r>
    </w:p>
    <w:p>
      <w:r>
        <w:br/>
        <w:t>Ще й підспівує тихенько.</w:t>
      </w:r>
    </w:p>
    <w:p>
      <w:r>
        <w:br/>
        <w:t>Лис по кризі...</w:t>
      </w:r>
    </w:p>
    <w:p>
      <w:r>
        <w:br/>
        <w:t>Звичайно, криги не було й близько, бо ж стояла середина літа. Але Людвіг Чотирнадцятий знав напам'ять лише оцю єдину пісеньку. Він добіг до огорожій канави, де того разу зустрів Тутту Карлсон. Людвіг Чотирнадцятий пробрався попід огорожею і опинився у вівсі. Коли овес кінчився й почались полуниці, він поповз на животі, щоб ніхто з людей його не помітив. Людвіг Чотирнадцятий радів, що побачить Туту Карлсон, і весь час співав про лиса, який швиденько мчить по кризі. Неподалік від полуниць він загледів чиюсь постать. "Вона трохи схожа на людину, – подумав він. – Але цього разу мене не одуриш". І Людвіг Чотирнадцятий, співаючи, поплазував далі. Аж біля самої постаті зупинився і промовив:</w:t>
      </w:r>
    </w:p>
    <w:p>
      <w:r>
        <w:br/>
        <w:t>– Ось я заспіваю вам вашу пісеньку:</w:t>
      </w:r>
    </w:p>
    <w:p>
      <w:r>
        <w:br/>
        <w:t>Тут живе Опудало на грядці,</w:t>
      </w:r>
    </w:p>
    <w:p>
      <w:r>
        <w:br/>
        <w:t>Що завгодно, те і витіває:</w:t>
      </w:r>
    </w:p>
    <w:p>
      <w:r>
        <w:br/>
        <w:t>То сідає, то стає навшпиньки,</w:t>
      </w:r>
    </w:p>
    <w:p>
      <w:r>
        <w:br/>
        <w:t>А захоче – руки розставляє.</w:t>
      </w:r>
    </w:p>
    <w:p>
      <w:r>
        <w:br/>
        <w:t>Людвіг Чотирнадцятий сів на задні лапи, а передніми взявся в боки, щоб бути схожим на Опудало з розчепіреними руками.</w:t>
      </w:r>
    </w:p>
    <w:p>
      <w:r>
        <w:br/>
        <w:t>Тут живе Опудало на грядці...</w:t>
      </w:r>
    </w:p>
    <w:p>
      <w:r>
        <w:br/>
        <w:t>Пісня урвалась. Бо Людвіг Чотирнадцятий почав придивлятися до постаті на грядці зблизька. Ось пара рудих чобіт. Далі руді штани й зелений піджак, а ще вище – капелюх. Під капелюхом Людвіг Чотирнадцятий побачив і очі, й ніс, і губи, й вуха. Людвіг Чотирнадцятий облизався довгим вузьким язичком.</w:t>
      </w:r>
    </w:p>
    <w:p>
      <w:r>
        <w:br/>
        <w:t>Це казна–що! Того разу Опудало було без чобіт. Піджачок на ньому був благенький і драний, на обличчі воно не мало ні очей, ні носа, ні рота, ні вух. І враз Людвіг Чотирнадцятий збагнув. Це зовсім не Опудало! ЦЕ ТОЙ САМИЙ ДЯДЬКО, ЦЮ БУВ УЧОРА В КУРНИКУ! Людвіг хотів тікати, але не встиг.</w:t>
      </w:r>
    </w:p>
    <w:p>
      <w:r>
        <w:br/>
        <w:t>– Ну–ж–ти–й–нахаба! – сказав дядько.</w:t>
      </w:r>
    </w:p>
    <w:p>
      <w:r>
        <w:br/>
        <w:t>І Людвіг Чотирнадцятий опинився в повітрі. Так високо він ще зроду не був, навіть як вилазив на замшілий камінь біля їхньої нори. Дядько тримав його за шкірки, а це було неприємно. Людвіг жалісливо заскавулів – просився знов на землю.</w:t>
      </w:r>
    </w:p>
    <w:p>
      <w:r>
        <w:br/>
        <w:t>– Ага–то–це–ти–внадився–до–нашого–курника? – спитав дядько.</w:t>
      </w:r>
    </w:p>
    <w:p>
      <w:r>
        <w:br/>
        <w:t>А Людвіг подумав собі: "Ну хіба не можна навчитися говорити по–справжньому? Що втямиш із такйх довжелезних слів?!" Людвіг ще раз заскавулів, бо хотів сказати, що то справді він навідувався до курника.</w:t>
      </w:r>
    </w:p>
    <w:p>
      <w:r>
        <w:br/>
        <w:t>– Але–ти–ніби–не–страшне, – вів далі дядько. – Навпаки–з–тебе–дуже–миле–лисенятко. Я–певен–що–наші–діти–тебе–полюблять.</w:t>
      </w:r>
    </w:p>
    <w:p>
      <w:r>
        <w:br/>
        <w:t>Дядько поніс Людвіга на подвір я. Там посадив його в клітку зі сталевого дроту.</w:t>
      </w:r>
    </w:p>
    <w:p>
      <w:r>
        <w:br/>
        <w:t>– Отут–і–житимеш, – сказав він і замкнув клітку на ключ. – Малот–і–Петера–немає–вдома–але–скоро–будуть.</w:t>
      </w:r>
    </w:p>
    <w:p>
      <w:r>
        <w:br/>
        <w:t>Людвіг Чотирнадцятий замислився: "Малотіпетер! Ну й чудернацьке ім я!" Але добре подумавши, він здогадався, що тих дітей двоє і що звати їх Малот і Петер.</w:t>
      </w:r>
    </w:p>
    <w:p>
      <w:r>
        <w:br/>
        <w:t>– Максиміліане–ходи–но–сюди! – погукав дядько. – Глянь–кого–я–вловив! Учора–воно–тебе–одурило–а–я–взяв–його–голіруч. Воно–таке–хитрюще–а–тепер–діти–матимуть–з–нього–іграшку.</w:t>
      </w:r>
    </w:p>
    <w:p>
      <w:r>
        <w:br/>
        <w:t>Людвіг Чотирнадцятий не зрадів, утретє почувши про свої хитрощі. Навпаки, він дуже зажурився. Йому не хотілося бути за іграшку людським дітям. Йому кортіло додому, в ліс. Коли дядько десь пішов, Максиміліан підступив ближче до клітки.</w:t>
      </w:r>
    </w:p>
    <w:p>
      <w:r>
        <w:br/>
        <w:t>– Чи я не казав тобі, щоб ти тримався звідси чим–далі? – гавкнув він.</w:t>
      </w:r>
    </w:p>
    <w:p>
      <w:r>
        <w:br/>
        <w:t>– Як ти випустиш мене звідси, то я обіцяю, що ніколи сюди не прийду, – сказав Людвіг Чотирнадцятий.</w:t>
      </w:r>
    </w:p>
    <w:p>
      <w:r>
        <w:br/>
        <w:t>– Ми більше не друзі, – відповів пес і вишкірив зуби. – Я не вірю в лисячі баєчки. Ви нечувані брехуни.</w:t>
      </w:r>
    </w:p>
    <w:p>
      <w:r>
        <w:br/>
        <w:t>– Я не брехун, – заперечив Людвіг Чотирнадцятий. – Я зовсім не хитрий.</w:t>
      </w:r>
    </w:p>
    <w:p>
      <w:r>
        <w:br/>
        <w:t>– Хіба ти не ховався в моїй буді? – дзявкнув Максиміліан. – Ти найхитріший з лисів, кого я стрічав. Ти набагато хитріший за свого тата.</w:t>
      </w:r>
    </w:p>
    <w:p>
      <w:r>
        <w:br/>
        <w:t>Пес обійшов клітку зусібіч і обнюхав її.</w:t>
      </w:r>
    </w:p>
    <w:p>
      <w:r>
        <w:br/>
        <w:t>– Тепер побачимо, чи ти й справді хитрий, чи врятуєш свою руду шкуру, – мовив він. – А звідси вибратися нелегко. Мені нема чого тебе стерегти. Щасливих тобі посиденьок!</w:t>
      </w:r>
    </w:p>
    <w:p>
      <w:r>
        <w:br/>
        <w:t>І Людвіг Чотирнадцятий зостався сам. Він заходився шукати хоч якусь дірку, але скрізь був тільки сталевий дріт. Він спробував замок на зуби, але йому тільки стало боляче.</w:t>
      </w:r>
    </w:p>
    <w:p>
      <w:r>
        <w:br/>
        <w:t>– Я зроду звідси не виберуся, – зітхнув Людвіг Чотирнадцятий. – Аби я був хоч трішечки хитрий!</w:t>
      </w:r>
    </w:p>
    <w:p>
      <w:r>
        <w:br/>
        <w:t>Він поклав голову на передні лапки й зажурився своєю неволею. Нараз почувся голосок:</w:t>
      </w:r>
    </w:p>
    <w:p>
      <w:r>
        <w:br/>
        <w:t>– Гей, що ти робиш у моїй клітці?</w:t>
      </w:r>
    </w:p>
    <w:p>
      <w:r>
        <w:br/>
        <w:t>Біля клітки стояла Тутта Карлсон.</w:t>
      </w:r>
    </w:p>
    <w:p>
      <w:r>
        <w:br/>
        <w:t>– А вгадай! – огризнувся Людвіг Чотирнадцятий. – Мабуть, ти думаєш, що я граюся в піжмурки або вбираю різдвяну ялинку?</w:t>
      </w:r>
    </w:p>
    <w:p>
      <w:r>
        <w:br/>
        <w:t>– Як ти там опинився?– допитувалася Тутта Карлсон. – Клітка ж замкнута.</w:t>
      </w:r>
    </w:p>
    <w:p>
      <w:r>
        <w:br/>
        <w:t>– Клітка замкнулася тоді, коли в ній опинився я, – заскавулів Людвіг Чотирнадцятий. – Якщо хочеш знати, мене зачинив тут один дядько. Тепер я стану іграшкою для його дітей.</w:t>
      </w:r>
    </w:p>
    <w:p>
      <w:r>
        <w:br/>
        <w:t>– Як можна бути таким телепнем, щоб попастися дядькові? – здивувалася Тутта Карлсон.</w:t>
      </w:r>
    </w:p>
    <w:p>
      <w:r>
        <w:br/>
        <w:t>Якусь мить Людвіг Чотирнадцятий мовчав.</w:t>
      </w:r>
    </w:p>
    <w:p>
      <w:r>
        <w:br/>
        <w:t>– Я думав, що то Опудало, – зніяковіло сказав він.</w:t>
      </w:r>
    </w:p>
    <w:p>
      <w:r>
        <w:br/>
        <w:t>Тутта Карлсон засміялася.</w:t>
      </w:r>
    </w:p>
    <w:p>
      <w:r>
        <w:br/>
        <w:t>– Твоя правда, – нарешті мовила вона. – Ти зовсім не такий хитрий, як інші лиси. Хіба можна переплутати живого дядька з Опудалом? Диво та й годі!</w:t>
      </w:r>
    </w:p>
    <w:p>
      <w:r>
        <w:br/>
        <w:t>Людвіг Чотирнадцятий заплакав.</w:t>
      </w:r>
    </w:p>
    <w:p>
      <w:r>
        <w:br/>
        <w:t>– Цить, – сказала Тутта Карлсон.</w:t>
      </w:r>
    </w:p>
    <w:p>
      <w:r>
        <w:br/>
        <w:t>– Я хочу додому, – аж заходився Людвіг Чотирнадцятий. – Не хочу бути іграшкою для дітей!</w:t>
      </w:r>
    </w:p>
    <w:p>
      <w:r>
        <w:br/>
        <w:t>Почулися людські кроки, і до клітки підійшов той дядько, що зловив Людвіга.</w:t>
      </w:r>
    </w:p>
    <w:p>
      <w:r>
        <w:br/>
        <w:t>– Не– бійся–ціпонько, – засміявся він. – Лисеня–із–твоєї–клітки–нікуди–не–втече. Погодувати–погодую–але–не–курятиною–як–йому–заманулося.</w:t>
      </w:r>
    </w:p>
    <w:p>
      <w:r>
        <w:br/>
        <w:t>Дядько поставив у клітку черепок із м'ясом і кістками.</w:t>
      </w:r>
    </w:p>
    <w:p>
      <w:r>
        <w:br/>
        <w:t>– Невже ти й справді прийшов сюди через те, що закортіло курятини? – занепокоєно спитала Тутта.</w:t>
      </w:r>
    </w:p>
    <w:p>
      <w:r>
        <w:br/>
        <w:t>Людвіг Чотирнадцятий похитав головою.</w:t>
      </w:r>
    </w:p>
    <w:p>
      <w:r>
        <w:br/>
        <w:t>– Я йшов, щоб погратися з тобою, – мовив він. – А він мене хап і спіймав.</w:t>
      </w:r>
    </w:p>
    <w:p>
      <w:r>
        <w:br/>
        <w:t>– Бідолашненький Людвігу! – запищала Тута Карлсон. – І все це через мене! Я визволю тебе звідси, ось побачиш. А поки що бувай!</w:t>
      </w:r>
    </w:p>
    <w:p>
      <w:r>
        <w:br/>
        <w:t>І Тутта Карлсон зникла. Людвіг Чотирнадцятий залишився сам як палець на дядьковому подвір'ї в клітці для курчат.</w:t>
      </w:r>
    </w:p>
    <w:p>
      <w:r>
        <w:br/>
        <w:t>РОЗДІЛ ДЕВ'ЯТИЙ</w:t>
      </w:r>
    </w:p>
    <w:p>
      <w:r>
        <w:br/>
        <w:t>Цілий ранок Людвіг Чотирнадцятий лежав у клітці й нудьгував. А після обіду закрутилося–завертілося. Повернулися від бабусі Малот і Петер тай ну дивитися на татусеву спійманку.</w:t>
      </w:r>
    </w:p>
    <w:p>
      <w:r>
        <w:br/>
        <w:t>– Ой–гарнюще! – скрикнула Малот і хотіла погладити Людвіга Чотирнадцятого.</w:t>
      </w:r>
    </w:p>
    <w:p>
      <w:r>
        <w:br/>
        <w:t>"Яке там гарнюще!" – подумав Людвіг Чотирнадцятий і хапнув її за руку.</w:t>
      </w:r>
    </w:p>
    <w:p>
      <w:r>
        <w:br/>
        <w:t>– А–можна–його–на–ніч–узяти–до–себе–в–кімнату? – попросив Петер, – Він–спатиме–у–візочку–для–малотиних–ляльок.</w:t>
      </w:r>
    </w:p>
    <w:p>
      <w:r>
        <w:br/>
        <w:t>"Отакої! – подумав Людвіг Чотирнадцятий і ще більше засумував. – Лисеня в ляльковому візочку! Сміх та й годі!" Такої ж думки, очевидно, був і дядько.</w:t>
      </w:r>
    </w:p>
    <w:p>
      <w:r>
        <w:br/>
        <w:t>– Найкраще–лисеняті–сидіти–тут. Лісовим–звірям–у–людських–оселях–незатишно, – сказав він.</w:t>
      </w:r>
    </w:p>
    <w:p>
      <w:r>
        <w:br/>
        <w:t>Людвігові Чотирнадцятому це здалося вельми мудрим.</w:t>
      </w:r>
    </w:p>
    <w:p>
      <w:r>
        <w:br/>
        <w:t>– Тату–його–треба–якось–назвати, – мовив Петер.</w:t>
      </w:r>
    </w:p>
    <w:p>
      <w:r>
        <w:br/>
        <w:t>"Я вже раз названий, та ви зроду не вгадаєте як", – подумав Людвіг Чотирнадцятий.</w:t>
      </w:r>
    </w:p>
    <w:p>
      <w:r>
        <w:br/>
        <w:t>– Міке! – вигукнула Малот. – Гарне ім я!</w:t>
      </w:r>
    </w:p>
    <w:p>
      <w:r>
        <w:br/>
        <w:t>Людвіг Чотирнадцятий скривився:</w:t>
      </w:r>
    </w:p>
    <w:p>
      <w:r>
        <w:br/>
        <w:t>"Пхе, Міке! Звичайнісіньке ім'я. Людвіг у тисячу разів краще!"</w:t>
      </w:r>
    </w:p>
    <w:p>
      <w:r>
        <w:br/>
        <w:t>– А може, Рудохвіст? – запропонував дядько.</w:t>
      </w:r>
    </w:p>
    <w:p>
      <w:r>
        <w:br/>
        <w:t>Людвіг Чотирнадцятий дзявкнув. З нього досить уже цих дурниць. Його звати Людвіг. Людвіг! І більш ніяк!</w:t>
      </w:r>
    </w:p>
    <w:p>
      <w:r>
        <w:br/>
        <w:t>– До–завтрашнього–ранку–ми–придумаємо–йому–по–справжньому–гарне–ім,я, – мовила Малот.</w:t>
      </w:r>
    </w:p>
    <w:p>
      <w:r>
        <w:br/>
        <w:t>До завтрашнього ранку! Людвіг Чотирнадцятий аж похолов. Увечері він повинен бути вдома. Бо тато Ларсон розгнівається.</w:t>
      </w:r>
    </w:p>
    <w:p>
      <w:r>
        <w:br/>
        <w:t>– Тату–а–можна–взяти–Максиміліанів–повідець–і–трохи–погуляти–з–лисеням? – спитала Малот.</w:t>
      </w:r>
    </w:p>
    <w:p>
      <w:r>
        <w:br/>
        <w:t>Людвіг Чотирнадцятий одразу ж повеселішав. Може, коли вони гулятимуть, удається накивати п'ятами?</w:t>
      </w:r>
    </w:p>
    <w:p>
      <w:r>
        <w:br/>
        <w:t>– Беріть, – сказав дядько. – Але–будьте–обережні. Мені–здається–що–лисеня–трохи–підступне.</w:t>
      </w:r>
    </w:p>
    <w:p>
      <w:r>
        <w:br/>
        <w:t>Людвіг Чотирнадцятий був як шовковий. Він дозволив, щоб діти наділи на нього Максиміліанів повідець, і слухняно пішов за ними. Максиміліан лежав у своїй буді і все те бачив.</w:t>
      </w:r>
    </w:p>
    <w:p>
      <w:r>
        <w:br/>
        <w:t>– Ага–тебе–беруть–завидки–що–у–нас–з'явився–новий–свійський–звір? – піддражнив його Петер.</w:t>
      </w:r>
    </w:p>
    <w:p>
      <w:r>
        <w:br/>
        <w:t>Пес тільки сердито гаркнув. Людвіг Чотирнадцятий сподівався, що після прогулянки діти забудуть замкнути клітку. Але він помилився. Клітку замкнули як слід.</w:t>
      </w:r>
    </w:p>
    <w:p>
      <w:r>
        <w:br/>
        <w:t>– Від–нас–не–втечеш, – сказала Малот."Уже–пізно–і–нам–пора–спати. А–завтра–вранці–ми–знов–прийдемо–до–тебе.</w:t>
      </w:r>
    </w:p>
    <w:p>
      <w:r>
        <w:br/>
        <w:t>"Завтра вранці я вже буду в лісі", – подумав Людвіг Чбтирнадцятий. Але як утекти, він не знав. Та, може ж, Тутті Карлсон спаде щось на думку?</w:t>
      </w:r>
    </w:p>
    <w:p>
      <w:r>
        <w:br/>
        <w:t>Після вечері з хати вийшла мама Петера й Малот із , чималою мискою в руках. Вона говорила повагом і виразно, тож Людвіг досить добре її розумів, навіть якщо всі слова були для нього суцільним довгим реченням:</w:t>
      </w:r>
    </w:p>
    <w:p>
      <w:r>
        <w:br/>
        <w:t>– Будь–ласка–вечерю–для–нашого–нового–гостя–подано, – сказала вона. – Діти–дуже–хотіли–щоб–тобі–перепали–найкращі–шматки–що–ними–звичайно–ласує–Максиміліан.</w:t>
      </w:r>
    </w:p>
    <w:p>
      <w:r>
        <w:br/>
        <w:t>Жінка знов пішла в хату, а Людвіг Чотирнадцятий відчув страшенний голод. Він уже розігнався був спробувати смачного м'яса, як до нього долинув шурхіт із–під кущика, що ріс неподалік.</w:t>
      </w:r>
    </w:p>
    <w:p>
      <w:r>
        <w:br/>
        <w:t>– Гей, це я, – почувся писк.</w:t>
      </w:r>
    </w:p>
    <w:p>
      <w:r>
        <w:br/>
        <w:t>Людвіг Чотирнадцятий упізнав Тутту Карлсон. Вона обережно визирнула з–за гілочки.</w:t>
      </w:r>
    </w:p>
    <w:p>
      <w:r>
        <w:br/>
        <w:t>– Найкращих шматочків не їж, – прошепотіла Тутта Карлсон.</w:t>
      </w:r>
    </w:p>
    <w:p>
      <w:r>
        <w:br/>
        <w:t>– Хіба вони погані? – перелякався Людвіг Чотирнадцятий. – Вони ж так смачно пахнуть!</w:t>
      </w:r>
    </w:p>
    <w:p>
      <w:r>
        <w:br/>
        <w:t>Тутта Карлсон задріботіла зі свого сховку.</w:t>
      </w:r>
    </w:p>
    <w:p>
      <w:r>
        <w:br/>
        <w:t>– Максиміліан на тебе сердиться, – сказала вона. – Діти про нього зовсім забули. Беруть і надівають на тебе його повідець. Ведуть тебе на прогулянку, а найгірше те, що дають тобі найкращі шматки м'яса!</w:t>
      </w:r>
    </w:p>
    <w:p>
      <w:r>
        <w:br/>
        <w:t>– А чим я йому зараджу? – відповів Людвіг Чотирнадцятий, – Нехай сердиться на дітей.</w:t>
      </w:r>
    </w:p>
    <w:p>
      <w:r>
        <w:br/>
        <w:t>– І все ж мені здається, що ти повинен віддати Максиміліанові ці ціматки, – сказала Тутта Карлсон.</w:t>
      </w:r>
    </w:p>
    <w:p>
      <w:r>
        <w:br/>
        <w:t>Людвіг Чотирнадцятий здивовано зиркнув на неї.</w:t>
      </w:r>
    </w:p>
    <w:p>
      <w:r>
        <w:br/>
        <w:t>– Я сам голодний, – сказав він. – До речі, кого тобі більше шкода – мене, що замкнутий у клітці, чи пса, що гуляє собі на волі?</w:t>
      </w:r>
    </w:p>
    <w:p>
      <w:r>
        <w:br/>
        <w:t>– І все ж мені здається, що ти повинен віддати м'ясо Максиміліанові, – знов сказала Тутта Карлсон. – Ось послухай...</w:t>
      </w:r>
    </w:p>
    <w:p>
      <w:r>
        <w:br/>
        <w:t>Вона щось зашепотіла Людвігові на вухо, і тоді він усе зрозумів.</w:t>
      </w:r>
    </w:p>
    <w:p>
      <w:r>
        <w:br/>
        <w:t>– Ти майже така хитра, як лис, – похвалив він її.</w:t>
      </w:r>
    </w:p>
    <w:p>
      <w:r>
        <w:br/>
        <w:t>– Хитріша, – сказала Тутта Карлсон. – Я ж не думаю на Опудало, що то Привид, а на Людину, що то Опудало... Але більше я тебе не дражнитиму. Я сховаюся в цих кущах, поки прийде Максиміліан.</w:t>
      </w:r>
    </w:p>
    <w:p>
      <w:r>
        <w:br/>
        <w:t>Довго чекати їм не довелося. Тільки згас день і спали сутінки, Максиміліан з'явився біля клітки.</w:t>
      </w:r>
    </w:p>
    <w:p>
      <w:r>
        <w:br/>
        <w:t>– Який я радий, – загарчав він. – Сьогодні спатиму спокійно, бо знаю, що ти замкнений.</w:t>
      </w:r>
    </w:p>
    <w:p>
      <w:r>
        <w:br/>
        <w:t>– Хіба ти не голодний? – ласкаво спитав Людвіг Чотирнадцятий.</w:t>
      </w:r>
    </w:p>
    <w:p>
      <w:r>
        <w:br/>
        <w:t>Пес уп 'явся в нього очима.</w:t>
      </w:r>
    </w:p>
    <w:p>
      <w:r>
        <w:br/>
        <w:t>– Голодний. А що тут дивного? – сказав він, вишкіривши зуби. – Діти віддали тобі найкращі шматки м'яса, які звик одержувати я.</w:t>
      </w:r>
    </w:p>
    <w:p>
      <w:r>
        <w:br/>
        <w:t>– Знаю, – відповів Людвіг Чотирнадцятий і прикинувся сумним. – Тому я й залишив найсмачніші шматки для тебе. Он глянь у миску. Я не хочу, щоб ти через мене голодував.</w:t>
      </w:r>
    </w:p>
    <w:p>
      <w:r>
        <w:br/>
        <w:t>Максиміліан підійшов ближче до клітки. Так. Людвіг казав правду. В мисці лежало кілька найкращих шматків м'яса. Максиміліан облизався.</w:t>
      </w:r>
    </w:p>
    <w:p>
      <w:r>
        <w:br/>
        <w:t>– Будь ласка, їж, – припросив його Людвіг Чотирнадцятий. – Відчиняй дверцята й заходь. Колись ти мене пригощав вечерею, а сьогодні – я тебе.</w:t>
      </w:r>
    </w:p>
    <w:p>
      <w:r>
        <w:br/>
        <w:t>Максиміліан не повірив йому.</w:t>
      </w:r>
    </w:p>
    <w:p>
      <w:r>
        <w:br/>
        <w:t>– А що, як ти мене обдуриш? – завагався він.</w:t>
      </w:r>
    </w:p>
    <w:p>
      <w:r>
        <w:br/>
        <w:t>– Хіба може таке лисеня, як я, обдурити такого хитрющого пса, як ти! – відповів Людвіг Чотирнадцятий.</w:t>
      </w:r>
    </w:p>
    <w:p>
      <w:r>
        <w:br/>
        <w:t>Максиміліан засміявся. Що за дурниці! Звичайно ж, лисеня хитре, але щоб обдурити старого Максиміліана ще раз. ... Ні, це неможливо. Максиміліан одімкнув клітку і, не кваплячись, зайшов усередину.</w:t>
      </w:r>
    </w:p>
    <w:p>
      <w:r>
        <w:br/>
        <w:t>– Сідай до вечері, – припрошував Людвіг Чотирнадцятий.</w:t>
      </w:r>
    </w:p>
    <w:p>
      <w:r>
        <w:br/>
        <w:t>Голос його був спокійний, але серце калатало. Ще трішечки...</w:t>
      </w:r>
    </w:p>
    <w:p>
      <w:r>
        <w:br/>
        <w:t>– Дякую за запросини, дякую за запросини, – мурмотів Максиміліан, – Що є кращого за ситий шматочок м'ясця на вечерю!</w:t>
      </w:r>
    </w:p>
    <w:p>
      <w:r>
        <w:br/>
        <w:t>Він підступив до миски і раптом... Людвіг Чотирнадцятий миттю вистрибнув із клітки й зачинив за собою дверцята. Тутта Карлсон випурхнула з–під кущика, і вони разом замкнули клітку.</w:t>
      </w:r>
    </w:p>
    <w:p>
      <w:r>
        <w:br/>
        <w:t>– Агей, що ви робите! – заскавулів Максиміліан. – Я не хочу сидіти під замком у курячій клітці. Ану випустіть мене!</w:t>
      </w:r>
    </w:p>
    <w:p>
      <w:r>
        <w:br/>
        <w:t>– Смачного, – засміявся Людвіг Чотирнадцятий. – Даруй, що я не можу зостатися й скласти тобі товариство. Мені пора додому. Може, переказати моєму татові вітання від хитрого Максиміліана?</w:t>
      </w:r>
    </w:p>
    <w:p>
      <w:r>
        <w:br/>
        <w:t>– Цить! – гарикнув пес. – Ось я тобі зараз дам! Ой–йо–йой, ну й сердитий же я!</w:t>
      </w:r>
    </w:p>
    <w:p>
      <w:r>
        <w:br/>
        <w:t>Людвіг Чотирнадцятий і Тутта Карлсон удвох дісталися до курника.</w:t>
      </w:r>
    </w:p>
    <w:p>
      <w:r>
        <w:br/>
        <w:t>– Тисячу, мільйон разів дякую за допомогу, – мовив Людвіг.</w:t>
      </w:r>
    </w:p>
    <w:p>
      <w:r>
        <w:br/>
        <w:t>– Ет, нема за, що, – відповіла Тутта й сором'язливо схилила голівку аж до землі. – Це ж через мене тобі так не щастить!</w:t>
      </w:r>
    </w:p>
    <w:p>
      <w:r>
        <w:br/>
        <w:t>Людвіг Чотирнадцятий ужеи й забувся чого він сюди йшов. Ага, щоб погратися з Туттою Карлсон!</w:t>
      </w:r>
    </w:p>
    <w:p>
      <w:r>
        <w:br/>
        <w:t>– Сьогодні ми не погралися, то, може, ще коли зустрінемося? – спитав він.</w:t>
      </w:r>
    </w:p>
    <w:p>
      <w:r>
        <w:br/>
        <w:t>– Залюбки, – відповіла Тутта Карлсон. – Але чим далі від подвір' я. Бо Максиміліан таки захоче тебе провчити.</w:t>
      </w:r>
    </w:p>
    <w:p>
      <w:r>
        <w:br/>
        <w:t>– То можна гратися біля огорожі, там, де ми зустрілися вперше, – запропонував Людвіг Чотирнадцятий.</w:t>
      </w:r>
    </w:p>
    <w:p>
      <w:r>
        <w:br/>
        <w:t>Тутті Карлсон ця пропозиція сподобалась. І перше ніж вона зникла в курнику, де мешкало безліч їі сестер, братів та інших родичів, вони домовилися зустрітись завтра.</w:t>
      </w:r>
    </w:p>
    <w:p>
      <w:r>
        <w:br/>
        <w:t>Відтак Людвіг Чотирнадцятий поквапився додому. Вже зовсім стемніло, й він розумів, що тато Ларсон страшенно гнівається. Так воно й було. Коли Людвіг зайшов до вітальні, тато Ларсон сидів у кріслі. Він вийняв годинника з нагрудної кишені й насупився.</w:t>
      </w:r>
    </w:p>
    <w:p>
      <w:r>
        <w:br/>
        <w:t>– Знов пізно, – пробурчав він. – Звісно, лиси на полювання ходять уночі, але ж ти ще дитина і повинен о цій порі вже спати.</w:t>
      </w:r>
    </w:p>
    <w:p>
      <w:r>
        <w:br/>
        <w:t>– Сьогодні було так багато пригод, – похвалився Людвіг Чотирнадцятий.</w:t>
      </w:r>
    </w:p>
    <w:p>
      <w:r>
        <w:br/>
        <w:t>– Ну–ну, – усміхнувся тато Ларсон. – Ти бачив мого давнього недруга Максиміліана?</w:t>
      </w:r>
    </w:p>
    <w:p>
      <w:r>
        <w:br/>
        <w:t>– Авжеж, і не тільки його, – жваво відповів Людвіг Чотирнадцятий. – Мене спіймав один дядько, і я став дитячою іграшкою, а тоді мене замкнули в клітці, а тоді ми з Туттою Карлсон обдурили Максиміліана і...</w:t>
      </w:r>
    </w:p>
    <w:p>
      <w:r>
        <w:br/>
        <w:t>– Людвігу, дитино моя, – урвав йоґо Ларсон, – Щось тобі сниться багато снів.</w:t>
      </w:r>
    </w:p>
    <w:p>
      <w:r>
        <w:br/>
        <w:t>Людвіг Чотирнадцятий опустив хвоста.</w:t>
      </w:r>
    </w:p>
    <w:p>
      <w:r>
        <w:br/>
        <w:t>– Це правда, тату, – мовив він.</w:t>
      </w:r>
    </w:p>
    <w:p>
      <w:r>
        <w:br/>
        <w:t>– Так, це правда: тобі сниться багато снів, – повторив тато Ларсон. – На добраніч!</w:t>
      </w:r>
    </w:p>
    <w:p>
      <w:r>
        <w:br/>
        <w:t>Розділ десятий</w:t>
      </w:r>
    </w:p>
    <w:p>
      <w:r>
        <w:br/>
        <w:t>Людвіг Чотирнадцятий і Тутта Карлсон часто зустрічалися на галявці біля огорожі.</w:t>
      </w:r>
    </w:p>
    <w:p>
      <w:r>
        <w:br/>
        <w:t>Звісно, це була чудернацька пара: лисеня й курча. Але їм удвох було цікаво, вони вигадували нові й нові ігри.</w:t>
      </w:r>
    </w:p>
    <w:p>
      <w:r>
        <w:br/>
        <w:t>Найбільше вони любили гратися в школу. Одне з них вилазило на пеньок і було за вчителя. Друге вмощувалося на траві й слухало.</w:t>
      </w:r>
    </w:p>
    <w:p>
      <w:r>
        <w:br/>
        <w:t>Людвіг Чотирнадцятий навчав Тутту Карлсон того, що сам перейняв у Лабана: всього про лісову рослинність. Він розказував, які ягоди можна їсти, щоб не болів живіт. Застерігав свою подругу від грибів, що мають гарні, в білий горошок шапочки. Ті гриби звуться мухомори, і вони дуже отруйні. А ще Людвіг показував Тутті, як треба розпізнавати сліди.</w:t>
      </w:r>
    </w:p>
    <w:p>
      <w:r>
        <w:br/>
        <w:t>Тутта Карлсон розказувала Людвігові Чотирнадцятому про всіх мешканців свого подвір'я. Про рослини, які вирощують у саду і які корисно споживати. Про людей і про те, як їх остерігатися, щоб не спійматись.</w:t>
      </w:r>
    </w:p>
    <w:p>
      <w:r>
        <w:br/>
        <w:t>– Обіцяй, що ти ніколи не прийдеш до курника нас красти, – боязко попросила Тутта Карлсон. – Я ж знаю, що лиси люблять курятину.</w:t>
      </w:r>
    </w:p>
    <w:p>
      <w:r>
        <w:br/>
        <w:t>– Ніхто з нашої родини вас не крастиме, – врочисто пообіцяв Людвіг Чотирнадцятий. – А ти обіцяєш, що скажеш мені, коли люди надумають улаштувати лисячі лови?</w:t>
      </w:r>
    </w:p>
    <w:p>
      <w:r>
        <w:br/>
        <w:t>Тутта Карлсон пообіцяла.</w:t>
      </w:r>
    </w:p>
    <w:p>
      <w:r>
        <w:br/>
        <w:t>Коли Людвіг Чотирнадцятий зустрічався з Туттою, то з нори він зникав із самого ранку, а повертався аж смерком.</w:t>
      </w:r>
    </w:p>
    <w:p>
      <w:r>
        <w:br/>
        <w:t>– Що ти робиш день у день? – якось поцікавився тато Ларсон.</w:t>
      </w:r>
    </w:p>
    <w:p>
      <w:r>
        <w:br/>
        <w:t>– Граюся зі своєю товаришкою, – відповів Людвіг Чотирнадцятий. – І багато чого навчився.</w:t>
      </w:r>
    </w:p>
    <w:p>
      <w:r>
        <w:br/>
        <w:t>– Це добре, – мовив тато Ларсон. – А як звати твою товаришку?</w:t>
      </w:r>
    </w:p>
    <w:p>
      <w:r>
        <w:br/>
        <w:t>– Тутта Карлсон, – відповів Людвіг Чотирнадцятий, сподіваючись, що тато більш нічого не питатиме. Бо він передчував: татові не сподобається, що його син грається з курчам.</w:t>
      </w:r>
    </w:p>
    <w:p>
      <w:r>
        <w:br/>
        <w:t>– Тутта Карлсон... – мовив тато Ларсон і замислився. – Не знаю такої. Приведи її коли-небудь сюди і познайом нас.</w:t>
      </w:r>
    </w:p>
    <w:p>
      <w:r>
        <w:br/>
        <w:t>– Хтозна, чи вона захоче, – мовив Людвіг Чотирнадцятий і чкурнув надвір, щоб не довелось відповідати на купу важких запитань.</w:t>
      </w:r>
    </w:p>
    <w:p>
      <w:r>
        <w:br/>
        <w:t>Але тато Ларсон був старий і хитрий. Він ще довго сидів у своєму кріслі й щось обмірковував.</w:t>
      </w:r>
    </w:p>
    <w:p>
      <w:r>
        <w:br/>
        <w:t>Тутта Карлсон!</w:t>
      </w:r>
    </w:p>
    <w:p>
      <w:r>
        <w:br/>
        <w:t>Він ніколи не чув цього імені, хоч і знав усіх лісових звірів.</w:t>
      </w:r>
    </w:p>
    <w:p>
      <w:r>
        <w:br/>
        <w:t>Другого ранку тато Ларсон підкликав Лабана і спитав:</w:t>
      </w:r>
    </w:p>
    <w:p>
      <w:r>
        <w:br/>
        <w:t>– То ти навчаєш Людвіга хитрувати?</w:t>
      </w:r>
    </w:p>
    <w:p>
      <w:r>
        <w:br/>
        <w:t>– Ми не здружилися, – відповів Лабан. – Проте я знаю, що він грається з чужими лісовими звірятами.</w:t>
      </w:r>
    </w:p>
    <w:p>
      <w:r>
        <w:br/>
        <w:t>Тато Ларсон наморщив чоло.</w:t>
      </w:r>
    </w:p>
    <w:p>
      <w:r>
        <w:br/>
        <w:t>– А Тутту Карлсон знаєш? – спитав він.</w:t>
      </w:r>
    </w:p>
    <w:p>
      <w:r>
        <w:br/>
        <w:t>Лабан похитав головою.</w:t>
      </w:r>
    </w:p>
    <w:p>
      <w:r>
        <w:br/>
        <w:t>Тато Ларсон почухав спину. Як завжди, це означало, що він глибоко задумався.</w:t>
      </w:r>
    </w:p>
    <w:p>
      <w:r>
        <w:br/>
        <w:t>Тепер він пригадав, що Людвіг Чотирнадцятий казав йому кілька вечорів тому.</w:t>
      </w:r>
    </w:p>
    <w:p>
      <w:r>
        <w:br/>
        <w:t>Щось про пса Максиміліана, про курник, про якогось дядька...</w:t>
      </w:r>
    </w:p>
    <w:p>
      <w:r>
        <w:br/>
        <w:t>– Мабуть, дитина марила, – промурмотів тато Ларсон. – Або... або...</w:t>
      </w:r>
    </w:p>
    <w:p>
      <w:r>
        <w:br/>
        <w:t>Вголос він звелів Лабанові:</w:t>
      </w:r>
    </w:p>
    <w:p>
      <w:r>
        <w:br/>
        <w:t>– Ти повинен довідатися, хто така Тутта Карлсон. Завтра вранці, коли Людвіг подасться з дому, не спускай з нього ока.</w:t>
      </w:r>
    </w:p>
    <w:p>
      <w:r>
        <w:br/>
        <w:t>Людвіг Чотирнадцятий, як звичайно, поспішав до огорожі, на зустріч із Туттою Карлсон. Він не помічав, як у кущах за ним вигулькувало щось руде. Воно весь час ішло назирці.</w:t>
      </w:r>
    </w:p>
    <w:p>
      <w:r>
        <w:br/>
        <w:t>То був хитрий Лабан, що задумав вивідати Людвігову таємницю.</w:t>
      </w:r>
    </w:p>
    <w:p>
      <w:r>
        <w:br/>
        <w:t>Тутта Карлсон уже була на галявці.</w:t>
      </w:r>
    </w:p>
    <w:p>
      <w:r>
        <w:br/>
        <w:t>– Нумо гратися в піжмурки, – запропонував Людвіг Чотирнадцятий. – Цур ти жмуришся, а я ховаюсь.</w:t>
      </w:r>
    </w:p>
    <w:p>
      <w:r>
        <w:br/>
        <w:t>Тутта Карлсон почала вголос лічити:</w:t>
      </w:r>
    </w:p>
    <w:p>
      <w:r>
        <w:br/>
        <w:t>– ...двадцять п'ять... двадцять шість... двадцять сім... двадцять вісім... двадцять дев'ять... двадцять десять... двадцять одинадцять... я вже йду шукати!</w:t>
      </w:r>
    </w:p>
    <w:p>
      <w:r>
        <w:br/>
        <w:t>І вона заходилася шукати Людвіга Чотирнадцятого. За кущем вона помітила щось схоже на лисячий хвіст.</w:t>
      </w:r>
    </w:p>
    <w:p>
      <w:r>
        <w:br/>
        <w:t>– Тра-та-та, тра-та-та! – загаласувала Тутта Карлсон і замахала крильцями. – Я тебе побачила!</w:t>
      </w:r>
    </w:p>
    <w:p>
      <w:r>
        <w:br/>
        <w:t>– А от і ні! – закричав Людвіг Чотирнадцятий зовсім з іншого боку. – Ти не могла мене бачити.</w:t>
      </w:r>
    </w:p>
    <w:p>
      <w:r>
        <w:br/>
        <w:t>– Гм, – здивувалась Тутта Карлсон, коли Людвіг Чотирнадцятий виліз із свого сховку. – Я ж на свої очі бачила, як за отим кущем мигнув лисячий хвіст.</w:t>
      </w:r>
    </w:p>
    <w:p>
      <w:r>
        <w:br/>
        <w:t>– Ти помилилася, – мовив Людвіг Чотирнадцятий. – Мабуть, то листя брусниці чи горобини.</w:t>
      </w:r>
    </w:p>
    <w:p>
      <w:r>
        <w:br/>
        <w:t>Але Тутта Карлсон таки не помилилася.</w:t>
      </w:r>
    </w:p>
    <w:p>
      <w:r>
        <w:br/>
        <w:t>За кущем справді був лисячий хвіст, і хвіст належав Лабанові. І Лабан бачив, як Людвіг Чотирнадцятий грався з курчам. З подиву його каштанові очі зробилися величезні, як баньки.</w:t>
      </w:r>
    </w:p>
    <w:p>
      <w:r>
        <w:br/>
        <w:t>– Мені слід придбати окуляри, – пробурчав Лабан. – Мабуть, у мене щось з очима. Що тато скаже?</w:t>
      </w:r>
    </w:p>
    <w:p>
      <w:r>
        <w:br/>
        <w:t>Він помчав додому й вихором увірвався до вітальні:</w:t>
      </w:r>
    </w:p>
    <w:p>
      <w:r>
        <w:br/>
        <w:t>– Це хтозна-що! – важко дихаючи, сказав він. – Тутта Чотирнадцята Лабан – лисиця. Ні, що я верзу? Людвіг Чотирнадцятий...</w:t>
      </w:r>
    </w:p>
    <w:p>
      <w:r>
        <w:br/>
        <w:t>Тато Ларсон засунув Лабанові в рота морквину.</w:t>
      </w:r>
    </w:p>
    <w:p>
      <w:r>
        <w:br/>
        <w:t>– З'їж і заспокойся, – мовив він. – А тоді розкажеш, що ти побачив таке страшнюче.</w:t>
      </w:r>
    </w:p>
    <w:p>
      <w:r>
        <w:br/>
        <w:t>Лабан з'їв морквину і розповів про всі дивовижі, які йому відкрилися на галявці біля огорожі. Йому хотілося, щоб тато Ларсон розгнівався на Людвіга Чотирнадцятого. Але той навпаки – сидів у кріслі й реготав.</w:t>
      </w:r>
    </w:p>
    <w:p>
      <w:r>
        <w:br/>
        <w:t>– Ви не гніваєтесь? – оторопів Лабан. – Хіба це нічого, що лисеня з нашої родини грається з курчам? Замість того, щоб не витикатися з дому й учитися хитрувати! Ви згорите від сорому перед родичами! А що скаже наш старенький дідусь?!</w:t>
      </w:r>
    </w:p>
    <w:p>
      <w:r>
        <w:br/>
        <w:t>– Мабуть, і він посміється, – відповів тато Ларсон. – Крім того, як ти можеш твердити, що наш Людвіг не хитрий? Я думав, що то йому приснилося, а виходить, він казав правду.</w:t>
      </w:r>
    </w:p>
    <w:p>
      <w:r>
        <w:br/>
        <w:t>– Я теж оце наче сплю, – мовив Лабан. – Хіба, щоб гратися з курчам, треба бути хитрим?</w:t>
      </w:r>
    </w:p>
    <w:p>
      <w:r>
        <w:br/>
        <w:t>– Ще й яким хитрим! – мовив тато Ларсон. – Тобі не спадало на думку, що для нас Людвігове знайомство дуже вигідне?</w:t>
      </w:r>
    </w:p>
    <w:p>
      <w:r>
        <w:br/>
        <w:t>Лабан не міг нічого второпати.</w:t>
      </w:r>
    </w:p>
    <w:p>
      <w:r>
        <w:br/>
        <w:t>– Людвіг знає пряму дорогу в курник, – повів далі тато Ларсон. – І коли нам захочеться, ми підемо туди по м'ясце. – Він трохи полагіднішав. – Оце-то Людвіг, оце-то Людвіг, – мимрив він. – Завів дружбу з курчам! Куди мені до нього!</w:t>
      </w:r>
    </w:p>
    <w:p>
      <w:r>
        <w:br/>
        <w:t>– Але ж Людвіг сказав, що й не збирається брати у людей їжу, – стояв на своєму Лабан. – Отією гульнею з курчам він соромить нашу родину.</w:t>
      </w:r>
    </w:p>
    <w:p>
      <w:r>
        <w:br/>
        <w:t>– Цить, бо он він іде, – прошепотів тато Ларсон.</w:t>
      </w:r>
    </w:p>
    <w:p>
      <w:r>
        <w:br/>
        <w:t>Лабан нетерпляче чекав, що буде далі. Але тато Ларсон не мовив ні слова, тільки приязно спитав:</w:t>
      </w:r>
    </w:p>
    <w:p>
      <w:r>
        <w:br/>
        <w:t>– Ти й сьогодні не сидів дома і гуляв зі своєю товаришкою Туттою Карлсон?</w:t>
      </w:r>
    </w:p>
    <w:p>
      <w:r>
        <w:br/>
        <w:t>– Так, нам було дуже приємно, – відповів Людвіг Чотирнадцятий.</w:t>
      </w:r>
    </w:p>
    <w:p>
      <w:r>
        <w:br/>
        <w:t>Тато Ларсон, примруживши очі, дивився на свого найменшого сина.</w:t>
      </w:r>
    </w:p>
    <w:p>
      <w:r>
        <w:br/>
        <w:t>– Я вже тобі казав, що нехай би вона коли прийшла до нас у гості, – мовив він і облизався. – А якщо в неї є братики-сестрички чи ще якісь родичі, то хай теж приходять, еге ж, Лабане?</w:t>
      </w:r>
    </w:p>
    <w:p>
      <w:r>
        <w:br/>
        <w:t>– Авжеж, – буркнув Лабан, опустивши очі.</w:t>
      </w:r>
    </w:p>
    <w:p>
      <w:r>
        <w:br/>
        <w:t>Людвіг Чотирнадцятий довго дивився на тата Ларсона і на брата.</w:t>
      </w:r>
    </w:p>
    <w:p>
      <w:r>
        <w:br/>
        <w:t>Чи знають вони, що Тутта Карлсон – курча?</w:t>
      </w:r>
    </w:p>
    <w:p>
      <w:r>
        <w:br/>
        <w:t>– Ну, Людвігу, чого ти мовчиш? – спитав тато Ларсон. – Запроси її родичів. Ми влаштуємо їм бенкет!</w:t>
      </w:r>
    </w:p>
    <w:p>
      <w:r>
        <w:br/>
        <w:t>– Не знаю, – відповів Людвіг Чотирнадцятий, – Тутта Карлсон така сором'язлива, що не захоче прийти.</w:t>
      </w:r>
    </w:p>
    <w:p>
      <w:r>
        <w:br/>
        <w:t>– Ми не дуже небезпечні, – усміхнувся тато Ларсон. – Перекажи їй, що ми будемо раді бачити її до обіду.</w:t>
      </w:r>
    </w:p>
    <w:p>
      <w:r>
        <w:br/>
        <w:t>Людвіг Чотирнадцятий здригнувся.</w:t>
      </w:r>
    </w:p>
    <w:p>
      <w:r>
        <w:br/>
        <w:t>Щось тут було не так. Він занепокоївся.</w:t>
      </w:r>
    </w:p>
    <w:p>
      <w:r>
        <w:br/>
        <w:t>– Прекрасно, – прицмокнув Лабан. – Вона така гарненька.</w:t>
      </w:r>
    </w:p>
    <w:p>
      <w:r>
        <w:br/>
        <w:t>Людвіг Чотирнадцятий нашорошив вуха.</w:t>
      </w:r>
    </w:p>
    <w:p>
      <w:r>
        <w:br/>
        <w:t>– А ти бачив Тутту Карлсон? – спитав він.</w:t>
      </w:r>
    </w:p>
    <w:p>
      <w:r>
        <w:br/>
        <w:t>Лабан не знав, що відповісти.</w:t>
      </w:r>
    </w:p>
    <w:p>
      <w:r>
        <w:br/>
        <w:t>– Чи я бачив?.. Ні... – розгубився він. – Та мені здається, що вона повинна бути гарненька й веселенька, адже вона твоя найкраща товаришка.</w:t>
      </w:r>
    </w:p>
    <w:p>
      <w:r>
        <w:br/>
        <w:t>Людвіг Чотирнадцятий збагнув, що Лабан викручується.</w:t>
      </w:r>
    </w:p>
    <w:p>
      <w:r>
        <w:br/>
        <w:t>– Я піду в дитячу кімнату й пограюся перед обідом, – сказав Людвіг.</w:t>
      </w:r>
    </w:p>
    <w:p>
      <w:r>
        <w:br/>
        <w:t>Він замислено лежав у ліжечку з ялинових гілочок.</w:t>
      </w:r>
    </w:p>
    <w:p>
      <w:r>
        <w:br/>
        <w:t>Розумів, що таємниці в нього вже немає. І Лабан, і тато довідались, що Тутта Карлсон – курча.</w:t>
      </w:r>
    </w:p>
    <w:p>
      <w:r>
        <w:br/>
        <w:t>Але як вони довідались про це?</w:t>
      </w:r>
    </w:p>
    <w:p>
      <w:r>
        <w:br/>
        <w:t>І Людвіг Чотирнадцятий здогадався: тоді, як вони на галявці гуляли в піжмурки, Тутта Карлсон помітила рудого хвоста й подумала, що то Людвіг. А то був Лабан, що, сховавшись, бачив, як вони граються.</w:t>
      </w:r>
    </w:p>
    <w:p>
      <w:r>
        <w:br/>
        <w:t>Людвіг Чотирнадцятий вкусив себе за кінчик хвоста. Що ж тепер буде?</w:t>
      </w:r>
    </w:p>
    <w:p>
      <w:r>
        <w:br/>
        <w:t>Розділ одинадцятий</w:t>
      </w:r>
    </w:p>
    <w:p>
      <w:r>
        <w:br/>
        <w:t>Людвіг Чотирнадцятий прислухався.</w:t>
      </w:r>
    </w:p>
    <w:p>
      <w:r>
        <w:br/>
        <w:t>Тато Ларсон і Лабан і досі сиділи у вітальні й про щось тихенько гомоніли. Але Людвіг Чотирнадцятий виразно почув, як хтось із них назвав Тутту Карлсон.</w:t>
      </w:r>
    </w:p>
    <w:p>
      <w:r>
        <w:br/>
        <w:t>Він обережно підвівся з ліжка й став під дверима, що були зроблені зі старого іржавого дека.</w:t>
      </w:r>
    </w:p>
    <w:p>
      <w:r>
        <w:br/>
        <w:t>– Тату, а ви вірите, що Людвіг приведе сюди Тутту Карлсон? – долинув Лабанів голос.</w:t>
      </w:r>
    </w:p>
    <w:p>
      <w:r>
        <w:br/>
        <w:t>– Ні, не вірю, – мовив тато Ларсон. – Але якщо курча не прийде до нас, то ми підемо до нього.</w:t>
      </w:r>
    </w:p>
    <w:p>
      <w:r>
        <w:br/>
        <w:t>Людвіг Чотирнадцятий гикнув. Він здогадався, що в тата Ларсон, на думці.</w:t>
      </w:r>
    </w:p>
    <w:p>
      <w:r>
        <w:br/>
        <w:t>– Отож я й кажу, – не вгавав тато Ларсон. – Треба піти до курника, щоб привітати Тутту Карлсон і всю її рідню. Може, й сьогодні ввечері. Я страшенно голодний!</w:t>
      </w:r>
    </w:p>
    <w:p>
      <w:r>
        <w:br/>
        <w:t>Людвіг Чотирнадцятий насилу стримався, щоб не скрикнути. Як може тато таке говорити?!</w:t>
      </w:r>
    </w:p>
    <w:p>
      <w:r>
        <w:br/>
        <w:t>– Я придумав ще краще, – мовив Лабан. – Я піду туди сам.</w:t>
      </w:r>
    </w:p>
    <w:p>
      <w:r>
        <w:br/>
        <w:t>– А чи вистачить у тебе на це хитрощів? – засумнівався тато Ларсон. – Ти ж знаєш, що на подвір'ї є злий пес, а в людей, які мешкають там, є рушниці.</w:t>
      </w:r>
    </w:p>
    <w:p>
      <w:r>
        <w:br/>
        <w:t>– Якщо туди ходив Людвіг Чотирнадцятий, то й я пройду, – мовив Лабан. – Пустіть мене, тату.</w:t>
      </w:r>
    </w:p>
    <w:p>
      <w:r>
        <w:br/>
        <w:t>Тато Ларсон замислився.</w:t>
      </w:r>
    </w:p>
    <w:p>
      <w:r>
        <w:br/>
        <w:t>– Ну добре, – нерішуче мовив він. – Але мені не хочеться, щоб ти накоїв дурниць. Ходи поспи часинку, а туди підеш, як зовсім споночіє.</w:t>
      </w:r>
    </w:p>
    <w:p>
      <w:r>
        <w:br/>
        <w:t>– Гаразд, тату! – вигукнув Лабан і стрибнув прямісінько до дверей, що вели в дитячу кімнату.</w:t>
      </w:r>
    </w:p>
    <w:p>
      <w:r>
        <w:br/>
        <w:t>Це було так несподівано, що Людвіг Чотирнадцятий не встиг відскочити від дверей і покотився, мов коржик.</w:t>
      </w:r>
    </w:p>
    <w:p>
      <w:r>
        <w:br/>
        <w:t>Лабан уп'явся в нього очима.</w:t>
      </w:r>
    </w:p>
    <w:p>
      <w:r>
        <w:br/>
        <w:t>– Ти підслуховував? – спитав він.</w:t>
      </w:r>
    </w:p>
    <w:p>
      <w:r>
        <w:br/>
        <w:t>– Що таке? – і собі спитав Людвіг Чотирнадцятий, удавши, наче він щойно продер очі. – Я тільки-но прокинувся і хотів вийти надвір, коли влітаєш ти. Наче тебе хто ошпарив.</w:t>
      </w:r>
    </w:p>
    <w:p>
      <w:r>
        <w:br/>
        <w:t>– Коли дорослі говорять про важливі речі, малим дітям нічого пхати носа, – поважно проказав Лабан. – Йди собі гуляй. Я хочу гарненько відпочити, бо вночі мені треба зробити щось дуже важливе...</w:t>
      </w:r>
    </w:p>
    <w:p>
      <w:r>
        <w:br/>
        <w:t>Надворі Людвіг Чотирнадцятий ліг собі на мох прямісінько перед норою.</w:t>
      </w:r>
    </w:p>
    <w:p>
      <w:r>
        <w:br/>
        <w:t>Оце тобі й маєш!</w:t>
      </w:r>
    </w:p>
    <w:p>
      <w:r>
        <w:br/>
        <w:t>Він повинен будь-що зашкодити Лабанові – не пустити його в курник.</w:t>
      </w:r>
    </w:p>
    <w:p>
      <w:r>
        <w:br/>
        <w:t>Але як?</w:t>
      </w:r>
    </w:p>
    <w:p>
      <w:r>
        <w:br/>
        <w:t>Людвіг Чотирнадцятий міркував і так і сяк. Нарешті знайшов єдину раду: він сам помчить до курника і попередить курей та курчат про нічні відвідини.</w:t>
      </w:r>
    </w:p>
    <w:p>
      <w:r>
        <w:br/>
        <w:t>Але це треба зробити негайно, хоч воно й небезпечно, бо ще видно, і його дуже легко помітять і люди, і Максиміліан.</w:t>
      </w:r>
    </w:p>
    <w:p>
      <w:r>
        <w:br/>
        <w:t>Все ж Людвіг Чотирнадцятий наважився. Він обіцяв Тутті Карлсон, що допомагатиме курям проти лисів, а обіцянки слід виконувати.</w:t>
      </w:r>
    </w:p>
    <w:p>
      <w:r>
        <w:br/>
        <w:t>Він майнув стежиною до огорожі, легко перебіг через овес і аж тоді занепокоївся. У полуницях важко сховатися.</w:t>
      </w:r>
    </w:p>
    <w:p>
      <w:r>
        <w:br/>
        <w:t>Людвіг Чотирнадцятий помаленьку поплазував між полуницями, водночас роззираючись на всі боки. Та хоч як пильно він дивився, а Опудала посеред грядки не помітив. Тому налетів просто на нього. Отак удруге за сьогодні у нього на лобі вискочила гуля.</w:t>
      </w:r>
    </w:p>
    <w:p>
      <w:r>
        <w:br/>
        <w:t>Потім з Опудала щось упало додолу. Людвіг Чотирнадцятий з переляку відскочив убік.</w:t>
      </w:r>
    </w:p>
    <w:p>
      <w:r>
        <w:br/>
        <w:t>А то було не що інше, як капелюх, що впав з Опудалової голови між лисеням і палицею.</w:t>
      </w:r>
    </w:p>
    <w:p>
      <w:r>
        <w:br/>
        <w:t>Людвіг протер лоба, де заболіло, і рушив далі полуницями. Незабаром полуниці закінчаться, і тоді йому буде ще важче. Перед курником ніде не сховаєшся, бо тебе видно, як на долоні.</w:t>
      </w:r>
    </w:p>
    <w:p>
      <w:r>
        <w:br/>
        <w:t>Досі Людвігові Чотирнадцятому щастило. На подвір'ї начебто було спокійно.</w:t>
      </w:r>
    </w:p>
    <w:p>
      <w:r>
        <w:br/>
        <w:t>Аж ось...</w:t>
      </w:r>
    </w:p>
    <w:p>
      <w:r>
        <w:br/>
        <w:t>Відчинилися хатні двері, і надвір вийшли Петер, Малот і Максиміліан.</w:t>
      </w:r>
    </w:p>
    <w:p>
      <w:r>
        <w:br/>
        <w:t>Людвіг Чотирнадцятий сподівався, що вони кудись підуть, та дарма, їм заманулося гратися саме тут.</w:t>
      </w:r>
    </w:p>
    <w:p>
      <w:r>
        <w:br/>
        <w:t>Звичайно, ні діти, ні пес не бачили його в полуницях, але коли б він перебігав подвір'я, його б одразу помітили.</w:t>
      </w:r>
    </w:p>
    <w:p>
      <w:r>
        <w:br/>
        <w:t>Людвіг Чотирнадцятий тер на лобі свою гулю й водночас намагався щось придумати.</w:t>
      </w:r>
    </w:p>
    <w:p>
      <w:r>
        <w:br/>
        <w:t>"Це неможливо, – застогнав він. – Я нізащо не втраплю до курника. У своєму хутрі! І чого я не такої сірої масті, як подвір'я? – снував він далі думку. – А так мені не сховатися. Найкраще вернутися додому й спробувати задурити Лабанові голову, щоб він не йшов сюди".</w:t>
      </w:r>
    </w:p>
    <w:p>
      <w:r>
        <w:br/>
        <w:t>Людвіг Чотирнадцятий крутнув головою, і погляд його зупинився на Опудалі.</w:t>
      </w:r>
    </w:p>
    <w:p>
      <w:r>
        <w:br/>
        <w:t>– А може, мені вирядитися Опудалом? – промурмотів він.</w:t>
      </w:r>
    </w:p>
    <w:p>
      <w:r>
        <w:br/>
        <w:t>А чого б і ні?</w:t>
      </w:r>
    </w:p>
    <w:p>
      <w:r>
        <w:br/>
        <w:t>І враз Людвіг придумав:</w:t>
      </w:r>
    </w:p>
    <w:p>
      <w:r>
        <w:br/>
        <w:t>КАПЕЛЮХ!</w:t>
      </w:r>
    </w:p>
    <w:p>
      <w:r>
        <w:br/>
        <w:t>Той капелюх, що злетів з Опудала, був майже такого самого сірого кольору, як і подвір'я. З нього вийде прекрасний сховок!</w:t>
      </w:r>
    </w:p>
    <w:p>
      <w:r>
        <w:br/>
        <w:t>"Ну й молодець же я! – зрадів Людвіг Чотирнадцятий. – Часом і схитрую!"</w:t>
      </w:r>
    </w:p>
    <w:p>
      <w:r>
        <w:br/>
        <w:t>Він підкрався до капелюха і схопив його. Коли б іще скрутитися клубочком, щоб уміститися в капелюсі.</w:t>
      </w:r>
    </w:p>
    <w:p>
      <w:r>
        <w:br/>
        <w:t>У кінці грядки він так і зробив. Ось гляньте: Людвіг Чотирнадцятий помістився під капелюхом.</w:t>
      </w:r>
    </w:p>
    <w:p>
      <w:r>
        <w:br/>
        <w:t>Він пильненько роздивлявся, куди йому бігти, щоб утрапити до самого курника, бо під капелюхом буде як сліпий.</w:t>
      </w:r>
    </w:p>
    <w:p>
      <w:r>
        <w:br/>
        <w:t>– Ну, нехай щастить, – промовив Людвіг Чотирнадцятий, просичавши чотири рази.</w:t>
      </w:r>
    </w:p>
    <w:p>
      <w:r>
        <w:br/>
        <w:t>І почалася захоплююча мандрівка до курника.</w:t>
      </w:r>
    </w:p>
    <w:p>
      <w:r>
        <w:br/>
        <w:t>Та цієї ж миті загавкав Максиміліан.</w:t>
      </w:r>
    </w:p>
    <w:p>
      <w:r>
        <w:br/>
        <w:t>– Цить! – почувся Петерів голос. – Ніде-ж-ані-шелесь.</w:t>
      </w:r>
    </w:p>
    <w:p>
      <w:r>
        <w:br/>
        <w:t>Пес загавкав ще дужче.</w:t>
      </w:r>
    </w:p>
    <w:p>
      <w:r>
        <w:br/>
        <w:t>– Чого-ти-розходився? – почувся голос Малот. – Так-наче-тебе...</w:t>
      </w:r>
    </w:p>
    <w:p>
      <w:r>
        <w:br/>
        <w:t>– Глянь! – урвав її Петер. – Біля-курника-капелюх!</w:t>
      </w:r>
    </w:p>
    <w:p>
      <w:r>
        <w:br/>
        <w:t>Людвіг Чотирнадцятий затремтів. Його помітили!</w:t>
      </w:r>
    </w:p>
    <w:p>
      <w:r>
        <w:br/>
        <w:t>– Хто-це-зняв-його-з-опудала? – обурилася Малот. – Ото-вже-тато-розгнівається!</w:t>
      </w:r>
    </w:p>
    <w:p>
      <w:r>
        <w:br/>
        <w:t>– Хіба-ти-не-бачиш-що-капелюх-ворушиться? – гукнув Петер.</w:t>
      </w:r>
    </w:p>
    <w:p>
      <w:r>
        <w:br/>
        <w:t>– Ну-що-ти, – засміялась Малот. – Капелюх-не-може-ворушитися.</w:t>
      </w:r>
    </w:p>
    <w:p>
      <w:r>
        <w:br/>
        <w:t>– Подивись-сама, – не вгавав Петер.</w:t>
      </w:r>
    </w:p>
    <w:p>
      <w:r>
        <w:br/>
        <w:t>– Чудасія, – мовила Малот, і їй зробилося лячно. А Максиміліан не переставав гавкати.</w:t>
      </w:r>
    </w:p>
    <w:p>
      <w:r>
        <w:br/>
        <w:t>– Може-подивимось-на-чудасію-ближче? – спитав Петер.</w:t>
      </w:r>
    </w:p>
    <w:p>
      <w:r>
        <w:br/>
        <w:t>Людвіг Чотирнадцятий зрозумів, що задумали діти. Тепер йому треба добігти до курника раніше, ніж Малот, Петер і Максиміліан його зловлять.</w:t>
      </w:r>
    </w:p>
    <w:p>
      <w:r>
        <w:br/>
        <w:t>Коли б розрахувати точно, щоб опинитися біля невеличкої драбинки, а там шмигнути крізь віконце...</w:t>
      </w:r>
    </w:p>
    <w:p>
      <w:r>
        <w:br/>
        <w:t>Людвіг Чотирнадцятий розрахував добре. Він гепнувся поміж курми і курчатами.</w:t>
      </w:r>
    </w:p>
    <w:p>
      <w:r>
        <w:br/>
        <w:t>І знов зчинився такий самий лемент, як тоді, коли він прийшов уперше.</w:t>
      </w:r>
    </w:p>
    <w:p>
      <w:r>
        <w:br/>
        <w:t>– Ряту-у-уйте! Живий капелюх! – кудкудакали кури. – Ряту-у-уй, Кукуріку-Петрусе! Де ти? Капелюх ворушиться, мов якась примара!</w:t>
      </w:r>
    </w:p>
    <w:p>
      <w:r>
        <w:br/>
        <w:t>Людвіг Чотирнадцятий поквапився скинути капелюха.</w:t>
      </w:r>
    </w:p>
    <w:p>
      <w:r>
        <w:br/>
        <w:t>– Цитьте, це всього-навсього я! – щодуху крикнув він, щоб його можна було почути й крізь галас.</w:t>
      </w:r>
    </w:p>
    <w:p>
      <w:r>
        <w:br/>
        <w:t>– Людвігу, – злякано пропищала Тутта Карлсон і подріботіла до нього із закутка. – Що ти тут робиш?</w:t>
      </w:r>
    </w:p>
    <w:p>
      <w:r>
        <w:br/>
        <w:t>– Сьогодні до вас прибіжить Лабан! – похапцем сказав Людвіг Чотирнадцятий. – Але дай слово, що нічого не скажеш ні людям, ні Максиміліанові. Як-не-як, а Лабан доводиться мені братом.</w:t>
      </w:r>
    </w:p>
    <w:p>
      <w:r>
        <w:br/>
        <w:t>Тепер галас зчинився й надворі біля курника.</w:t>
      </w:r>
    </w:p>
    <w:p>
      <w:r>
        <w:br/>
        <w:t>– Капелюх-стрибнув-он-туди, – почувся голос Петера.</w:t>
      </w:r>
    </w:p>
    <w:p>
      <w:r>
        <w:br/>
        <w:t>– Небилиці! – гукнув його тато. – Як-це-капелюх-стрибатиме? Відчинімо-двері-й-подивимось.</w:t>
      </w:r>
    </w:p>
    <w:p>
      <w:r>
        <w:br/>
        <w:t>Людвіг Чотирнадцятий не міг лишатися тут надовше.</w:t>
      </w:r>
    </w:p>
    <w:p>
      <w:r>
        <w:br/>
        <w:t>– Не кривдіть мого брата, – попросив він Тутту Карлсон. – У Лабана добре серце.</w:t>
      </w:r>
    </w:p>
    <w:p>
      <w:r>
        <w:br/>
        <w:t>І тієї самої миті, як тато Малот і Петера відчинив двері до курника, Людвіг Чотирнадцятий гайнув через віконце надвір, – тільки смуга лягла. Єдине, що він залишив після себе, – Опудалів капелюх, що валявся долі.</w:t>
      </w:r>
    </w:p>
    <w:p>
      <w:r>
        <w:br/>
        <w:t>А ще Людвіг почув Петерові слова:</w:t>
      </w:r>
    </w:p>
    <w:p>
      <w:r>
        <w:br/>
        <w:t>– Бачите-ми-казали-правду.</w:t>
      </w:r>
    </w:p>
    <w:p>
      <w:r>
        <w:br/>
        <w:t>– Нічогісінько-не-второпаю, – мовив тато. – А-ти-що-скажеш-Максиміліане?</w:t>
      </w:r>
    </w:p>
    <w:p>
      <w:r>
        <w:br/>
        <w:t>Пес гавкнув. Звичайно, він дещо зрозумів.</w:t>
      </w:r>
    </w:p>
    <w:p>
      <w:r>
        <w:br/>
        <w:t>– Стривай-но, – пробурмотів пес. – Іншим разом тобі так перепаде, що жалко буде на тебе дивитись, малий хитруне.</w:t>
      </w:r>
    </w:p>
    <w:p>
      <w:r>
        <w:br/>
        <w:t>Розділ дванадцятий</w:t>
      </w:r>
    </w:p>
    <w:p>
      <w:r>
        <w:br/>
        <w:t>Людвіг Чотирнадцятий устиг додому якраз на вечерю.</w:t>
      </w:r>
    </w:p>
    <w:p>
      <w:r>
        <w:br/>
        <w:t>Усі сестрички й братики зібралися навкруг Лабана, що неквапом потягувався на підлозі.</w:t>
      </w:r>
    </w:p>
    <w:p>
      <w:r>
        <w:br/>
        <w:t>– Мені снився чудовий сон, – поважно мовив він.</w:t>
      </w:r>
    </w:p>
    <w:p>
      <w:r>
        <w:br/>
        <w:t>– Щось ти зарані виспався, – сказав Леопольд. – Ми ще тільки лягатимемо.</w:t>
      </w:r>
    </w:p>
    <w:p>
      <w:r>
        <w:br/>
        <w:t>– Малим дітям саме час лягати, – провадив своєї Лабан. – А нам, дорослим, на думці пригоди.</w:t>
      </w:r>
    </w:p>
    <w:p>
      <w:r>
        <w:br/>
        <w:t>– Які пригоди? – поцікавилась Лоттен.</w:t>
      </w:r>
    </w:p>
    <w:p>
      <w:r>
        <w:br/>
        <w:t>Лабан таємниче усміхнувся.</w:t>
      </w:r>
    </w:p>
    <w:p>
      <w:r>
        <w:br/>
        <w:t>– Завтра дізнаєшся, – відповів він і підморгнув татові Ларсону.</w:t>
      </w:r>
    </w:p>
    <w:p>
      <w:r>
        <w:br/>
        <w:t>– Дітки, ану спати! – нагримала мама Ларсон. – Надворі вже ніч.</w:t>
      </w:r>
    </w:p>
    <w:p>
      <w:r>
        <w:br/>
        <w:t>Тринадцятеро лисенят зникли в спальні. А чотирнадцяте, Лабан, пішло до дверей.</w:t>
      </w:r>
    </w:p>
    <w:p>
      <w:r>
        <w:br/>
        <w:t>– Будь обережний, – мовив на прощання тато Ларсон.</w:t>
      </w:r>
    </w:p>
    <w:p>
      <w:r>
        <w:br/>
        <w:t>– Як завжди, – відповів Лабан. – Хіба ви забули, що я Лабан Хитрий?</w:t>
      </w:r>
    </w:p>
    <w:p>
      <w:r>
        <w:br/>
        <w:t>Людвіг Чотирнадцятий лежав у своєму ліжечку й перевертався з боку на бік.</w:t>
      </w:r>
    </w:p>
    <w:p>
      <w:r>
        <w:br/>
        <w:t>"Хоча б його там не скалічили, – думав він. – Бо Тутта Карлсон може його гарненько провчити".</w:t>
      </w:r>
    </w:p>
    <w:p>
      <w:r>
        <w:br/>
        <w:t>Невдовзі по тому Людвіг таки задрімав, та скоро його збудив пронизливий крик.</w:t>
      </w:r>
    </w:p>
    <w:p>
      <w:r>
        <w:br/>
        <w:t>– Ой-йо-йой! – вив хтось у вітальні. – Я геть покалічений! Ой-йо-йой!</w:t>
      </w:r>
    </w:p>
    <w:p>
      <w:r>
        <w:br/>
        <w:t>То кричав Лабан.</w:t>
      </w:r>
    </w:p>
    <w:p>
      <w:r>
        <w:br/>
        <w:t>Виходить, що він уже повернувся?</w:t>
      </w:r>
    </w:p>
    <w:p>
      <w:r>
        <w:br/>
        <w:t>Людвіг Чотирнадцятий неабияк злякався. Що там Тутта Карлсон устругнула? Він же благав її не кривдити Лабана.</w:t>
      </w:r>
    </w:p>
    <w:p>
      <w:r>
        <w:br/>
        <w:t>Усі лисенята посхоплювалися від Лабанового крику. Людвіг Чотирнадцятий відчинив двері, й вони прикипіли очима до вітальні.</w:t>
      </w:r>
    </w:p>
    <w:p>
      <w:r>
        <w:br/>
        <w:t>Такого видовиська вони ще зроду не бачили.</w:t>
      </w:r>
    </w:p>
    <w:p>
      <w:r>
        <w:br/>
        <w:t>На канапі, яку тато Ларсон спорудив із дерев'яної скриньки, лежав Лабан і рюмсав. Мама Ларсон обняла його за голову і втішала.</w:t>
      </w:r>
    </w:p>
    <w:p>
      <w:r>
        <w:br/>
        <w:t>Тато Ларсон стояв поруч і роздивлявся якусь штукенцію, що теліпалася на самому кінчику Лабанового хвоста. Людвіг Чотирнадцятий здогадався, що то таке. Тутта Карлсон про такі речі йому розказувала.</w:t>
      </w:r>
    </w:p>
    <w:p>
      <w:r>
        <w:br/>
        <w:t>ТО БУЛА ПАСТКА НА ЩУРІВ!</w:t>
      </w:r>
    </w:p>
    <w:p>
      <w:r>
        <w:br/>
        <w:t>– Ой-йо-йой! – стогнав Лабан. – Я до смерті покалічений! Я спливаю кров'ю!</w:t>
      </w:r>
    </w:p>
    <w:p>
      <w:r>
        <w:br/>
        <w:t>– Цить, не спливаєш, – суворо мовив тато Ларсон. – Ти через власну дурість наробив собі шкоди. А ще хвалився: "Лабан Хитрий!" Та й попався в пастку на щурів. Ану розказуй, як воно було?</w:t>
      </w:r>
    </w:p>
    <w:p>
      <w:r>
        <w:br/>
        <w:t>– Я минув овес і полуниці, – почав Лабан. – Нічого не чув і нічого не бачив. Лишилося тільки збігти по драбині до курника. Коли це...</w:t>
      </w:r>
    </w:p>
    <w:p>
      <w:r>
        <w:br/>
        <w:t>– Ну? – нетерпеливився тато Ларсон, бо Лабанові не дуже хотілося признаватись.</w:t>
      </w:r>
    </w:p>
    <w:p>
      <w:r>
        <w:br/>
        <w:t>– Мені запахло сиром, – вів Лабан далі. – Ти сам казав, що сир корисний. Дай, думаю, покуштую. Якраз переді мною лежав маленький шматочок.</w:t>
      </w:r>
    </w:p>
    <w:p>
      <w:r>
        <w:br/>
        <w:t>– І ти попав просто в пастку, – зітхнув тато Ларсон.</w:t>
      </w:r>
    </w:p>
    <w:p>
      <w:r>
        <w:br/>
        <w:t>– О, все ж таки я трішечки хитрий, – почав виправдовуватися Лабан. – Я ж не підходив близько, а хотів підсунути той шматочок хвостиком...</w:t>
      </w:r>
    </w:p>
    <w:p>
      <w:r>
        <w:br/>
        <w:t>– І пастка спіймала тебе, – докінчив тато Ларсон.</w:t>
      </w:r>
    </w:p>
    <w:p>
      <w:r>
        <w:br/>
        <w:t>Лабан кивнув і зайшовся слізьми.</w:t>
      </w:r>
    </w:p>
    <w:p>
      <w:r>
        <w:br/>
        <w:t>– Мені так боліло! – пхинькав він. – Я не стримався та як загорлаю... Попрокидалися всі кури, і зчинилась веремія. Прокинулися й люди, і Максиміліан. Я – лапи на плечі й скільки духу тікати з оцією штукенцією на хвості. Пес замалим не догнав мене.</w:t>
      </w:r>
    </w:p>
    <w:p>
      <w:r>
        <w:br/>
        <w:t>– Бідолашний Лабан, – зітхнула мама Ларсон і погладила його своїм хвостом. – Перший раз до курника йти нелегко.</w:t>
      </w:r>
    </w:p>
    <w:p>
      <w:r>
        <w:br/>
        <w:t>– Ой, біда мені, біда, – мовив Лабан, – у мене пів-хвоста зосталося.</w:t>
      </w:r>
    </w:p>
    <w:p>
      <w:r>
        <w:br/>
        <w:t>– Ось я прикладу тобі пластир, – пообіцяла мама Ларсон. – І до завтра ти знов будеш здоровий.</w:t>
      </w:r>
    </w:p>
    <w:p>
      <w:r>
        <w:br/>
        <w:t>Тато Ларсон відчепив пастку й поставив її на столі.</w:t>
      </w:r>
    </w:p>
    <w:p>
      <w:r>
        <w:br/>
        <w:t>– Дивіться, – звернувся він до дітей, що стояли у відчинених дверях. – Я завжди казав, що ви повинні берегтися людей і собак. А спитайте Лабана, чи не така сама небезпечна й пастка?</w:t>
      </w:r>
    </w:p>
    <w:p>
      <w:r>
        <w:br/>
        <w:t>Лабан, підібгавши розтовченого хвоста, пішов до спальні.</w:t>
      </w:r>
    </w:p>
    <w:p>
      <w:r>
        <w:br/>
        <w:t>Лисенята захихотіли.</w:t>
      </w:r>
    </w:p>
    <w:p>
      <w:r>
        <w:br/>
        <w:t>– Лабан Нехитрий, Лабан Нехитрий, – прошепотіло котресь із них.</w:t>
      </w:r>
    </w:p>
    <w:p>
      <w:r>
        <w:br/>
        <w:t>Лабан затулив лапками вуха, щоб не чути.</w:t>
      </w:r>
    </w:p>
    <w:p>
      <w:r>
        <w:br/>
        <w:t>– Гей! – погукав його Людвіг Чотирнадцятий. – Послухай, а мені здається, що ти хитрий.</w:t>
      </w:r>
    </w:p>
    <w:p>
      <w:r>
        <w:br/>
        <w:t>– Ти теж кепкуєш із мене? – спитав брат.</w:t>
      </w:r>
    </w:p>
    <w:p>
      <w:r>
        <w:br/>
        <w:t>– Зовсім ні, – мовив Людвіг. – Ти справді хитрий. Коли б ти підсував той сир не хвостом, а писком, то пастка вчепилася б тобі в носа. А це куди гірше!..</w:t>
      </w:r>
    </w:p>
    <w:p>
      <w:r>
        <w:br/>
        <w:t>Тато Ларсон замислено сидів у вітальні в кріслі. Йому не йшла з голови пастка. За своє довге життя він ніколи не чув, щоб люди ставили пастки на драбинах для курей.</w:t>
      </w:r>
    </w:p>
    <w:p>
      <w:r>
        <w:br/>
        <w:t>Якимсь дивом хтось дізнався, що ввечері до курника навідається непроханий гість.</w:t>
      </w:r>
    </w:p>
    <w:p>
      <w:r>
        <w:br/>
        <w:t>Від кого?</w:t>
      </w:r>
    </w:p>
    <w:p>
      <w:r>
        <w:br/>
        <w:t>Чи не виходив часом учора з дому Людвіг Чотирнадцятий?</w:t>
      </w:r>
    </w:p>
    <w:p>
      <w:r>
        <w:br/>
        <w:t>Тато Ларсон вирішив, що вдосвіта поговорить зі своїм найменшим сином.</w:t>
      </w:r>
    </w:p>
    <w:p>
      <w:r>
        <w:br/>
        <w:t>– І де ж ти вчора гасав? – почав тато Ларсон. – Тебе просто не заженеш до хати.</w:t>
      </w:r>
    </w:p>
    <w:p>
      <w:r>
        <w:br/>
        <w:t>Людвіг Чотирнадцятий відвернувся.</w:t>
      </w:r>
    </w:p>
    <w:p>
      <w:r>
        <w:br/>
        <w:t>– Гуляв собі.</w:t>
      </w:r>
    </w:p>
    <w:p>
      <w:r>
        <w:br/>
        <w:t>Тато Ларсон не зводив з нього очей.</w:t>
      </w:r>
    </w:p>
    <w:p>
      <w:r>
        <w:br/>
        <w:t>– Мабуть, біля курника?</w:t>
      </w:r>
    </w:p>
    <w:p>
      <w:r>
        <w:br/>
        <w:t>Людвіг Чотирнадцятий кивнув.</w:t>
      </w:r>
    </w:p>
    <w:p>
      <w:r>
        <w:br/>
        <w:t>– Отже, це ти розказав Тутті Карлсон і всім іншим курям, що до них прийде Лабан? – питав далі тато Ларсон.</w:t>
      </w:r>
    </w:p>
    <w:p>
      <w:r>
        <w:br/>
        <w:t>Людвіг Чотирнадцятий знов кивнув.</w:t>
      </w:r>
    </w:p>
    <w:p>
      <w:r>
        <w:br/>
        <w:t>Волосинки на татовому хутрі стали сторч.</w:t>
      </w:r>
    </w:p>
    <w:p>
      <w:r>
        <w:br/>
        <w:t>– А як ти потрапив у курник? – суворо спитав він. – Серед білого дня тебе могли побачити.</w:t>
      </w:r>
    </w:p>
    <w:p>
      <w:r>
        <w:br/>
        <w:t>Людвіг Чотирнадцятий розповів, як він узяв Опудалового капелюха, щоб пробратися до курей.</w:t>
      </w:r>
    </w:p>
    <w:p>
      <w:r>
        <w:br/>
        <w:t>Аж тоді він насилу зважився звести очі на тата.</w:t>
      </w:r>
    </w:p>
    <w:p>
      <w:r>
        <w:br/>
        <w:t>– Ви дуже гніваєтесь? – пошепки спитав він і сховав носика у своє хутро. – Але я просив курей не завдавати Лабанові шкоди. Я не знав, що вони надумали поставити щурячу пастку.</w:t>
      </w:r>
    </w:p>
    <w:p>
      <w:r>
        <w:br/>
        <w:t>Запала мовчанка.</w:t>
      </w:r>
    </w:p>
    <w:p>
      <w:r>
        <w:br/>
        <w:t>Людвіг Чотирнадцятий обережно висунув писочок із хутра. Ти ба! Що це таке?</w:t>
      </w:r>
    </w:p>
    <w:p>
      <w:r>
        <w:br/>
        <w:t>Тато Ларсон сидів і реготав.</w:t>
      </w:r>
    </w:p>
    <w:p>
      <w:r>
        <w:br/>
        <w:t>– То ви не гніваєтесь? – перепитав Людвіг Чотирнадцятий.</w:t>
      </w:r>
    </w:p>
    <w:p>
      <w:r>
        <w:br/>
        <w:t>– Та годилося б і розгніватись, – аж за боки хапався тато Ларсон. – Ну й хитрий же ти! – Він зітхнув. – Тільки все-таки, негарно дурити своїх.</w:t>
      </w:r>
    </w:p>
    <w:p>
      <w:r>
        <w:br/>
        <w:t>– Мені хочеться, щоб усі були добрі одне до одного, – мовив Людвіг Чотирнадцятий. – Щоб Лабан не кривдив мою найкращу товаришку і її рідню.</w:t>
      </w:r>
    </w:p>
    <w:p>
      <w:r>
        <w:br/>
        <w:t>– Гарна твоя мова, – похвалив тато Ларсон. – Але я дам тобі одну пораду: не признавайся Лабанові, що через тебе він попав у пастку. А то буде тобі від нього. – І насамкінець тато додав: – Ось що, Людвігу, я не допущу, щоб ти грався з тієї Туттою Карлсон. Вона і її родичі ніякі нам не друзі.</w:t>
      </w:r>
    </w:p>
    <w:p>
      <w:r>
        <w:br/>
        <w:t>– Тату, – почав був Людвіг Чотирнадцятий. – Тутта і я...</w:t>
      </w:r>
    </w:p>
    <w:p>
      <w:r>
        <w:br/>
        <w:t>– ...більше не будете гратися разом, – закінчив тато Ларсон.</w:t>
      </w:r>
    </w:p>
    <w:p>
      <w:r>
        <w:br/>
        <w:t>– І чого це всі звірі не можуть бути друзями і допомагати одне одному, – сумно проказав Людвіг Чотирнадцятий.</w:t>
      </w:r>
    </w:p>
    <w:p>
      <w:r>
        <w:br/>
        <w:t>– А як ти собі уявляєш: чим зможуть кури допомагати лисам? – спитав тато Ларсон. – Ні, буде по-моєму. Зрозумів?</w:t>
      </w:r>
    </w:p>
    <w:p>
      <w:r>
        <w:br/>
        <w:t>Так, Людвіг Чотирнадцятий усе зрозумів. Він поплентався надвір і ліг біля замшілого каменя.</w:t>
      </w:r>
    </w:p>
    <w:p>
      <w:r>
        <w:br/>
        <w:t>Лежав він, лежав, і так йому зробилося себе шкода, хоч плач.</w:t>
      </w:r>
    </w:p>
    <w:p>
      <w:r>
        <w:br/>
        <w:t>Йому заборонили гратися з добрими лісовими звірятами.</w:t>
      </w:r>
    </w:p>
    <w:p>
      <w:r>
        <w:br/>
        <w:t>Йому заборонили зустрічатись і гуляти з Туттою Карлсон.</w:t>
      </w:r>
    </w:p>
    <w:p>
      <w:r>
        <w:br/>
        <w:t>"Краще вже бути дитячою іграшкою, – подумав він. – Тоді б я щодня міг бачити Тутту Карлсон".</w:t>
      </w:r>
    </w:p>
    <w:p>
      <w:r>
        <w:br/>
        <w:t>Водночас він знав, що дуже швидко затужив би за домівкою, бо лисові належить мешкати в лісі, а не бути іграшкою для людських дітей.</w:t>
      </w:r>
    </w:p>
    <w:p>
      <w:r>
        <w:br/>
        <w:t>– Я такий нещасний, – застогнав Людвіг Чотирнадцятий. – Нещасний, бо не можу робити те, що мені подобається.</w:t>
      </w:r>
    </w:p>
    <w:p>
      <w:r>
        <w:br/>
        <w:t>Розділ тринадцятий</w:t>
      </w:r>
    </w:p>
    <w:p>
      <w:r>
        <w:br/>
        <w:t>Ніхто б не побачив Людвіга Чотирнадцятого за великим замшілим каменем. А йому було видно все, що діялось навкруги.</w:t>
      </w:r>
    </w:p>
    <w:p>
      <w:r>
        <w:br/>
        <w:t>Он за кущами майнуло щось жовтеньке.</w:t>
      </w:r>
    </w:p>
    <w:p>
      <w:r>
        <w:br/>
        <w:t>Людвіг Чотирнадцятий прижмурив проти сонця очі.</w:t>
      </w:r>
    </w:p>
    <w:p>
      <w:r>
        <w:br/>
        <w:t>Мабуть, йому привиділось. Щось дуже схоже на Тутту Карлсон. Та що їй тут робити?</w:t>
      </w:r>
    </w:p>
    <w:p>
      <w:r>
        <w:br/>
        <w:t>– Людвігу! – пропищало щось. – Чи є десь тут Людвіг Чотирнадцятий?</w:t>
      </w:r>
    </w:p>
    <w:p>
      <w:r>
        <w:br/>
        <w:t>Людвіг Чотирнадцятий злякався. Тато ж заборонив йому зустрічатися з Туттою Карлсон.</w:t>
      </w:r>
    </w:p>
    <w:p>
      <w:r>
        <w:br/>
        <w:t>– Геть звідси, – засичав він. – Біжи додому!</w:t>
      </w:r>
    </w:p>
    <w:p>
      <w:r>
        <w:br/>
        <w:t>– А чого ти такий сердитий? – жалібно спитала Тутта Карлсон. – Хіба ти мене вже більше не любиш?</w:t>
      </w:r>
    </w:p>
    <w:p>
      <w:r>
        <w:br/>
        <w:t>– Люблю, тому й прошу тебе: "Йди геть", – отямився від переляку Людвіг Чотирнадцятий. – Тато Ларсон заборонив нам разом гратися. Якщо він нас побачить, тобі добряче перепаде. І чого ти сюди прибилася?</w:t>
      </w:r>
    </w:p>
    <w:p>
      <w:r>
        <w:br/>
        <w:t>– Щоб не перепало вам, – мовила Тутта Карлсон. – Ви в небезпеці, але я хочу вам допомогти. Пусти мене до нори. Покажи мені вхід!</w:t>
      </w:r>
    </w:p>
    <w:p>
      <w:r>
        <w:br/>
        <w:t>Що мав робити Людвіг Чотирнадцятий?</w:t>
      </w:r>
    </w:p>
    <w:p>
      <w:r>
        <w:br/>
        <w:t>– Я не знаю, де вхід, – відповів він.</w:t>
      </w:r>
    </w:p>
    <w:p>
      <w:r>
        <w:br/>
        <w:t>– Ану пропусти мене, – стояла на своєму Тутта Карлсон. – Ти не чуєш, що вони йдуть? Як застануть мене тут, то й мені буде непереливки. Ну, то де вхід?</w:t>
      </w:r>
    </w:p>
    <w:p>
      <w:r>
        <w:br/>
        <w:t>– Біля замшілого каменя... – почав Людвіг Чотирнадцятий, але Тутта Карлсон уже його не слухала.</w:t>
      </w:r>
    </w:p>
    <w:p>
      <w:r>
        <w:br/>
        <w:t>Вона швидко замахала крильцями і мало не полетіла через Людвіга.</w:t>
      </w:r>
    </w:p>
    <w:p>
      <w:r>
        <w:br/>
        <w:t>– Ідіть їсти, – долинув голос мами Ларсон із кухні. – Тільки Людвіга десь немає.</w:t>
      </w:r>
    </w:p>
    <w:p>
      <w:r>
        <w:br/>
        <w:t>– Як твій хвіст, Лабане? – спитав тато Ларсон і поклав собі з бляшанки суничного крему.</w:t>
      </w:r>
    </w:p>
    <w:p>
      <w:r>
        <w:br/>
        <w:t>– Погано, дуже погано, – запхикав Лабан і підняв кінчик хвоста, куди мама Ларсон наклала пластир. – Але іншим разом я провчу тих курей... – Лабан замовк. – А ось і курочка! – крикнув він і тицьнув лапою на відчинені двері. – Ціп-ціп! Справжнісінька жива курочка приблукала до нашої нори.</w:t>
      </w:r>
    </w:p>
    <w:p>
      <w:r>
        <w:br/>
        <w:t>Тато Ларсон, мама Ларсон і всі їхні діти здивовано витріщили очі на непрохану гостю.</w:t>
      </w:r>
    </w:p>
    <w:p>
      <w:r>
        <w:br/>
        <w:t>У норі запала глибока тиша. Ніхто анічичирк.</w:t>
      </w:r>
    </w:p>
    <w:p>
      <w:r>
        <w:br/>
        <w:t>– Дозвольте відрекомендувати вам мою товаришку Тутту Карлсон, – нарешті мовив Людвіг Чотирнадцятий.</w:t>
      </w:r>
    </w:p>
    <w:p>
      <w:r>
        <w:br/>
        <w:t>– Тутта Карлсон! – вигукнув тато Ларсон, і його ніс почервонів. – Хіба тобі не заборонено гратися з нею?</w:t>
      </w:r>
    </w:p>
    <w:p>
      <w:r>
        <w:br/>
        <w:t>– А я не збираюся гратися, – так і одпекла Тутта Карлсон. – Я прийшла порятувати вас із біди.</w:t>
      </w:r>
    </w:p>
    <w:p>
      <w:r>
        <w:br/>
        <w:t>– Нещасне курча рятує найхитрішу родину в лісі, – зареготав тато Ларсон. – Цікаво тільки: від кого ж?</w:t>
      </w:r>
    </w:p>
    <w:p>
      <w:r>
        <w:br/>
        <w:t>– А прислухайтесь і принюхайтесь, – мовила Тутта Карлсон.</w:t>
      </w:r>
    </w:p>
    <w:p>
      <w:r>
        <w:br/>
        <w:t>Усі позадирали писки.</w:t>
      </w:r>
    </w:p>
    <w:p>
      <w:r>
        <w:br/>
        <w:t>– Мені пахне псом, – мовила мама Ларсон.</w:t>
      </w:r>
    </w:p>
    <w:p>
      <w:r>
        <w:br/>
        <w:t>– Це Максиміліан, – пояснила Тутта Карлсон.</w:t>
      </w:r>
    </w:p>
    <w:p>
      <w:r>
        <w:br/>
        <w:t>– А я чую кроки й голоси, – сказав тато Ларсон.</w:t>
      </w:r>
    </w:p>
    <w:p>
      <w:r>
        <w:br/>
        <w:t>– То люди з нашого подвір'я, – мовила Тутта Карлсон.</w:t>
      </w:r>
    </w:p>
    <w:p>
      <w:r>
        <w:br/>
        <w:t>Тато Ларсон занепокоївся:</w:t>
      </w:r>
    </w:p>
    <w:p>
      <w:r>
        <w:br/>
        <w:t>– То розказуй, що й до чого.</w:t>
      </w:r>
    </w:p>
    <w:p>
      <w:r>
        <w:br/>
        <w:t>– Зараз почнуться лови, – відповіла Тутта Карлсон.</w:t>
      </w:r>
    </w:p>
    <w:p>
      <w:r>
        <w:br/>
        <w:t>Лисенята завищали.</w:t>
      </w:r>
    </w:p>
    <w:p>
      <w:r>
        <w:br/>
        <w:t>– Цитьте-но! – гукнув тато Ларсон. – Нема чого вищати. Мене сотні разів ловили, а я хоч би тобі що.</w:t>
      </w:r>
    </w:p>
    <w:p>
      <w:r>
        <w:br/>
        <w:t>Та, видно, і його пойняв страх.</w:t>
      </w:r>
    </w:p>
    <w:p>
      <w:r>
        <w:br/>
        <w:t>– А чого це люди заповзялися ловити нас саме сьогодні? – спитав він.</w:t>
      </w:r>
    </w:p>
    <w:p>
      <w:r>
        <w:br/>
        <w:t>– Їм здається, що навкруг курника розвелася сила-силенна лисів, – відповіла Тутта Карлсон. – Спершу з'явився один у старому капелюсі, – вона глянула на Людвіга Чотирнадцятого, підморгнула йому й повела далі: – А присмерком приплентався другий і попавсь у пастку. Тоді люди поклали собі вигнати вас із лісу геть.</w:t>
      </w:r>
    </w:p>
    <w:p>
      <w:r>
        <w:br/>
        <w:t>– О наша прекрасна оселе! – заскавуліли Лоттен і Лінея. – У нас більш ніколи не буде такої гарненької дитячої кімнати!</w:t>
      </w:r>
    </w:p>
    <w:p>
      <w:r>
        <w:br/>
        <w:t>– Тихо, дівчата! – прикрикнув на них тато Ларсон. – Ніхто не прожене нас із нори.</w:t>
      </w:r>
    </w:p>
    <w:p>
      <w:r>
        <w:br/>
        <w:t>– Я знаю, що то за лови, – зітхнула мама Ларсон. – Спершу з'явиться пес і поперелякує нас до смерті. Тоді чекайте мисливців... Любий Ларсоне, тобі треба щось придумати.</w:t>
      </w:r>
    </w:p>
    <w:p>
      <w:r>
        <w:br/>
        <w:t>– А я саме про це й думав, – мовив тато Ларсон.</w:t>
      </w:r>
    </w:p>
    <w:p>
      <w:r>
        <w:br/>
        <w:t>– Я допоможу вам думати, – обізвався Лабан і наморщив лоба.</w:t>
      </w:r>
    </w:p>
    <w:p>
      <w:r>
        <w:br/>
        <w:t>– Ану подивіться хто-небудь, чи пощастить вийти повз камінь, – звелів тато Ларсон.</w:t>
      </w:r>
    </w:p>
    <w:p>
      <w:r>
        <w:br/>
        <w:t>Побіг Леопольд, та відразу ж і вернувся.</w:t>
      </w:r>
    </w:p>
    <w:p>
      <w:r>
        <w:br/>
        <w:t>– Там стоїть якийсь дядько, – мовив він.</w:t>
      </w:r>
    </w:p>
    <w:p>
      <w:r>
        <w:br/>
        <w:t>Тато Ларсон ще дужче занепокоївся.</w:t>
      </w:r>
    </w:p>
    <w:p>
      <w:r>
        <w:br/>
        <w:t>– Ану подивись, чи можна вибратись через пень, – знову звелів він.</w:t>
      </w:r>
    </w:p>
    <w:p>
      <w:r>
        <w:br/>
        <w:t>Леопольд побіг до пня, але зажурений вернувся назад.</w:t>
      </w:r>
    </w:p>
    <w:p>
      <w:r>
        <w:br/>
        <w:t>– А там стоїть другий дядько, – сказав він.</w:t>
      </w:r>
    </w:p>
    <w:p>
      <w:r>
        <w:br/>
        <w:t>Лисенята заходилися рюмсати.</w:t>
      </w:r>
    </w:p>
    <w:p>
      <w:r>
        <w:br/>
        <w:t>– Ми пропали, – скавуліли вони, збившися тісно купкою. – Нас половлять.</w:t>
      </w:r>
    </w:p>
    <w:p>
      <w:r>
        <w:br/>
        <w:t>– Ось тепер я й викажу вам таємницю, – мовив тато Ларсон. – Є ще один вихід із нори – третій, про який знаю лише я.</w:t>
      </w:r>
    </w:p>
    <w:p>
      <w:r>
        <w:br/>
        <w:t>– Слава хитрощам! Татові Ларсонові – ура! – загукали лисенята.</w:t>
      </w:r>
    </w:p>
    <w:p>
      <w:r>
        <w:br/>
        <w:t>Але мама Ларсон не заспокоїлась.</w:t>
      </w:r>
    </w:p>
    <w:p>
      <w:r>
        <w:br/>
        <w:t>– Ми то виберемося через той потайний вихід. Але куди податися нам далі? Може, всюди в лісі нишпорять мисливці та собаки? Це коли б раз – і знайти гарний сховок.</w:t>
      </w:r>
    </w:p>
    <w:p>
      <w:r>
        <w:br/>
        <w:t>– Дайте мені ще подумати, – мовив тато Ларсон.</w:t>
      </w:r>
    </w:p>
    <w:p>
      <w:r>
        <w:br/>
        <w:t>– Я вам допоможу, – мовив Лабан і спробував напружити свої думки.</w:t>
      </w:r>
    </w:p>
    <w:p>
      <w:r>
        <w:br/>
        <w:t>Тато Ларсон здався.</w:t>
      </w:r>
    </w:p>
    <w:p>
      <w:r>
        <w:br/>
        <w:t>– У всьому лісі не знайдеться гарного сховку, – зітхнув він.</w:t>
      </w:r>
    </w:p>
    <w:p>
      <w:r>
        <w:br/>
        <w:t>Лабан і собі зітхнув.</w:t>
      </w:r>
    </w:p>
    <w:p>
      <w:r>
        <w:br/>
        <w:t>– Тато каже правду. У всьому лісі не знайдеться гарного сховку.</w:t>
      </w:r>
    </w:p>
    <w:p>
      <w:r>
        <w:br/>
        <w:t>Та ось у норі почувся писклявий голосочок:</w:t>
      </w:r>
    </w:p>
    <w:p>
      <w:r>
        <w:br/>
        <w:t>– Я знаю прекрасний сховок, де вас ніхто не знайде.</w:t>
      </w:r>
    </w:p>
    <w:p>
      <w:r>
        <w:br/>
        <w:t>То запищала Тутта Карлсон. Усі здивовано повернулися до неї.</w:t>
      </w:r>
    </w:p>
    <w:p>
      <w:r>
        <w:br/>
        <w:t>– Жартуєш, – вишкірився Лабан. – Де це є такий сховок, про який ні тато Ларсон, ні я не чули?</w:t>
      </w:r>
    </w:p>
    <w:p>
      <w:r>
        <w:br/>
        <w:t>Тутта Карлсон гордовито подивилася на лисенят і сказала:</w:t>
      </w:r>
    </w:p>
    <w:p>
      <w:r>
        <w:br/>
        <w:t>– НАШ КУРНИК!</w:t>
      </w:r>
    </w:p>
    <w:p>
      <w:r>
        <w:br/>
        <w:t>Тато Ларсон не вірив своїм вухам. Сховатися в курнику?</w:t>
      </w:r>
    </w:p>
    <w:p>
      <w:r>
        <w:br/>
        <w:t>– Там мисливці вас не шукатимуть, – повела далі Тутта Карлсон. – А коли лови закінчаться, ви повернетеся додому.</w:t>
      </w:r>
    </w:p>
    <w:p>
      <w:r>
        <w:br/>
        <w:t>Тато Ларсон погодився, що іншої ради немає. У курнику лисам і справді нічого не загрожуватиме.</w:t>
      </w:r>
    </w:p>
    <w:p>
      <w:r>
        <w:br/>
        <w:t>– А як ти гадаєш: чи всім курям сподобається, коли ми туди прийдемо? – обережно спитав тато Ларсон.</w:t>
      </w:r>
    </w:p>
    <w:p>
      <w:r>
        <w:br/>
        <w:t>– Якщо вони дізнаються, що ви – мама й тато, братики і сестрички Людвіга Чотирнадцятого, то вам скажуть: "Ласкаво просимо!" – запевнила Тутта Карлсон.</w:t>
      </w:r>
    </w:p>
    <w:p>
      <w:r>
        <w:br/>
        <w:t>– Дякую за люб'язність, – мовив тато Ларсон. – Отож ходімте тихенько через потайний вихід. Пам'ятайте, що галасувати не можна, бо помітять мисливці та Максиміліан.</w:t>
      </w:r>
    </w:p>
    <w:p>
      <w:r>
        <w:br/>
        <w:t>Все йшло гаразд. Чималенька лисяча родина непомітно прошмигнула через ліс і полуниці. На подвір'ї вони всі зупинилися, а Тутта Карлсон шаснула в курник, щоб попередити своїх про гостей. Ларсони нетерпляче чекали на неї.</w:t>
      </w:r>
    </w:p>
    <w:p>
      <w:r>
        <w:br/>
        <w:t>– Може, нам не треба було сюди приходити? – засумнівалась мама Ларсон. – Що ж його робити?</w:t>
      </w:r>
    </w:p>
    <w:p>
      <w:r>
        <w:br/>
        <w:t>Тато Ларсон не встиг нічого відповісти, бо Тутта Карлсон висунула з курника голівку і помахала крильцями.</w:t>
      </w:r>
    </w:p>
    <w:p>
      <w:r>
        <w:br/>
        <w:t>– Заходьте! – запросила вона.</w:t>
      </w:r>
    </w:p>
    <w:p>
      <w:r>
        <w:br/>
        <w:t>Ларсони рушили по драбині. Лисенята, що зроду не бачили курника зсередини, зацікавлено роззиралися довкола. Тато Ларсон став посеред курника і відчув себе, так би мовити, трохи ніяково.</w:t>
      </w:r>
    </w:p>
    <w:p>
      <w:r>
        <w:br/>
        <w:t>– Привіт, як мовиться у нас у краю брусниць! – виголосив він і, прижмурившись, зиркнув на Кукуріку-Петруса. – А тут, мабуть, годиться сказати: "Доброго обіду"?</w:t>
      </w:r>
    </w:p>
    <w:p>
      <w:r>
        <w:br/>
        <w:t>Півень розгорнув крила і задер голову.</w:t>
      </w:r>
    </w:p>
    <w:p>
      <w:r>
        <w:br/>
        <w:t>– Сподіваюсь, пан Ларсон не думає, що ми станемо для вас обідом, – відповів він.</w:t>
      </w:r>
    </w:p>
    <w:p>
      <w:r>
        <w:br/>
        <w:t>– Я ж хотів бути чемним, – відповів тато Ларсон і почервонів. – Ми дуже раді, що прийшли сюди. Давненько я тут не був.</w:t>
      </w:r>
    </w:p>
    <w:p>
      <w:r>
        <w:br/>
        <w:t>– А давненько, – мовив Кукуріку-Петрус. – Я толі був ще півником, але всі ми боялися хитрого Ларсона.</w:t>
      </w:r>
    </w:p>
    <w:p>
      <w:r>
        <w:br/>
        <w:t>– Тепер я не такий хитрий, – мовив тато Ларсон й удав, що засоромився.</w:t>
      </w:r>
    </w:p>
    <w:p>
      <w:r>
        <w:br/>
        <w:t>– Тепер у вас є син – найхитріше створіння в світі, – мовив Кукуріку-Петрус.</w:t>
      </w:r>
    </w:p>
    <w:p>
      <w:r>
        <w:br/>
        <w:t>Лабан випростався на повен зріст, щоб усі його бачили.</w:t>
      </w:r>
    </w:p>
    <w:p>
      <w:r>
        <w:br/>
        <w:t>– Чуєте? – прошепотів він до Лассе й Лоттен. Навіть тут мене знають.</w:t>
      </w:r>
    </w:p>
    <w:p>
      <w:r>
        <w:br/>
        <w:t>– Я кажу про малого Людвіга, – вів далі Кукуріку-Петрус. – Уявіть лишень: додумався сховатися під капелюхом, дістався сюди й попередив нас про небезпеку! Повеличаймо ж його, друзі!</w:t>
      </w:r>
    </w:p>
    <w:p>
      <w:r>
        <w:br/>
        <w:t>– Хитрому Людвігові ура, ура, ура! – запищали курчата.</w:t>
      </w:r>
    </w:p>
    <w:p>
      <w:r>
        <w:br/>
        <w:t>– Ваша донька теж молодця, – похвалив тато Ларсон. – Коли б не Тутта Карлсон, нас би вже давно половили мисливці. Я завжди казав, що Тутта і Людвіг ніби створені одне для одного.</w:t>
      </w:r>
    </w:p>
    <w:p>
      <w:r>
        <w:br/>
        <w:t>– Та скільки можна стояти й вихваляти цих дітей? – зацокоріла пані Кока. – Може, візьмемо і влаштуємо для них пишний бенкет? Чи смакують вам, любі гості, яйця?</w:t>
      </w:r>
    </w:p>
    <w:p>
      <w:r>
        <w:br/>
        <w:t>Лисенята завищали так гучно, що найменші курчата аж полякалися й позалазили під своїх мам.</w:t>
      </w:r>
    </w:p>
    <w:p>
      <w:r>
        <w:br/>
        <w:t>– От і добре, – мовила пані Кока. – Буде великий яєчний обід. Ану, кури, мерщій нестися!</w:t>
      </w:r>
    </w:p>
    <w:p>
      <w:r>
        <w:br/>
        <w:t>Розділ чотирнадцятий</w:t>
      </w:r>
    </w:p>
    <w:p>
      <w:r>
        <w:br/>
        <w:t>Що то було за свято, що за свято!</w:t>
      </w:r>
    </w:p>
    <w:p>
      <w:r>
        <w:br/>
        <w:t>Ніколи в житті Ларсони не ласували досхочу такими смачними свіжими яйцями. Усі так понаїдалися, що не мали сили й поворушитися.</w:t>
      </w:r>
    </w:p>
    <w:p>
      <w:r>
        <w:br/>
        <w:t>Та згодом діти затіяли гру: лиси і півники борюкалися одне з одним і кусалися. Звичайно, жартома.</w:t>
      </w:r>
    </w:p>
    <w:p>
      <w:r>
        <w:br/>
        <w:t>Лисички й курочки поставали під однією стіною та бавилися пір'ячком.</w:t>
      </w:r>
    </w:p>
    <w:p>
      <w:r>
        <w:br/>
        <w:t>Мама Ларсон і пані Кока сиділи на м'яких пухових подушках і про щось гомоніли собі.</w:t>
      </w:r>
    </w:p>
    <w:p>
      <w:r>
        <w:br/>
        <w:t>Пані Кока навчала маму Ларсон, як треба нестися.</w:t>
      </w:r>
    </w:p>
    <w:p>
      <w:r>
        <w:br/>
        <w:t>Бо ж усім відомо, що саме в курей це виходить найкраще.</w:t>
      </w:r>
    </w:p>
    <w:p>
      <w:r>
        <w:br/>
        <w:t>Мама Ларсон навчала пані Коку, як придбати на зиму розкішне хутро.</w:t>
      </w:r>
    </w:p>
    <w:p>
      <w:r>
        <w:br/>
        <w:t>Бо ж усім відомо, що лисиці чудово знаються на хутрах.</w:t>
      </w:r>
    </w:p>
    <w:p>
      <w:r>
        <w:br/>
        <w:t>Кукуріку-Петрус сидів на жердці, а внизу, у гамаку, розлігся тато Ларсон. Їм також було добре.</w:t>
      </w:r>
    </w:p>
    <w:p>
      <w:r>
        <w:br/>
        <w:t>– Аж не віриться, що тут так весело! – казав тато Ларсон.</w:t>
      </w:r>
    </w:p>
    <w:p>
      <w:r>
        <w:br/>
        <w:t>– Ми вам дуже раді, – казав Кукуріку-Петрус. – От тільки чи залишимося ми друзями назавжди?</w:t>
      </w:r>
    </w:p>
    <w:p>
      <w:r>
        <w:br/>
        <w:t>– Аякже, – запевнив тато Ларсон. – У нашій родині заведено казати: "Вірте Ларсонам!"</w:t>
      </w:r>
    </w:p>
    <w:p>
      <w:r>
        <w:br/>
        <w:t>Тутта Карлсон і Людвіг Чотирнадцятий прислухалися до їхньої розмови, а тоді підбігли ближче.</w:t>
      </w:r>
    </w:p>
    <w:p>
      <w:r>
        <w:br/>
        <w:t>– То нам можна гуляти разом? – спитав Людвіг.</w:t>
      </w:r>
    </w:p>
    <w:p>
      <w:r>
        <w:br/>
        <w:t>– А чого ж, – мовив Кукуріку-Петрус.</w:t>
      </w:r>
    </w:p>
    <w:p>
      <w:r>
        <w:br/>
        <w:t>– Авжеж, можна, – мовив і тато Ларсон.</w:t>
      </w:r>
    </w:p>
    <w:p>
      <w:r>
        <w:br/>
        <w:t>Ларсонам було так гарно в курнику, що вони геть забулися про час. Коли мама Ларсон визирнула в маленьке віконечко надвір, то побачила, що вже запала глибока ніч.</w:t>
      </w:r>
    </w:p>
    <w:p>
      <w:r>
        <w:br/>
        <w:t>– Нам пора додому, – сказала вона.</w:t>
      </w:r>
    </w:p>
    <w:p>
      <w:r>
        <w:br/>
        <w:t>– Тихо! – цитькнув тато Ларсон і нашорошив вуха. – Люди саме повертаються з ловів.</w:t>
      </w:r>
    </w:p>
    <w:p>
      <w:r>
        <w:br/>
        <w:t>Тепер біля курника добре чути було ходу й голоси.</w:t>
      </w:r>
    </w:p>
    <w:p>
      <w:r>
        <w:br/>
        <w:t>– Я-думав-що-лисам-капець, – долинув чийсь голос. – А-воно-мале-та-хитре. Цілий-день-вистояли-бі-ля-нори-а-хоч-би-хвоста-побачили.</w:t>
      </w:r>
    </w:p>
    <w:p>
      <w:r>
        <w:br/>
        <w:t>Лиси й кури перезирнулися й усміхнулися.</w:t>
      </w:r>
    </w:p>
    <w:p>
      <w:r>
        <w:br/>
        <w:t>– І-що-вона-за-химерія? – провадив другий голос. – Максиміліан-загубив-слід-і-хотів-повертати-додому.</w:t>
      </w:r>
    </w:p>
    <w:p>
      <w:r>
        <w:br/>
        <w:t>Пес раптом гучно загавкав.</w:t>
      </w:r>
    </w:p>
    <w:p>
      <w:r>
        <w:br/>
        <w:t>– А-хай-тобі-грець-з-твоїм-гавканням, – нагримав на нього господар. – Гніваєшся-що-тебе-лиси-круг-пальця-обвели?</w:t>
      </w:r>
    </w:p>
    <w:p>
      <w:r>
        <w:br/>
        <w:t>Максиміліан не переставав гавкати.</w:t>
      </w:r>
    </w:p>
    <w:p>
      <w:r>
        <w:br/>
        <w:t>– Ото-розходився-наче-в-курник-забралися-лиси, – засміявся другий дядько. – Тобі-треба-завести-кращого-мисливського-пса.</w:t>
      </w:r>
    </w:p>
    <w:p>
      <w:r>
        <w:br/>
        <w:t>– Кращого-за-Максиміліана-не-буде, – відповів господар. – Насправді-тут-немає-жодного-лиса. Не-чутно-ані-звуку.</w:t>
      </w:r>
    </w:p>
    <w:p>
      <w:r>
        <w:br/>
        <w:t>Щоб не засміятися, курчата позасовували голівки від крильця, а лисенята позакушували собі хвостики.</w:t>
      </w:r>
    </w:p>
    <w:p>
      <w:r>
        <w:br/>
        <w:t>Аж ось кроки стихли і голоси замовкли.</w:t>
      </w:r>
    </w:p>
    <w:p>
      <w:r>
        <w:br/>
        <w:t>– На цей раз минулося, – мовив тато Ларсон. – Пора й додому.</w:t>
      </w:r>
    </w:p>
    <w:p>
      <w:r>
        <w:br/>
        <w:t>– Дайте слово, що прийдете до нас ще, – попросив Кукуріка-Петрус.</w:t>
      </w:r>
    </w:p>
    <w:p>
      <w:r>
        <w:br/>
        <w:t>– Спершу ви до нас, – відповіла мама Ларсон.</w:t>
      </w:r>
    </w:p>
    <w:p>
      <w:r>
        <w:br/>
        <w:t>– Ура! Ура! – закудкудакали курочки, заскімлили лисенята. – Зроду не було в нас такого приємного товариства!</w:t>
      </w:r>
    </w:p>
    <w:p>
      <w:r>
        <w:br/>
        <w:t>Над узліссям плив місяць, жовтий, як курчатко.</w:t>
      </w:r>
    </w:p>
    <w:p>
      <w:r>
        <w:br/>
        <w:t>З курника вийшли тато Ларсон, мама Ларсон, Лабан, Леопольд, Лаге, Лассе-Молодший, Лассе-Старший, Леннарт, Лео, Лукас, Лаура, Ліннея, Ловіса, Лідія і Лоттен. Позаду всіх дибав малий Людвіг Чотирнадцятий.</w:t>
      </w:r>
    </w:p>
    <w:p>
      <w:r>
        <w:br/>
        <w:t>Він махав хвостиком Тутті Карлсон, аж поки вона зникла у віконечку курника.</w:t>
      </w:r>
    </w:p>
    <w:p>
      <w:r>
        <w:br/>
        <w:t>Ларсони пішли подвір'ям просто до грядки, де росли полуниці.</w:t>
      </w:r>
    </w:p>
    <w:p>
      <w:r>
        <w:br/>
        <w:t>При ясному місячному світлі усю цю лисячу вервечку бачив пес Максиміліан, що сам-один лежав у буді.</w:t>
      </w:r>
    </w:p>
    <w:p>
      <w:r>
        <w:br/>
        <w:t>Та він мовчав, як риба.</w:t>
      </w:r>
    </w:p>
    <w:p>
      <w:r>
        <w:br/>
        <w:t>– Ні, ні і ще раз ні, – тільки й простогнав Максиміліан. – Чи видано таке, щоб лиси й кури заприятелювали? А воно ж і справді! Чого ж тоді гавкати?! Однаково ніхто з людей мені не повірить.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Людвігові Хитрому — ура, ура, ура! (Людвігові Чотирнадцятому — ура!)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