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Людське життя</w:t>
      </w:r>
    </w:p>
    <w:p>
      <w:r>
        <w:br/>
        <w:t xml:space="preserve"> Нащо його мати на світ породила?&lt;br /&gt;</w:t>
        <w:br/>
        <w:t>Хіба щоб наплакавсь та взяла могила?&lt;br /&gt;</w:t>
        <w:br/>
        <w:t>Як найшлось сердешне без сорочки, кволим,&lt;br /&gt;</w:t>
        <w:br/>
        <w:t>Так і поховали сиротою голим.</w:t>
      </w:r>
    </w:p>
    <w:p>
      <w:r>
        <w:br/>
        <w:t>Вдосталь скуштував він і біди, і лиха:&lt;br /&gt;</w:t>
        <w:br/>
        <w:t>То гуляв веселий, то журився стиха,&lt;br /&gt;</w:t>
        <w:br/>
        <w:t>То поглядав зором усмішки живої,&lt;br /&gt;</w:t>
        <w:br/>
        <w:t>То блукав чорніше хмари дощової.</w:t>
      </w:r>
    </w:p>
    <w:p>
      <w:r>
        <w:br/>
        <w:t>Попоїсть, нап’ється та й заляже спати,&lt;br /&gt;</w:t>
        <w:br/>
        <w:t>Виспиться — і знову давай починати!&lt;br /&gt;</w:t>
        <w:br/>
        <w:t>Тільки ж то й роботи — спати, пити, їсти,&lt;br /&gt;</w:t>
        <w:br/>
        <w:t>Надвечір заснувши, за стіл зранку сісти.</w:t>
      </w:r>
    </w:p>
    <w:p>
      <w:r>
        <w:br/>
        <w:t>Вчинків його славних люди не зазнали,&lt;br /&gt;</w:t>
        <w:br/>
        <w:t>І думки, і совість з ним якось ладнали;&lt;br /&gt;</w:t>
        <w:br/>
        <w:t>Другів мав, що раді б за п’ятак продати,&lt;br /&gt;</w:t>
        <w:br/>
        <w:t>Ворогів же лютих — не перещитати.</w:t>
      </w:r>
    </w:p>
    <w:p>
      <w:r>
        <w:br/>
        <w:t>Він кохав звичайно на якусь хвилинку,&lt;br /&gt;</w:t>
        <w:br/>
        <w:t>Мав собі з кохання смачну лигоминку,&lt;br /&gt;</w:t>
        <w:br/>
        <w:t>Що обридла згодом, як усе на світі,&lt;br /&gt;</w:t>
        <w:br/>
        <w:t>І пішов, нетяга, в сиру землю гнити.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Людське життя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