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за бортом...</w:t>
      </w:r>
    </w:p>
    <w:p>
      <w:r>
        <w:br/>
        <w:t xml:space="preserve"> Людина за бортом! Не чути ніде голосів,&lt;br /&gt;</w:t>
        <w:br/>
        <w:t>Ніхто не кидає свої палестини комфорту,&lt;br /&gt;</w:t>
        <w:br/>
        <w:t>Там місць є чимало, та все ж не для всіх… не для всіх….&lt;br /&gt;</w:t>
        <w:br/>
        <w:t>То діло життєйське: людина… людина за бортом!</w:t>
      </w:r>
    </w:p>
    <w:p>
      <w:r>
        <w:br/>
        <w:t>Усе поділили – рахунки, печаті, зірки,&lt;br /&gt;</w:t>
        <w:br/>
        <w:t>Ніхто не кидає у здиблені хвилі кодолу,&lt;br /&gt;</w:t>
        <w:br/>
        <w:t>А тим, хто не встиг – є пекучі пустельні піски,&lt;br /&gt;</w:t>
        <w:br/>
        <w:t>І є для невдах – штормове і безмежне роздолля.</w:t>
      </w:r>
    </w:p>
    <w:p>
      <w:r>
        <w:br/>
        <w:t>І хочеш – пливи, а не можеш спускайся на дно,&lt;br /&gt;</w:t>
        <w:br/>
        <w:t>Отам вже не ділять – за кровію, статусом, сортом…&lt;br /&gt;</w:t>
        <w:br/>
        <w:t>І на потопельників прямо несеться судно,&lt;br /&gt;</w:t>
        <w:br/>
        <w:t>Ніхто і не писне, що люди… що люди за бортом.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за бортом...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