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Люди, машини, бджоли</w:t>
      </w:r>
    </w:p>
    <w:p>
      <w:r>
        <w:br/>
        <w:t xml:space="preserve"> Це в Ялті було.&lt;br /&gt;</w:t>
        <w:br/>
        <w:t>Раннє таке тепло.&lt;br /&gt;</w:t>
        <w:br/>
        <w:t>Випустили бджіл на Теплого Олекси.&lt;br /&gt;</w:t>
        <w:br/>
        <w:t>Аж раптом вдарили сніги.&lt;br /&gt;</w:t>
        <w:br/>
        <w:t>Гроза гуляла, кипариси била.&lt;br /&gt;</w:t>
        <w:br/>
        <w:t>І блискавка серед снігів, і грім&lt;br /&gt;</w:t>
        <w:br/>
        <w:t>На цвіт мигдалю і на перші бджоли.&lt;br /&gt;</w:t>
        <w:br/>
        <w:t>Коли одхекалась гроза,&lt;br /&gt;</w:t>
        <w:br/>
        <w:t>Сніги лежали, тихо танули.&lt;br /&gt;</w:t>
        <w:br/>
        <w:t>Дороги чорні протряхали першими,&lt;br /&gt;</w:t>
        <w:br/>
        <w:t>Нагріті сонцем вабили бджолу.&lt;br /&gt;</w:t>
        <w:br/>
        <w:t>І, знаджені асфальтовим теплом,&lt;br /&gt;</w:t>
        <w:br/>
        <w:t>Летіли бджоли і сідали вмерти.&lt;br /&gt;</w:t>
        <w:br/>
        <w:t>Машини їх душили мимохіть —&lt;br /&gt;</w:t>
        <w:br/>
        <w:t>Хіба машина та бджолу убачить!&lt;br /&gt;</w:t>
        <w:br/>
        <w:t>Аж раптом дві бабусі між машин&lt;br /&gt;</w:t>
        <w:br/>
        <w:t>Все по узбіччю туляться.&lt;br /&gt;</w:t>
        <w:br/>
        <w:t>Одна горбата,&lt;br /&gt;</w:t>
        <w:br/>
        <w:t>Кривенька друга,&lt;br /&gt;</w:t>
        <w:br/>
        <w:t>Перша подруга&lt;br /&gt;</w:t>
        <w:br/>
        <w:t>І друга подруга.&lt;br /&gt;</w:t>
        <w:br/>
        <w:t>Несуть пляшки здавати&lt;br /&gt;</w:t>
        <w:br/>
        <w:t>У гастроном побіля порту.&lt;br /&gt;</w:t>
        <w:br/>
        <w:t>Пляшки в авоськах дзеленькочуть&lt;br /&gt;</w:t>
        <w:br/>
        <w:t>І музикою все сказати хочуть:&lt;br /&gt;</w:t>
        <w:br/>
        <w:t>На бджіл не наступайте, люди!&lt;br /&gt;</w:t>
        <w:br/>
        <w:t>Бджоли, не наступайте на людей!&lt;br /&gt;</w:t>
        <w:br/>
        <w:t>Курортники співають біля моря,&lt;br /&gt;</w:t>
        <w:br/>
        <w:t>І двом бабусям весело удвох:&lt;br /&gt;</w:t>
        <w:br/>
        <w:t>— Як нині сонячно і гарно! —&lt;br /&gt;</w:t>
        <w:br/>
        <w:t>Одна горбата,&lt;br /&gt;</w:t>
        <w:br/>
        <w:t>Кривенька друга,&lt;br /&gt;</w:t>
        <w:br/>
        <w:t>Перша подруга&lt;br /&gt;</w:t>
        <w:br/>
        <w:t>І друга подруга.&lt;br /&gt;</w:t>
        <w:br/>
        <w:t>— Ось пляшки здамо, кагору купимо,&lt;br /&gt;</w:t>
        <w:br/>
        <w:t>А в тебе, Танько, ще півхека є,&lt;br /&gt;</w:t>
        <w:br/>
        <w:t>А в мене півхлібини, та закропимось,&lt;br /&gt;</w:t>
        <w:br/>
        <w:t>Ось на бджолу не наступи.&lt;br /&gt;</w:t>
        <w:br/>
        <w:t>Живенька ще, а ті подушені,&lt;br /&gt;</w:t>
        <w:br/>
        <w:t>Як гарно нині, сонце коло нас...—&lt;br /&gt;</w:t>
        <w:br/>
        <w:t>Старенькі, кривенькі, горбатенькі&lt;br /&gt;</w:t>
        <w:br/>
        <w:t>Дріботять поміж бджолами.&lt;br /&gt;</w:t>
        <w:br/>
        <w:t>Бджола на них теж&lt;br /&gt;</w:t>
        <w:br/>
        <w:t>Не наступить ніколи.&lt;br /&gt;</w:t>
        <w:br/>
        <w:t>А машини нічого не бачать,&lt;br /&gt;</w:t>
        <w:br/>
        <w:t>І їм не пробачать бджоли.&lt;br /&gt;</w:t>
        <w:br/>
        <w:t>Одна горбата,&lt;br /&gt;</w:t>
        <w:br/>
        <w:t>Кривенька друга,&lt;br /&gt;</w:t>
        <w:br/>
        <w:t>Перша подруга&lt;br /&gt;</w:t>
        <w:br/>
        <w:t>І друга подруга.&lt;br /&gt;</w:t>
        <w:br/>
        <w:t>Сміялись, реготали, були щасливі...&lt;br /&gt;</w:t>
        <w:br/>
        <w:t>А я, молодий, не горбатий і не кривий,&lt;br /&gt;</w:t>
        <w:br/>
        <w:t>Бджолу обминав, задушену і живу.&lt;br /&gt;</w:t>
        <w:br/>
        <w:t>Ридав, як проклятий, висміював щастя,&lt;br /&gt;</w:t>
        <w:br/>
        <w:t>Бо я був одночасно&lt;br /&gt;</w:t>
        <w:br/>
        <w:t>Машинами,&lt;br /&gt;</w:t>
        <w:br/>
        <w:t>Бджолами&lt;br /&gt;</w:t>
        <w:br/>
        <w:t>І тими двома каліками,&lt;br /&gt;</w:t>
        <w:br/>
        <w:t>Такими щасливими...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Люди, машини, бджоли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