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Літаки закрутяться, мов листя...</w:t>
      </w:r>
    </w:p>
    <w:p>
      <w:r>
        <w:br/>
        <w:t xml:space="preserve"> Літаки закрутяться, мов листя.&lt;br /&gt;</w:t>
        <w:br/>
        <w:t>Башти захитаються я падуть.&lt;br /&gt;</w:t>
        <w:br/>
        <w:t>Десь зі Сходу, з-поза передмістя&lt;br /&gt;</w:t>
        <w:br/>
        <w:t>Білим сонцем встане Страшний Суд.&lt;br /&gt;</w:t>
        <w:br/>
        <w:t>Євген Маланюк. "Візія",12.1.1933</w:t>
      </w:r>
    </w:p>
    <w:p>
      <w:r>
        <w:br/>
        <w:t>Не знати, божевільний чи пророк&lt;br /&gt;</w:t>
        <w:br/>
        <w:t>поетові підказує рядок,&lt;br /&gt;</w:t>
        <w:br/>
        <w:t>здавалося б, занадто патетичний....&lt;br /&gt;</w:t>
        <w:br/>
        <w:t>А на свій орбіті еліптичній,&lt;br /&gt;</w:t>
        <w:br/>
        <w:t>справляючи одвічний колобіг,&lt;br /&gt;</w:t>
        <w:br/>
        <w:t>планета наша, байдужа до книг,&lt;br /&gt;</w:t>
        <w:br/>
        <w:t>скажіть спасибі — досі терпить людство&lt;br /&gt;</w:t>
        <w:br/>
        <w:t>із схильністю його до самогубства...&lt;br /&gt;</w:t>
        <w:br/>
        <w:t>Тим часом пролунав уже глагол —&lt;br /&gt;</w:t>
        <w:br/>
        <w:t>пророцтво, сновидіння, протокол —&lt;br /&gt;</w:t>
        <w:br/>
        <w:t>і от поет, скоцюрбившись од болю,&lt;br /&gt;</w:t>
        <w:br/>
        <w:t>із криком випуска його на волю,&lt;br /&gt;</w:t>
        <w:br/>
        <w:t>не знаючи, проте, коли і де&lt;br /&gt;</w:t>
        <w:br/>
        <w:t>настане апокаліпсичний день...&lt;br /&gt;</w:t>
        <w:br/>
        <w:t>...Нью-Йорк, Велике Яблуко, невже&lt;br /&gt;</w:t>
        <w:br/>
        <w:t>твоя трагедія привиділась поету?&lt;br /&gt;</w:t>
        <w:br/>
        <w:t>О ці слова, яких ніхто не чує,&lt;br /&gt;</w:t>
        <w:br/>
        <w:t>пророцтва, що збуваються колись,&lt;br /&gt;</w:t>
        <w:br/>
        <w:t>як таємничі візії Біблійні...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Літаки закрутяться, мов листя...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