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Літаючий острів</w:t>
      </w:r>
    </w:p>
    <w:p>
      <w:r>
        <w:br/>
        <w:t xml:space="preserve"> Було це в Одесі, де море, коти, горобці,&lt;br /&gt;</w:t>
        <w:br/>
        <w:t>Де діти сміялись і плавились пляжі від млості,&lt;br /&gt;</w:t>
        <w:br/>
        <w:t>На дальній алеї збивались затяті курці&lt;br /&gt;</w:t>
        <w:br/>
        <w:t>І щось гомоніли про дикий літаючий острів&lt;br /&gt;</w:t>
        <w:br/>
        <w:t>Самотніх жінок… Неабияка то дивина.&lt;br /&gt;</w:t>
        <w:br/>
        <w:t>Хтось чув, хтось бував, ну а хтось заперечував вперто.&lt;br /&gt;</w:t>
        <w:br/>
        <w:t>У зарослі безу летіли пляшки з-під вина,&lt;br /&gt;</w:t>
        <w:br/>
        <w:t>І вітер розносив по світу порожні конверти.</w:t>
      </w:r>
    </w:p>
    <w:p>
      <w:r>
        <w:br/>
        <w:t>Було це в Одесі. Котеджі втискались в пісок,&lt;br /&gt;</w:t>
        <w:br/>
        <w:t>До ночі крутився зіпсутий старий телевізор,&lt;br /&gt;</w:t>
        <w:br/>
        <w:t>Бабусі в’язали, забившись у темний куток,&lt;br /&gt;</w:t>
        <w:br/>
        <w:t>Смутні поетеси листали дивани Хафіза.&lt;br /&gt;</w:t>
        <w:br/>
        <w:t>Літали дітиська, мов пух золотавих кульбаб,&lt;br /&gt;</w:t>
        <w:br/>
        <w:t>Стихали розмови. І знову соталися ниті.&lt;br /&gt;</w:t>
        <w:br/>
        <w:t>Шумів над обривом зірками розцвічений граб,&lt;br /&gt;</w:t>
        <w:br/>
        <w:t>І хвилі на берег кидались, мов риби сердиті.</w:t>
      </w:r>
    </w:p>
    <w:p>
      <w:r>
        <w:br/>
        <w:t>Розбитим асфальтом дзвеніли легкі каблучки,&lt;br /&gt;</w:t>
        <w:br/>
        <w:t>На довгій мотузці метлялися сукні препишні.&lt;br /&gt;</w:t>
        <w:br/>
        <w:t>І бакени квітли, немов фантастичні свічки,&lt;br /&gt;</w:t>
        <w:br/>
        <w:t>І юна співачка ридала над втраченим щастям. Колишнім.&lt;br /&gt;</w:t>
        <w:br/>
        <w:t>А потім… А потім той острів у небо злітав.&lt;br /&gt;</w:t>
        <w:br/>
        <w:t>На нім оживали чудні міражі і фантоми.&lt;br /&gt;</w:t>
        <w:br/>
        <w:t>Назад, у минуле, крутилися швидко літа,&lt;br /&gt;</w:t>
        <w:br/>
        <w:t>Й минуле зникало у чорнім безсоннім розломі.</w:t>
      </w:r>
    </w:p>
    <w:p>
      <w:r>
        <w:br/>
        <w:t>А привиди йшли усе швидше і швидше. Дзигар&lt;br /&gt;</w:t>
        <w:br/>
        <w:t>Роздмухував час, мов сухе розфарбоване пір"я.&lt;br /&gt;</w:t>
        <w:br/>
        <w:t>І ніч застигала, немов чорноморська смага&lt;br /&gt;</w:t>
        <w:br/>
        <w:t>На зірваній з себе, важкій, зачарованій шкірі.&lt;br /&gt;</w:t>
        <w:br/>
        <w:t>Летіли машини. Заклято мовчав телефон.&lt;br /&gt;</w:t>
        <w:br/>
        <w:t>Обходили острів одеські сумні листоноші.&lt;br /&gt;</w:t>
        <w:br/>
        <w:t>Хитався на вітрі старий дерев’яний балкон,&lt;br /&gt;</w:t>
        <w:br/>
        <w:t>Хтось хлипав на ліжку: кінчалась відпустка і гроші.</w:t>
      </w:r>
    </w:p>
    <w:p>
      <w:r>
        <w:br/>
        <w:t>Було це в Одесі. А може деінде. Й не так.&lt;br /&gt;</w:t>
        <w:br/>
        <w:t>Та виріс, та виплив, отак непомітно і просто.&lt;br /&gt;</w:t>
        <w:br/>
        <w:t>Хтось мчав на вокзали, торби забивав у літак,&lt;br /&gt;</w:t>
        <w:br/>
        <w:t>А потім трамваї. І знову – літаючий острів&lt;br /&gt;</w:t>
        <w:br/>
        <w:t>Самотніх жінок… Там на кожній трагічна печать&lt;br /&gt;</w:t>
        <w:br/>
        <w:t>Колишнього щастя, і відсвіт колишньої вроди.&lt;br /&gt;</w:t>
        <w:br/>
        <w:t>І там не чекають нікого, а дивляться в море, й мовчать,&lt;br /&gt;</w:t>
        <w:br/>
        <w:t>І сиплють, і сиплють пісок прибережний у воду…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Літаючий острів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