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Літаюча голова</w:t>
      </w:r>
    </w:p>
    <w:p>
      <w:r>
        <w:br/>
        <w:t xml:space="preserve"> ВОНА ПІДНІМАЄТЬСЯ, ЯК ГОЛОВА,&lt;br /&gt;</w:t>
        <w:br/>
        <w:t>відрубана голова волоцюги.&lt;br /&gt;</w:t>
        <w:br/>
        <w:t>Вона промовляє уперше, і вдруге,&lt;br /&gt;</w:t>
        <w:br/>
        <w:t>і втретє свої потойбічні слова:&lt;br /&gt;</w:t>
        <w:br/>
        <w:t>Я ЛІТАЮЧА ГОЛОВА!&lt;br /&gt;</w:t>
        <w:br/>
        <w:t>Над юрмищем площі нависло навскіс&lt;br /&gt;</w:t>
        <w:br/>
        <w:t>її всевидюще летюче бароко.&lt;br /&gt;</w:t>
        <w:br/>
        <w:t>Кров гусне в повітрі, розчахнутий зріз&lt;br /&gt;</w:t>
        <w:br/>
        <w:t>тінь відкидає, важку і глибоку:&lt;br /&gt;</w:t>
        <w:br/>
        <w:t>Я ЛІТАЮЧА ГОЛОВА!&lt;br /&gt;</w:t>
        <w:br/>
        <w:t>Сокира невидима в місто ввійшла,&lt;br /&gt;</w:t>
        <w:br/>
        <w:t>стягнути з помостів тіла безголові,&lt;br /&gt;</w:t>
        <w:br/>
        <w:t>роззяви напились дешевої крові,&lt;br /&gt;</w:t>
        <w:br/>
        <w:t>та зішкребе слід іржавий з чола&lt;br /&gt;</w:t>
        <w:br/>
        <w:t>ПРИВИД ЛІТАЮЧА ГОЛОВА!&lt;br /&gt;</w:t>
        <w:br/>
        <w:t>Жереш мелодрами телевізійні?&lt;br /&gt;</w:t>
        <w:br/>
        <w:t>Ти розглядаєш драконів за склом!&lt;br /&gt;</w:t>
        <w:br/>
        <w:t>Стіну тобі проламає чолом&lt;br /&gt;</w:t>
        <w:br/>
        <w:t>ожила куля з Оркестру Фелліні —&lt;br /&gt;</w:t>
        <w:br/>
        <w:t>Я ЛІТАЮЧА ГОЛОВА!&lt;br /&gt;</w:t>
        <w:br/>
        <w:t>Запам'ятай, не сховатись ніде!&lt;br /&gt;</w:t>
        <w:br/>
        <w:t>Площа приходить у схови, площа!&lt;br /&gt;</w:t>
        <w:br/>
        <w:t>Бруківку темну свято полоще&lt;br /&gt;</w:t>
        <w:br/>
        <w:t>і в Реберітаційне небо гряде&lt;br /&gt;</w:t>
        <w:br/>
        <w:t>МАСКА — ЛІТАЮЧА ГОЛОВА&lt;br /&gt;</w:t>
        <w:br/>
        <w:t>Я ЛІТАЮЧА ГОЛОВА&lt;br /&gt;</w:t>
        <w:br/>
        <w:t>Я ГО ЛОВА ЛІТА&lt;br /&gt;</w:t>
        <w:br/>
        <w:t>ЮЧА ГОЛО ВАЯ&lt;br /&gt;</w:t>
        <w:br/>
        <w:t>ЧАГОЛО Ю АЯ&lt;br /&gt;</w:t>
        <w:br/>
        <w:t>АО А 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Літаюча голова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