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матері</w:t>
      </w:r>
    </w:p>
    <w:p>
      <w:r>
        <w:br/>
        <w:t xml:space="preserve"> Чи жива ти, рідна і єдина?&lt;br /&gt;</w:t>
        <w:br/>
        <w:t>Ще живий, тебе вітає син.&lt;br /&gt;</w:t>
        <w:br/>
        <w:t>Хай твою, матусенько, хатину&lt;br /&gt;</w:t>
        <w:br/>
        <w:t>Осяває вечорова синь.</w:t>
      </w:r>
    </w:p>
    <w:p>
      <w:r>
        <w:br/>
        <w:t>Чув, що ти, тамуючи тривогу,&lt;br /&gt;</w:t>
        <w:br/>
        <w:t>Думаєш про мене ночі й дні,&lt;br /&gt;</w:t>
        <w:br/>
        <w:t>Що ти часто ходиш на дорогу&lt;br /&gt;</w:t>
        <w:br/>
        <w:t>В старомоднім ветхім шушуні.</w:t>
      </w:r>
    </w:p>
    <w:p>
      <w:r>
        <w:br/>
        <w:t>І тобі при тихому смерканні&lt;br /&gt;</w:t>
        <w:br/>
        <w:t>Пропікає серце гострий щем,&lt;br /&gt;</w:t>
        <w:br/>
        <w:t>Ніби хтось в кабацькій бійці п'яній&lt;br /&gt;</w:t>
        <w:br/>
        <w:t>Мені в груди садонув ножем.</w:t>
      </w:r>
    </w:p>
    <w:p>
      <w:r>
        <w:br/>
        <w:t>Ой, нічого, моя люба нене.&lt;br /&gt;</w:t>
        <w:br/>
        <w:t>Ти забудь уяви чорну гру,&lt;br /&gt;</w:t>
        <w:br/>
        <w:t>Ще ж не все прогуляне у мене,&lt;br /&gt;</w:t>
        <w:br/>
        <w:t>Тож тебе не бачивши, не вмру.</w:t>
      </w:r>
    </w:p>
    <w:p>
      <w:r>
        <w:br/>
        <w:t>Я такий же ніжний, як раніше,&lt;br /&gt;</w:t>
        <w:br/>
        <w:t>Й маю думку в серці молодім,&lt;br /&gt;</w:t>
        <w:br/>
        <w:t>Щоб забуть бентежну тугу й вірші&lt;br /&gt;</w:t>
        <w:br/>
        <w:t>Й повернутись в наш низенький дім.</w:t>
      </w:r>
    </w:p>
    <w:p>
      <w:r>
        <w:br/>
        <w:t>Я вернусь, як сад у розквітанні&lt;br /&gt;</w:t>
        <w:br/>
        <w:t>Буде прагнуть сонця й висоти,&lt;br /&gt;</w:t>
        <w:br/>
        <w:t>Не буди мене лиш на світанні,&lt;br /&gt;</w:t>
        <w:br/>
        <w:t>Як, було, колись будила ти.</w:t>
      </w:r>
    </w:p>
    <w:p>
      <w:r>
        <w:br/>
        <w:t>Не буди одмріяного нині,&lt;br /&gt;</w:t>
        <w:br/>
        <w:t>Не хвилюй того, що не збулось.&lt;br /&gt;</w:t>
        <w:br/>
        <w:t>Дуже рано вся душа в болінні,&lt;br /&gt;</w:t>
        <w:br/>
        <w:t>Рано втрат зазнати довелось.</w:t>
      </w:r>
    </w:p>
    <w:p>
      <w:r>
        <w:br/>
        <w:t>І не вчи мене молитись Богу —&lt;br /&gt;</w:t>
        <w:br/>
        <w:t>До минулого немає ж вороття.&lt;br /&gt;</w:t>
        <w:br/>
        <w:t>Ти одна відрада й допомога,&lt;br /&gt;</w:t>
        <w:br/>
        <w:t>Ти єдиний промінець життя.</w:t>
      </w:r>
    </w:p>
    <w:p>
      <w:r>
        <w:br/>
        <w:t>Тож забудь свою нудьгу й тривогу,&lt;br /&gt;</w:t>
        <w:br/>
        <w:t>Я — з'явлюсь, прийду не лиш у сні.&lt;br /&gt;</w:t>
        <w:br/>
        <w:t>Не ходи так часто на дорогу&lt;br /&gt;</w:t>
        <w:br/>
        <w:t>В старомоднім ветхім шушуні.</w:t>
      </w:r>
    </w:p>
    <w:p>
      <w:r>
        <w:br/>
        <w:t>* * *</w:t>
      </w:r>
    </w:p>
    <w:p>
      <w:r>
        <w:br/>
        <w:t>Сергій Єсенін&lt;br /&gt;</w:t>
        <w:br/>
        <w:t>Лист до матері</w:t>
      </w:r>
    </w:p>
    <w:p>
      <w:r>
        <w:br/>
        <w:t>Перекладач: К.Дрок&lt;br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Ти жива іще, моя старенька?&lt;br /&gt;</w:t>
        <w:br/>
        <w:t>Шлю тобі я ніжний свій привіт.&lt;br /&gt;</w:t>
        <w:br/>
        <w:t>Хай завжди в твоє віконце, ненько,&lt;br /&gt;</w:t>
        <w:br/>
        <w:t>Вечоровий сяє небозвід.&lt;br /&gt;</w:t>
        <w:br/>
        <w:t>Пишуть — ти, ховаючи тривогу,&lt;br /&gt;</w:t>
        <w:br/>
        <w:t>Журишся за мною цілі дні.&lt;br /&gt;</w:t>
        <w:br/>
        <w:t>Що ти часто ходиш на дорогу&lt;br /&gt;</w:t>
        <w:br/>
        <w:t>У старім, потертім шушуні.&lt;br /&gt;</w:t>
        <w:br/>
        <w:t>І тобі щовечора спокою&lt;br /&gt;</w:t>
        <w:br/>
        <w:t>Не дають думки одні і ті ж —&lt;br /&gt;</w:t>
        <w:br/>
        <w:t>Ніби хтось мені із перепою&lt;br /&gt;</w:t>
        <w:br/>
        <w:t>Увігнав під серце фінський ніж.&lt;br /&gt;</w:t>
        <w:br/>
        <w:t>Та нічого, рідна, вгомонися&lt;br /&gt;</w:t>
        <w:br/>
        <w:t>Й не тужи в світання голубе.&lt;br /&gt;</w:t>
        <w:br/>
        <w:t>Не такий-бо я гіркий п'яниця,&lt;br /&gt;</w:t>
        <w:br/>
        <w:t>Щоб помер, не бачивши тебе.&lt;br /&gt;</w:t>
        <w:br/>
        <w:t>Я такий же мрійний, як раніше,&lt;br /&gt;</w:t>
        <w:br/>
        <w:t>Й думаю у мороці нічнім,&lt;br /&gt;</w:t>
        <w:br/>
        <w:t>Щоб від туги лютої скоріше&lt;br /&gt;</w:t>
        <w:br/>
        <w:t>Повернутися в наш тихий дім.&lt;br /&gt;</w:t>
        <w:br/>
        <w:t>Я вернусь, коли розкине віти&lt;br /&gt;</w:t>
        <w:br/>
        <w:t>Сад весняний в білому диму.&lt;br /&gt;</w:t>
        <w:br/>
        <w:t>Лиш мене уранці не буди ти,&lt;br /&gt;</w:t>
        <w:br/>
        <w:t>Як бувало, вісім літ тому.&lt;br /&gt;</w:t>
        <w:br/>
        <w:t>Не хвилюй того, що серце гріє,&lt;br /&gt;</w:t>
        <w:br/>
        <w:t>Не тривож того, що в забутті.&lt;br /&gt;</w:t>
        <w:br/>
        <w:t>Дуже рано втратив я надії,&lt;br /&gt;</w:t>
        <w:br/>
        <w:t>Рано втому звідав на путі.&lt;br /&gt;</w:t>
        <w:br/>
        <w:t>І молитись не давай поради, —&lt;br /&gt;</w:t>
        <w:br/>
        <w:t>Загубився до старого слід.&lt;br /&gt;</w:t>
        <w:br/>
        <w:t>Ти одна в житті моїм відрада,&lt;br /&gt;</w:t>
        <w:br/>
        <w:t>Ти єдина — сяйво юних літ.&lt;br /&gt;</w:t>
        <w:br/>
        <w:t>Тож забудь ти про свою тривогу,&lt;br /&gt;</w:t>
        <w:br/>
        <w:t>Не сумуй за мною цілі дні;&lt;br /&gt;</w:t>
        <w:br/>
        <w:t>Не ходи так часто на дорогу&lt;br /&gt;</w:t>
        <w:br/>
        <w:t>У старім, потертім шушуні.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