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моїх читачів</w:t>
      </w:r>
    </w:p>
    <w:p>
      <w:r>
        <w:br/>
        <w:t xml:space="preserve"> &lt;blockquote&gt;&lt;p&gt;И с каждой осенью я расцветаю вновь...</w:t>
      </w:r>
    </w:p>
    <w:p>
      <w:r>
        <w:br/>
        <w:t>Легко и радостно играет в сердце кровь,</w:t>
      </w:r>
    </w:p>
    <w:p>
      <w:r>
        <w:br/>
        <w:t>Желания кипят — я снова счастлив, молод,</w:t>
      </w:r>
    </w:p>
    <w:p>
      <w:r>
        <w:br/>
        <w:t>Я снова жизни полн...</w:t>
      </w:r>
    </w:p>
    <w:p>
      <w:r>
        <w:br/>
        <w:t>А. Пушкин</w:t>
      </w:r>
    </w:p>
    <w:p>
      <w:r>
        <w:br/>
      </w:r>
    </w:p>
    <w:p>
      <w:r>
        <w:br/>
        <w:t>Згадуючи осінь, я завжди пригадую такий малюночок. Ясне осіннє небо. Перший морозець і... "отдаленные седой зимы угро-зы"... Під дверима дзвенить земля од тупотіння, а повітря — од гомону. В кімнату впихається цілий гурт шкільної молоді: граб-лями — руки, калиною — щоки і іскрами — очі. Прибігли з лісу. В кі-мнаті потемно. В грубці — гора золотого жару, дихає запашним те-плом. Одпихаючи одно одного, з сміхом і гомоном товпляться до грубки... Ось одна, пробуючи рукою комин, гукає в захопленні: "А гарячий!" — і потім на ухо подрузі щось прошепотіла лукаво, од чого подруга зашарілася... Я все ж почув, швидше одгадав те лу-каве шепотіння-жарт: "Отакі в Панасика щоки". — "А ти звідки знаєш?" — сміючись, і дивуючись, і шаріючи рум’янцем, підозріло питає подруга.</w:t>
      </w:r>
    </w:p>
    <w:p>
      <w:r>
        <w:br/>
        <w:t>Чи є тут хоч тінь осіннього суму?</w:t>
      </w:r>
    </w:p>
    <w:p>
      <w:r>
        <w:br/>
        <w:t>Ні, я ніскільки не соромлюсь і не вагаюся назвати осінь найлю-бішою мені в рокові добою, ні крихти не вагаюся, бо в цій моїй любові до неї і тіні немає тієї зневіри чи того чорного смутку, що їх завжди чогось сполучають із цією, в дійсності життєдайною, частиною року.</w:t>
      </w:r>
    </w:p>
    <w:p>
      <w:r>
        <w:br/>
        <w:t>Люблю я осінь за те, що навіває вона, як ніяка пора інша, стру-мені творчої енергії, що все те найкраще, що робилося і що зроб-лено мною, робив я цією порою.</w:t>
      </w:r>
    </w:p>
    <w:p>
      <w:r>
        <w:br/>
        <w:t>Люблю я її і за те, що, коли опадає в саду пожовкле листя — ця довчасна примарна краса його,— ночами крізь голе, обшарпане гілля стають видніші довічні зорі, ще глибші, ще ясніші, а в лю-дей спадає з очей полуда і прокидаються ті здорові думки, які дрімали в голові чадної весни та млосного літа.</w:t>
      </w:r>
    </w:p>
    <w:p>
      <w:r>
        <w:br/>
        <w:t>Хмарне небо?.. Негода?.. Дощ?..</w:t>
      </w:r>
    </w:p>
    <w:p>
      <w:r>
        <w:br/>
        <w:t>Ще малого вабила мене осінь тими жаркими терновими огня-ми, височенними, кучерявими, тріскучими, що ми, сільські пас-тушата, розкладали в полі холодного, похмурого ранку з сухого картоплиння. А скільки радощів, молодих надій бринить в тому галасливому ярмарку, що осінніми днями гуде в тумані коло різ-них шкіл, бризкаючи на проходящих живою, цілющою водою! А вечори!</w:t>
      </w:r>
    </w:p>
    <w:p>
      <w:r>
        <w:br/>
        <w:t>А вечори.</w:t>
      </w:r>
    </w:p>
    <w:p>
      <w:r>
        <w:br/>
        <w:t>Погляньте на ці осінні на заході сонця вечорові хмари — це ж те-атр живий: скільки фарб, скільки руху! Скільки огню! Гляньте — як легко на очах перебудувалися ці хмари на довгу валку споло-ханих символів-тіней, символів бурхливих днів. Ось були кам’яні стіни, а ось уже, дивишся, вихитуються балагули, скарбом доро-гим навантажені, а коло їх люди: попригиналися, панічно женуть коней, мчать, скільки є духу, не видно звідки і куди — невідомо...</w:t>
      </w:r>
    </w:p>
    <w:p>
      <w:r>
        <w:br/>
        <w:t>Мальовані човни, а в їх...— гляньте — закутані панни, за ними блискучі пливуть лицарі-верховні... Усе лине, усе мчить, ніби тая несе його повідь... Одне одного попереджає, і, вчепивши, одне од-ного перекидає в безодню... А над ними... Гляньте, що діється, що діється: бані на церквах хитаються, валяться мури, в порох роз-сипаються башти, дворці й палаци... світ валиться! Старий світ іде на руїну!..</w:t>
      </w:r>
    </w:p>
    <w:p>
      <w:r>
        <w:br/>
        <w:t>...І за коротку мить — скільки грандіозних картин промайне пе-ред зачарованими очима, розбуджуючи сонну думку хвилюючи кров!</w:t>
      </w:r>
    </w:p>
    <w:p>
      <w:r>
        <w:br/>
        <w:t>Кому вони повинні нагнати сумні настрої? Тільки не вам, ша-новні мої читачі. Правда, осінь чарує мене й тими смут-ками, ко-ли разками намиста одлітають журавлі в ірій, одно-сять за моря наші роки, коли в холодному, ясному осінньому небі і вдень, і вночі повно їхнього плачу, німого, стриманого, ніби вони кри-шать там гаряче каміння: крру! крру!.. "Нащо літа пускаєш мар-но?.."</w:t>
      </w:r>
    </w:p>
    <w:p>
      <w:r>
        <w:br/>
        <w:t>Я не боюся з цього скувати собі іноді коротке свято смутку. Бо що таке цей мій смуток? Це той животворчий дощик, що в спеку освіжає сухую землю, це той свіжий вітрець, що продимає очі, як жарини, що прохолоджує гаряче обличчя, що глибше роздимає в серці огонь творчий, любов до вільного, радісного життя. Огонь щирості і правди — завзяття...</w:t>
      </w:r>
    </w:p>
    <w:p>
      <w:r>
        <w:br/>
        <w:t>Ні, випускаючи збірку своїх осінніх новел, я зовсім не турбуюся за те, що вони навіють, комусь із вас, дорогії мої читачі, занепадні настрої чи пригасять у когось жагу до боротьби: в кого буйно за-гориться любов до ясного життя, той знайде зброю, щоб люто боронити його од чорних хижаків, од того чорного, смертельного суму, що віють на нас вони своїми хижими крилами.</w:t>
      </w:r>
    </w:p>
    <w:p>
      <w:r>
        <w:br/>
        <w:t>Знайде зброю, знайде й шлях.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моїх читачів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