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Деві, поета-побратима</w:t>
      </w:r>
    </w:p>
    <w:p>
      <w:r>
        <w:br/>
        <w:t xml:space="preserve"> Лист до Деві, поета-побратима</w:t>
      </w:r>
    </w:p>
    <w:p>
      <w:r>
        <w:br/>
        <w:t>Коли з Бен Ломонда кура&lt;br /&gt;</w:t>
        <w:br/>
        <w:t>Нам снігом двері підпира&lt;br /&gt;</w:t>
        <w:br/>
        <w:t>Й висвистує над садом,&lt;br /&gt;</w:t>
        <w:br/>
        <w:t>Тоді, схилившись при вогні,&lt;br /&gt;</w:t>
        <w:br/>
        <w:t>Я прості віршики свої&lt;br /&gt;</w:t>
        <w:br/>
        <w:t>Складаю рідним ладом.&lt;br /&gt;</w:t>
        <w:br/>
        <w:t>Як завірюха в хату б'є,&lt;br /&gt;</w:t>
        <w:br/>
        <w:t>I сніг на комин пада,&lt;br /&gt;</w:t>
        <w:br/>
        <w:t>Тоді в душі моїй встає&lt;br /&gt;</w:t>
        <w:br/>
        <w:t>На багачів досада.&lt;br /&gt;</w:t>
        <w:br/>
        <w:t>Не так за розкоші,&lt;br /&gt;</w:t>
        <w:br/>
        <w:t>За вогнище ясне,-&lt;br /&gt;</w:t>
        <w:br/>
        <w:t>Ні, гордість вельможі&lt;br /&gt;</w:t>
        <w:br/>
        <w:t>Найбільше злить мене!</w:t>
      </w:r>
    </w:p>
    <w:p>
      <w:r>
        <w:br/>
        <w:t>Як не піддатись думці злій,&lt;br /&gt;</w:t>
        <w:br/>
        <w:t>Коли подивишся, в якій&lt;br /&gt;</w:t>
        <w:br/>
        <w:t>Нерівності живем ми!&lt;br /&gt;</w:t>
        <w:br/>
        <w:t>Як гірко кращим серед нас —&lt;br /&gt;</w:t>
        <w:br/>
        <w:t>I у якім добрі весь час&lt;br /&gt;</w:t>
        <w:br/>
        <w:t>Купаються нікчеми!&lt;br /&gt;</w:t>
        <w:br/>
        <w:t>Та, Деві голубе, журбі&lt;br /&gt;</w:t>
        <w:br/>
        <w:t>Не піддавайся дуже:&lt;br /&gt;</w:t>
        <w:br/>
        <w:t>Поки здорові, хліб собі&lt;br /&gt;</w:t>
        <w:br/>
        <w:t>Ми роздобудем, друже!&lt;br /&gt;</w:t>
        <w:br/>
        <w:t>I старість нужденна&lt;br /&gt;</w:t>
        <w:br/>
        <w:t>Хай Деві не ляка:&lt;br /&gt;</w:t>
        <w:br/>
        <w:t>Найгірше, що жде нас,&lt;br /&gt;</w:t>
        <w:br/>
        <w:t>Це торба жебрака!</w:t>
      </w:r>
    </w:p>
    <w:p>
      <w:r>
        <w:br/>
        <w:t>Спать у цегельнях і хлівах,&lt;br /&gt;</w:t>
        <w:br/>
        <w:t>Як стигне кров і біль в кістках,&lt;br /&gt;</w:t>
        <w:br/>
        <w:t>Це лихо, що й казати;&lt;br /&gt;</w:t>
        <w:br/>
        <w:t>Та, Деві, навіть і тоді&lt;br /&gt;</w:t>
        <w:br/>
        <w:t>Хвилини щастя золоті&lt;br /&gt;</w:t>
        <w:br/>
        <w:t>Ми можемо зазнати.&lt;br /&gt;</w:t>
        <w:br/>
        <w:t>Бо серце чесне, де й сліда&lt;br /&gt;</w:t>
        <w:br/>
        <w:t>Підступності немає,&lt;br /&gt;</w:t>
        <w:br/>
        <w:t>Яка б не трапилась біда,&lt;br /&gt;</w:t>
        <w:br/>
        <w:t>Усе перемагає!&lt;br /&gt;</w:t>
        <w:br/>
        <w:t>Хоч будеш ніщо ти,&lt;br /&gt;</w:t>
        <w:br/>
        <w:t>Та, друже мій, зате —&lt;br /&gt;</w:t>
        <w:br/>
        <w:t>Хто збувся турботи,&lt;br /&gt;</w:t>
        <w:br/>
        <w:t>Той нижче не впаде.</w:t>
      </w:r>
    </w:p>
    <w:p>
      <w:r>
        <w:br/>
        <w:t>I хоч, подібно до птахів,&lt;br /&gt;</w:t>
        <w:br/>
        <w:t>Не розбираючи шляхів,&lt;br /&gt;</w:t>
        <w:br/>
        <w:t>Блукатимем у світі,&lt;br /&gt;</w:t>
        <w:br/>
        <w:t>Та велич гір, потоків грім,&lt;br /&gt;</w:t>
        <w:br/>
        <w:t>Краса долин і рік — усім&lt;br /&gt;</w:t>
        <w:br/>
        <w:t>Однаково відкриті.&lt;br /&gt;</w:t>
        <w:br/>
        <w:t>Як стокротки обстануть шлях&lt;br /&gt;</w:t>
        <w:br/>
        <w:t>I в лісі дрозд озветься,&lt;br /&gt;</w:t>
        <w:br/>
        <w:t>В нас чесна радість у серцях,&lt;br /&gt;</w:t>
        <w:br/>
        <w:t>Як море, розіллється.&lt;br /&gt;</w:t>
        <w:br/>
        <w:t>Як схочем, то збочим,&lt;br /&gt;</w:t>
        <w:br/>
        <w:t>Де-небудь під кущем&lt;br /&gt;</w:t>
        <w:br/>
        <w:t>Присядем, рим знайдем —&lt;br /&gt;</w:t>
        <w:br/>
        <w:t>I пісню розпочнем.</w:t>
      </w:r>
    </w:p>
    <w:p>
      <w:r>
        <w:br/>
        <w:t>Не титули і не герби,&lt;br /&gt;</w:t>
        <w:br/>
        <w:t>Не банків лондонських скарби —&lt;br /&gt;</w:t>
        <w:br/>
        <w:t>Зарука щастя й миру;&lt;br /&gt;</w:t>
        <w:br/>
        <w:t>Ні, не гонитва за добром,&lt;br /&gt;</w:t>
        <w:br/>
        <w:t>Не книги й докторський диплом&lt;br /&gt;</w:t>
        <w:br/>
        <w:t>Дають утіху щиру:&lt;br /&gt;</w:t>
        <w:br/>
        <w:t>Як глибоко в душі своїй&lt;br /&gt;</w:t>
        <w:br/>
        <w:t>Ти щастя не плекаєш,&lt;br /&gt;</w:t>
        <w:br/>
        <w:t>Будь ти мудрець, будь багатій,&lt;br /&gt;</w:t>
        <w:br/>
        <w:t>Ти щастя не зазнаєш.&lt;br /&gt;</w:t>
        <w:br/>
        <w:t>Не гроші й розкоші&lt;br /&gt;</w:t>
        <w:br/>
        <w:t>Щасливлять людський вік —&lt;br /&gt;</w:t>
        <w:br/>
        <w:t>Із серця нам ллється&lt;br /&gt;</w:t>
        <w:br/>
        <w:t>I втіх, і сліз потік.</w:t>
      </w:r>
    </w:p>
    <w:p>
      <w:r>
        <w:br/>
        <w:t>Ти думаєш, таким, як ми,&lt;br /&gt;</w:t>
        <w:br/>
        <w:t>Що в полі трудяться до тьми,&lt;br /&gt;</w:t>
        <w:br/>
        <w:t>Приречені на злидні,&lt;br /&gt;</w:t>
        <w:br/>
        <w:t>Дається з неба менше втіх,&lt;br /&gt;</w:t>
        <w:br/>
        <w:t>Ніж гордим лордам, для яких&lt;br /&gt;</w:t>
        <w:br/>
        <w:t>Ми й погляду не гідні?&lt;br /&gt;</w:t>
        <w:br/>
        <w:t>Поглянь, як часто їх пиха&lt;br /&gt;</w:t>
        <w:br/>
        <w:t>Створіння гнобить божі,&lt;br /&gt;</w:t>
        <w:br/>
        <w:t>I як до бешкету й гріха&lt;br /&gt;</w:t>
        <w:br/>
        <w:t>Штовхають їх розкоші!&lt;br /&gt;</w:t>
        <w:br/>
        <w:t>Їм неба не треба,&lt;br /&gt;</w:t>
        <w:br/>
        <w:t>Їм пекло ніпочім:&lt;br /&gt;</w:t>
        <w:br/>
        <w:t>В пияцтві, лайдацтві&lt;br /&gt;</w:t>
        <w:br/>
        <w:t>Усе абищо їм!</w:t>
      </w:r>
    </w:p>
    <w:p>
      <w:r>
        <w:br/>
        <w:t>Тож не занурюйся в одчай&lt;br /&gt;</w:t>
        <w:br/>
        <w:t>I тугою не применшай&lt;br /&gt;</w:t>
        <w:br/>
        <w:t>Свого добра малого!&lt;br /&gt;</w:t>
        <w:br/>
        <w:t>А прийде лихо — що ж, воно&lt;br /&gt;</w:t>
        <w:br/>
        <w:t>Зі мною знається давно,&lt;br /&gt;</w:t>
        <w:br/>
        <w:t>Я вдячний і за нього.&lt;br /&gt;</w:t>
        <w:br/>
        <w:t>Воно гартує змалку нас&lt;br /&gt;</w:t>
        <w:br/>
        <w:t>I вчить себе пізнати,&lt;br /&gt;</w:t>
        <w:br/>
        <w:t>Любити правду без прикрас,&lt;br /&gt;</w:t>
        <w:br/>
        <w:t>Зле й добре одрізняти.&lt;br /&gt;</w:t>
        <w:br/>
        <w:t>Хоч надто тяжкі ті&lt;br /&gt;</w:t>
        <w:br/>
        <w:t>Уроки нам, дарма:&lt;br /&gt;</w:t>
        <w:br/>
        <w:t>Науки у світі&lt;br /&gt;</w:t>
        <w:br/>
        <w:t>Ціннішої нема!</w:t>
      </w:r>
    </w:p>
    <w:p>
      <w:r>
        <w:br/>
        <w:t>Послухай, щирий друже мій!&lt;br /&gt;</w:t>
        <w:br/>
        <w:t>(Ні, не облесник, не хвалій&lt;br /&gt;</w:t>
        <w:br/>
        <w:t>Тобі рядки ці пише!)&lt;br /&gt;</w:t>
        <w:br/>
        <w:t>I в нас у світі щастя є,&lt;br /&gt;</w:t>
        <w:br/>
        <w:t>Якого й злото не дає,&lt;br /&gt;</w:t>
        <w:br/>
        <w:t>Найкраще, найсвятіше!&lt;br /&gt;</w:t>
        <w:br/>
        <w:t>Утіха серця і душі,&lt;br /&gt;</w:t>
        <w:br/>
        <w:t>Любові й дружби знада.&lt;br /&gt;</w:t>
        <w:br/>
        <w:t>У тебе Мег, а в мене Джін&lt;br /&gt;</w:t>
        <w:br/>
        <w:t>Мій рай, моя відрада!&lt;br /&gt;</w:t>
        <w:br/>
        <w:t>Я враз оживаю,&lt;br /&gt;</w:t>
        <w:br/>
        <w:t>Лиш назову ім'я!&lt;br /&gt;</w:t>
        <w:br/>
        <w:t>Щасливий без краю,&lt;br /&gt;</w:t>
        <w:br/>
        <w:t>Увесь палаю я!</w:t>
      </w:r>
    </w:p>
    <w:p>
      <w:r>
        <w:br/>
        <w:t>Небесні сили! Ти, що сам&lt;br /&gt;</w:t>
        <w:br/>
        <w:t>Любов єси! Моїм словам&lt;br /&gt;</w:t>
        <w:br/>
        <w:t>Повіриш-бо, я знаю!&lt;br /&gt;</w:t>
        <w:br/>
        <w:t>Не так для мене дорога&lt;br /&gt;</w:t>
        <w:br/>
        <w:t>Кров, що крізь серце пробіга,&lt;br /&gt;</w:t>
        <w:br/>
        <w:t>Душа і втіхи раю!&lt;br /&gt;</w:t>
        <w:br/>
        <w:t>Коли турбота труїть кров&lt;br /&gt;</w:t>
        <w:br/>
        <w:t>I туга душу тисне,&lt;br /&gt;</w:t>
        <w:br/>
        <w:t>Лише згадаю Джін — і знов&lt;br /&gt;</w:t>
        <w:br/>
        <w:t>Неначе сонце блисне!&lt;br /&gt;</w:t>
        <w:br/>
        <w:t>Великий, благаю&lt;br /&gt;</w:t>
        <w:br/>
        <w:t>Почуй слова мої:&lt;br /&gt;</w:t>
        <w:br/>
        <w:t>Од горя, одчаю&lt;br /&gt;</w:t>
        <w:br/>
        <w:t>Обережи її!</w:t>
      </w:r>
    </w:p>
    <w:p>
      <w:r>
        <w:br/>
        <w:t>Живіть, о ніжні почуття!&lt;br /&gt;</w:t>
        <w:br/>
        <w:t>Сердець прискорене биття,&lt;br /&gt;</w:t>
        <w:br/>
        <w:t>Сльоза коханця й друга!&lt;br /&gt;</w:t>
        <w:br/>
        <w:t>Якби не ви, давно б мені&lt;br /&gt;</w:t>
        <w:br/>
        <w:t>Безрадісні, утомні дні&lt;br /&gt;</w:t>
        <w:br/>
        <w:t>Укоротила туга!&lt;br /&gt;</w:t>
        <w:br/>
        <w:t>Судьба мене і серед чвар&lt;br /&gt;</w:t>
        <w:br/>
        <w:t>Без друга не лишала,&lt;br /&gt;</w:t>
        <w:br/>
        <w:t>А часто й ще ніжніший дар,&lt;br /&gt;</w:t>
        <w:br/>
        <w:t>Ще кращий посилала!&lt;br /&gt;</w:t>
        <w:br/>
        <w:t>Для серця обнова,&lt;br /&gt;</w:t>
        <w:br/>
        <w:t>Душі моїй спочин —&lt;br /&gt;</w:t>
        <w:br/>
        <w:t>Вітання й розмова&lt;br /&gt;</w:t>
        <w:br/>
        <w:t>Із Деві або Джін!</w:t>
      </w:r>
    </w:p>
    <w:p>
      <w:r>
        <w:br/>
        <w:t>Лиш назову її ім'я,&lt;br /&gt;</w:t>
        <w:br/>
        <w:t>I сам не знаю, звідкіля&lt;br /&gt;</w:t>
        <w:br/>
        <w:t>Слова стають до строю;&lt;br /&gt;</w:t>
        <w:br/>
        <w:t>Рядки тісняться до рядків,&lt;br /&gt;</w:t>
        <w:br/>
        <w:t>Мов Аполлон і дев'ять дів&lt;br /&gt;</w:t>
        <w:br/>
        <w:t>Схилились надо мною!&lt;br /&gt;</w:t>
        <w:br/>
        <w:t>Кривий мій дибає Пегас,&lt;br /&gt;</w:t>
        <w:br/>
        <w:t>А як підкинуть жару,&lt;br /&gt;</w:t>
        <w:br/>
        <w:t>Сюди-туди сіпне — і враз&lt;br /&gt;</w:t>
        <w:br/>
        <w:t>Підскочить аж під хмару!&lt;br /&gt;</w:t>
        <w:br/>
        <w:t>Та щоб серед вітру&lt;br /&gt;</w:t>
        <w:br/>
        <w:t>Він лиха не зустрів,&lt;br /&gt;</w:t>
        <w:br/>
        <w:t>Я злізу й піт витру&lt;br /&gt;</w:t>
        <w:br/>
        <w:t>З його старих боків.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Деві, поета-побратима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