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Лісовий цар</w:t>
      </w:r>
    </w:p>
    <w:p>
      <w:r>
        <w:br/>
        <w:t xml:space="preserve"> Хто їде в негоду тим лісом густим?&lt;br /&gt;</w:t>
        <w:br/>
        <w:t>То батько, спізнившись, і хлопець із ним.&lt;br /&gt;</w:t>
        <w:br/>
        <w:t>Обнявши малого, в руках він держить,&lt;br /&gt;</w:t>
        <w:br/>
        <w:t>Його пригортає, його він пестить.</w:t>
      </w:r>
    </w:p>
    <w:p>
      <w:r>
        <w:br/>
        <w:t>— Чом личко сховав ти, мій синку малий?&lt;br /&gt;</w:t>
        <w:br/>
        <w:t>— Ой тату! Чи бачиш? — Он цар лісовий:&lt;br /&gt;</w:t>
        <w:br/>
        <w:t>У довгій киреї, в короні... дивись!&lt;br /&gt;</w:t>
        <w:br/>
        <w:t>— То, синку, тумани навкруг простяглись.</w:t>
      </w:r>
    </w:p>
    <w:p>
      <w:r>
        <w:br/>
        <w:t>"Мій хлопчику любий, до мене сюди&lt;br /&gt;</w:t>
        <w:br/>
        <w:t>На луки зелені ти гратись іди;&lt;br /&gt;</w:t>
        <w:br/>
        <w:t>В моєї матусі є пишні квітки,&lt;br /&gt;</w:t>
        <w:br/>
        <w:t>Гаптовані злотом тобі сорочки".</w:t>
      </w:r>
    </w:p>
    <w:p>
      <w:r>
        <w:br/>
        <w:t>— Ой тату, він кличе на луки рясні,&lt;br /&gt;</w:t>
        <w:br/>
        <w:t>І квіти, і злото дає він мені.&lt;br /&gt;</w:t>
        <w:br/>
        <w:t>— Нема там нічого, мій синочку. Цить!&lt;br /&gt;</w:t>
        <w:br/>
        <w:t>То вітер між листям сухим шелестить.</w:t>
      </w:r>
    </w:p>
    <w:p>
      <w:r>
        <w:br/>
        <w:t>"До мене, мій хлопче, в дібровах густих&lt;br /&gt;</w:t>
        <w:br/>
        <w:t>Дочок уродливих побачиш моїх,&lt;br /&gt;</w:t>
        <w:br/>
        <w:t>Вестимуть таночок і будуть співать,&lt;br /&gt;</w:t>
        <w:br/>
        <w:t>Співаючи, будуть тебе колихать".</w:t>
      </w:r>
    </w:p>
    <w:p>
      <w:r>
        <w:br/>
        <w:t>— Ой тату, мій тату, туди подивись:&lt;br /&gt;</w:t>
        <w:br/>
        <w:t>В танку королівни за руки взялись...&lt;br /&gt;</w:t>
        <w:br/>
        <w:t>— О ні, усе тихо у темряві там:&lt;br /&gt;</w:t>
        <w:br/>
        <w:t>То верби старії схилились гіллям.</w:t>
      </w:r>
    </w:p>
    <w:p>
      <w:r>
        <w:br/>
        <w:t>"Мене, хлопче, вабить урода твоя:&lt;br /&gt;</w:t>
        <w:br/>
        <w:t>Чи хочеш — не хочеш, візьму тебе я!"&lt;br /&gt;</w:t>
        <w:br/>
        <w:t>— Ой тату, вже близько!.. Він нас дожене!&lt;br /&gt;</w:t>
        <w:br/>
        <w:t>Він давить, він душить, він тягне мене!..</w:t>
      </w:r>
    </w:p>
    <w:p>
      <w:r>
        <w:br/>
        <w:t>Наляканий батько не їде — летить...&lt;br /&gt;</w:t>
        <w:br/>
        <w:t>А хлопець нудьгує, а хлопець кричить.&lt;br /&gt;</w:t>
        <w:br/>
        <w:t>Добіг він додому і дивиться він:&lt;br /&gt;</w:t>
        <w:br/>
        <w:t>В руках уже мертвий лежить його син.</w:t>
      </w:r>
    </w:p>
    <w:p>
      <w:r>
        <w:br/>
      </w:r>
    </w:p>
    <w:p>
      <w:r>
        <w:br/>
        <w:t>Переклад Б.Грінченка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Лісовий 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