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та цап</w:t>
      </w:r>
    </w:p>
    <w:p>
      <w:r>
        <w:br/>
        <w:t xml:space="preserve"> &lt;p&gt;Якось улітку опівдні промітна, хитрюща лисиця спускалася з гори, простуючи до лісу. Там жила її сестра, в якої саме справляли іменини лисеняти. Тож і квапилася тітонька привітати свого небожа, а заразом смачно попоїсти та розважитись. Спустилася вона з гори та й побігла полем. Облизувала губи й думала:</w:t>
      </w:r>
    </w:p>
    <w:p>
      <w:r>
        <w:br/>
        <w:t>"Напевне, сестра чимало смачненького наготувала, як торік ї позаторік... пирогів, курочок... а то, гляди, ще й гусочку або качечку... Тієї птиці доволі навколо, а надто в мірошника... А медяники! Де ж і поласувати ними, як не в сестриці!"</w:t>
      </w:r>
    </w:p>
    <w:p>
      <w:r>
        <w:br/>
        <w:t>Коли це раптом трах! бах! трісь!</w:t>
      </w:r>
    </w:p>
    <w:p>
      <w:r>
        <w:br/>
        <w:t>Не стямилась лисиця, як гепнулась у колодязь. Пасучись думкою на ласощах, не помітила небезпеки. Добре, що хоч не забилася. Та й води в колодязі було трохи, ледве по коліна лисиці. Але сам колодязь був глибоченний, і хоч як вона дерлася та дряпалась — вибратись нагору не могла.</w:t>
      </w:r>
    </w:p>
    <w:p>
      <w:r>
        <w:br/>
        <w:t>— Ой, горенько мені, що ж я робитиму сама серед поля? Хто мене витягне звідси? Просиджу всеньку ніч у крижаній воді, то до ранку й закоцюбну...</w:t>
      </w:r>
    </w:p>
    <w:p>
      <w:r>
        <w:br/>
        <w:t>Заплакала лисиця, заголосила:</w:t>
      </w:r>
    </w:p>
    <w:p>
      <w:r>
        <w:br/>
        <w:t>— Оце була б уже в сестри та любенько розмовляла в золотому товаристві, а на вогні смажилися б курочки, качечки, гусочки... Та ба, спіткало тебе лихо, тітонько лисице...</w:t>
      </w:r>
    </w:p>
    <w:p>
      <w:r>
        <w:br/>
        <w:t>Аж раптом згори долинула чиясь хода. Підвела лисиця голову та й побачила цапа, що нахилився над колодязем. Мабуть, йому дуже хотілося пити.</w:t>
      </w:r>
    </w:p>
    <w:p>
      <w:r>
        <w:br/>
        <w:t>Серце в лисиці закидалось, і вона сказала подумки:</w:t>
      </w:r>
    </w:p>
    <w:p>
      <w:r>
        <w:br/>
        <w:t>"Є нагода врятуватися!"</w:t>
      </w:r>
    </w:p>
    <w:p>
      <w:r>
        <w:br/>
        <w:t>І гукнула радісно, наче була рада-радісінька, що опинилася в колодязі:</w:t>
      </w:r>
    </w:p>
    <w:p>
      <w:r>
        <w:br/>
        <w:t>— Моє шануваннячко, цапе!</w:t>
      </w:r>
    </w:p>
    <w:p>
      <w:r>
        <w:br/>
        <w:t>— Це ти, лисице? — здивувався цап.— Добридень! Ну як там, добра вода? Я йду здалека і мало не зомлів зі спраги.</w:t>
      </w:r>
    </w:p>
    <w:p>
      <w:r>
        <w:br/>
        <w:t>— Ще й питає, чи добра! Пресмачна! Холодна й солодка. Вип'єш — як на світ народишся. Лізь-но сюди, покуштуєш — будеш мені дякувати.</w:t>
      </w:r>
    </w:p>
    <w:p>
      <w:r>
        <w:br/>
        <w:t>— Зараз! — вигукнув цап, стрибнув у колодязь і жадібно припав до води. Пив, пив, аж поки вгамував спрагу, а потім підвів голову і вдячно глянув на лисицю.</w:t>
      </w:r>
    </w:p>
    <w:p>
      <w:r>
        <w:br/>
        <w:t>— Ну що, правду я сказала? Добра вода?</w:t>
      </w:r>
    </w:p>
    <w:p>
      <w:r>
        <w:br/>
        <w:t>— Ой же й добра! Освіжився нарешті! Від самого ранку ніде, не можу знайти води, всі джерела висохли.</w:t>
      </w:r>
    </w:p>
    <w:p>
      <w:r>
        <w:br/>
        <w:t>— За такої спеки воно й не дивно.</w:t>
      </w:r>
    </w:p>
    <w:p>
      <w:r>
        <w:br/>
        <w:t>— Може, полізьмо вже нагору? — спитав цап і спробував видертися по стіні. Але небавом збагнув, що з того нічого не вийде, і мовив до лисиці:</w:t>
      </w:r>
    </w:p>
    <w:p>
      <w:r>
        <w:br/>
        <w:t>— Що ж тепер робити?</w:t>
      </w:r>
    </w:p>
    <w:p>
      <w:r>
        <w:br/>
        <w:t>— Справді,— вдавано засмутилася лисиця,— залізли сюди, не подумавши, як будемо вибиратися. Ну й бевзі ж ми, любий цапе!</w:t>
      </w:r>
    </w:p>
    <w:p>
      <w:r>
        <w:br/>
        <w:t>— Хоч би що там було, а треба поміркувати, як видобутися нагору.</w:t>
      </w:r>
    </w:p>
    <w:p>
      <w:r>
        <w:br/>
        <w:t>— Ну-бо спробуймо так,— каже лисиця.— Ти стань дибки, передніми ногами обіприся об стіну й нахили голову, а я видерусь тобі по спині на роги й ухоплюся за цямрину. А коли вилізу, витягну й тебе. Згода?</w:t>
      </w:r>
    </w:p>
    <w:p>
      <w:r>
        <w:br/>
        <w:t>— Згода!</w:t>
      </w:r>
    </w:p>
    <w:p>
      <w:r>
        <w:br/>
        <w:t>— Ну, то ставай, як я казала.</w:t>
      </w:r>
    </w:p>
    <w:p>
      <w:r>
        <w:br/>
        <w:t>Цап став дибки, сперся передніми ногами на стіну й нахилив голову. Лисиця видерлась по спині йому на роги, витягши лапи, вхопилася за цямрину та й вискочила з колодязя. Хитрунці цього тільки й треба було.</w:t>
      </w:r>
    </w:p>
    <w:p>
      <w:r>
        <w:br/>
        <w:t>— Ох, не віриться, що нарешті вибралась!</w:t>
      </w:r>
    </w:p>
    <w:p>
      <w:r>
        <w:br/>
        <w:t>— Ну, а тепер витягни мене! — гукнув цап.</w:t>
      </w:r>
    </w:p>
    <w:p>
      <w:r>
        <w:br/>
        <w:t>Лисиця нахилилася над колодязем і відказала:</w:t>
      </w:r>
    </w:p>
    <w:p>
      <w:r>
        <w:br/>
        <w:t>— Як же я тебе витягну, любий цапе? По-перше, я тебе не дістану. Та коли б навіть удалося схопити тебе за роги, чи подужаю я, маленька лисичка, витягти такого здоровенного цаписька? Де в мене така сила візьметься?</w:t>
      </w:r>
    </w:p>
    <w:p>
      <w:r>
        <w:br/>
        <w:t>Лисиця засміялася й нахилилася нижче:</w:t>
      </w:r>
    </w:p>
    <w:p>
      <w:r>
        <w:br/>
        <w:t>— Ех, цапе, цапе, аби в тебе було стільки розуму, скільки в бороді волосся, ти б не стрибав у колодязь, не подумавши перше, як вибиратимешся нагору.</w:t>
      </w:r>
    </w:p>
    <w:p>
      <w:r>
        <w:br/>
        <w:t>Та й побігла до сестри, де вже зібралися гості, їла, пила й розважалася аж до ранку.</w:t>
      </w:r>
    </w:p>
    <w:p>
      <w:r>
        <w:br/>
        <w:t>На цапове щастя, була лисиця добросерда, хоч і хитрюща. Тож коли скінчився вранці бенкет, попросила вона в сестри міцну мотузку й, замість іти додому, побігла до колодязя.</w:t>
      </w:r>
    </w:p>
    <w:p>
      <w:r>
        <w:br/>
        <w:t>— Гей, цапе! — гукнула.— Ти ще й досі тут п'єш воду?</w:t>
      </w:r>
    </w:p>
    <w:p>
      <w:r>
        <w:br/>
        <w:t>З колодязя долинув захриплий, жалібний голос:</w:t>
      </w:r>
    </w:p>
    <w:p>
      <w:r>
        <w:br/>
        <w:t>— Де ж мені бути? Звичайно, тут.</w:t>
      </w:r>
    </w:p>
    <w:p>
      <w:r>
        <w:br/>
        <w:t>— Ну, зараз вилізеш. Я принесла мотузку. Один кінець прив'яжу до дерева, а другий спущу тобі. Хапайся за нього та й вилазь помалу.</w:t>
      </w:r>
    </w:p>
    <w:p>
      <w:r>
        <w:br/>
        <w:t>Лисиця все зробила, як казала, та й дременула додому. Боялася, щоб цап не полоскотав їй боки рогами.</w:t>
      </w:r>
    </w:p>
    <w:p>
      <w:r>
        <w:br/>
        <w:t>Невдовзі бідолаха вибрався нагору, мокрий і брудний. А згодом лежав у хліві на соломі, поволі приходячи до тями.</w:t>
      </w:r>
    </w:p>
    <w:p>
      <w:r>
        <w:br/>
        <w:t>"Правду казала лисиця,— думав він.— Бракує мені розуму. Але це лихо мене навчило. Надалі ніколи не починатиму жодної справи, не подумавши перше, чи зможу довести її до ладу".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та цап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