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Лисиця-ненажера</w:t>
      </w:r>
    </w:p>
    <w:p>
      <w:r>
        <w:br/>
        <w:t xml:space="preserve"> &lt;p&gt;Бігла лисиця лісом, шукаючи поживи, бо була дуже голодна. Аж раптом ударив їй у ніс смачний дух печені та свіжого хліба.</w:t>
      </w:r>
    </w:p>
    <w:p>
      <w:r>
        <w:br/>
        <w:t>— О, ще не цурається мене доля! — зраділа лисиця.— Далебі, сьогодні добре пообідаю.</w:t>
      </w:r>
    </w:p>
    <w:p>
      <w:r>
        <w:br/>
        <w:t>Та й помчала на дух, і він привів її до високого дуплистого дуба. З дупла так знадливо пахло, аж у лисиці слинка покотилася.</w:t>
      </w:r>
    </w:p>
    <w:p>
      <w:r>
        <w:br/>
        <w:t>Підійшла вона до дерева, зазирнула в дупло та й побачила — вгорі висять торбинки.</w:t>
      </w:r>
    </w:p>
    <w:p>
      <w:r>
        <w:br/>
        <w:t>— Це, мабуть, залишили пастухи, які пильнують овець на узліссі,— подумала лисиця.— Жаль, що високо, не можна дістати.</w:t>
      </w:r>
    </w:p>
    <w:p>
      <w:r>
        <w:br/>
        <w:t>Хоч як спиналася лисиця, хоч як тяглася вгору — дістати харчу не могла.</w:t>
      </w:r>
    </w:p>
    <w:p>
      <w:r>
        <w:br/>
        <w:t>— Треба залізти в дупло,— надумала лисиця.— Дірка саме по мені.</w:t>
      </w:r>
    </w:p>
    <w:p>
      <w:r>
        <w:br/>
        <w:t>Залізла вона в дупло, поздіймала торбинки та й почала бенкетувати. Яка смачна печеня, а хліб, а яєчка! Який запашний сир! Уминала все те лисиця, аж за вухами лящало.</w:t>
      </w:r>
    </w:p>
    <w:p>
      <w:r>
        <w:br/>
        <w:t>— У кого б іще так поживитися, як не в пастухів,— каже.— Вміють господині їхні готувати. Спасибі їм!</w:t>
      </w:r>
    </w:p>
    <w:p>
      <w:r>
        <w:br/>
        <w:t>Їла-їла лисиця, аж поки й крихти не зосталося. По тому напилася води з барильця, що його брали пастухи з собою, бо поблизу не було джерела.</w:t>
      </w:r>
    </w:p>
    <w:p>
      <w:r>
        <w:br/>
        <w:t>Напхалася вона по зав'язку та й усміхнулася.</w:t>
      </w:r>
    </w:p>
    <w:p>
      <w:r>
        <w:br/>
        <w:t>— Уявляю, які будуть обличчя в пастухів, коли прийдуть обідати!</w:t>
      </w:r>
    </w:p>
    <w:p>
      <w:r>
        <w:br/>
        <w:t>Та й намірилась вилізти з дупла. Виткнула голову й передні лапи, посунулась далі — аж зась! Черево їй роздулося й не пролазило в дірку. Заплакала лисиця, заголосила:</w:t>
      </w:r>
    </w:p>
    <w:p>
      <w:r>
        <w:br/>
        <w:t>— Лиха моя година та нещаслива! Як вилізти з дупла? Як добутися до своєї нори?</w:t>
      </w:r>
    </w:p>
    <w:p>
      <w:r>
        <w:br/>
        <w:t>Так вона жалібно приказувала, аж самій серце краялось.</w:t>
      </w:r>
    </w:p>
    <w:p>
      <w:r>
        <w:br/>
        <w:t>А неподалік саме пробігала інша лисиця. Почула голосіння, підбігла до дерева й, побачивши невдаху, здивувалася.</w:t>
      </w:r>
    </w:p>
    <w:p>
      <w:r>
        <w:br/>
        <w:t>— Сестро, як ти туди потрапила? — гукнула.</w:t>
      </w:r>
    </w:p>
    <w:p>
      <w:r>
        <w:br/>
        <w:t>— Ой, не питай! Влізла, щоби смачно попоїсти, а вилізти не можу.</w:t>
      </w:r>
    </w:p>
    <w:p>
      <w:r>
        <w:br/>
        <w:t>— Що ж там було?</w:t>
      </w:r>
    </w:p>
    <w:p>
      <w:r>
        <w:br/>
        <w:t>— Дві торбинки з хлібом, печенею, сиром та яйцями. Ой сестрице, то був справжнісінький бенкет! Біда тільки, що черево роздулося й не пролазить у дірку. Як не виберусь я звідси — кепсько мені буде.</w:t>
      </w:r>
    </w:p>
    <w:p>
      <w:r>
        <w:br/>
        <w:t>Лисиця знову зайшлася плачем.</w:t>
      </w:r>
    </w:p>
    <w:p>
      <w:r>
        <w:br/>
        <w:t>— Не побивайся,— каже подруга,— зачекай трохи — черево й стухне. Тоді любесенько вилізеш.</w:t>
      </w:r>
    </w:p>
    <w:p>
      <w:r>
        <w:br/>
        <w:t>— Правду кажеш?</w:t>
      </w:r>
    </w:p>
    <w:p>
      <w:r>
        <w:br/>
        <w:t>— Авжеж. За дві-три години черево стане таке, як і було.</w:t>
      </w:r>
    </w:p>
    <w:p>
      <w:r>
        <w:br/>
        <w:t>— А як прийдуть пастухи?</w:t>
      </w:r>
    </w:p>
    <w:p>
      <w:r>
        <w:br/>
        <w:t>— Не бійся. Вони далеко звідсіля — я їх бачила.</w:t>
      </w:r>
    </w:p>
    <w:p>
      <w:r>
        <w:br/>
        <w:t>— Спасибі тобі, сестро, щаслива та година, коли ти мене втішила. Почастувала б тебе, та, на жаль, нема чим.</w:t>
      </w:r>
    </w:p>
    <w:p>
      <w:r>
        <w:br/>
        <w:t>— Та звідки тобі було знати, що я пробігатиму поблизу? З'їла — на здоров'я.</w:t>
      </w:r>
    </w:p>
    <w:p>
      <w:r>
        <w:br/>
        <w:t>— Ну, тоді біжи. Нехай тобі щастить. Приходь колись до мене, побалакаємо про цю пригоду.</w:t>
      </w:r>
    </w:p>
    <w:p>
      <w:r>
        <w:br/>
        <w:t>Лисиця побігла геть, а ненажера залишилася в дуплі.</w:t>
      </w:r>
    </w:p>
    <w:p>
      <w:r>
        <w:br/>
        <w:t>Знічев'я почала перетрушувати торбинки, чи нема там іще чого-небудь. Перегодом знову спробувала вибратись з дупла. Але й цього разу не пролізла.</w:t>
      </w:r>
    </w:p>
    <w:p>
      <w:r>
        <w:br/>
        <w:t>"Ще рано",— подумала вона.</w:t>
      </w:r>
    </w:p>
    <w:p>
      <w:r>
        <w:br/>
        <w:t>Проте за дві години вона легко просунулась крізь дірку та стрибнула додолу.</w:t>
      </w:r>
    </w:p>
    <w:p>
      <w:r>
        <w:br/>
        <w:t>— Ти диви! Правду казала подруга, що треба зачекати. Адже з часом минають скрута та лихо!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Лисиця-ненажера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