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 шумить</w:t>
      </w:r>
    </w:p>
    <w:p>
      <w:r>
        <w:br/>
        <w:t xml:space="preserve"> &lt;p&gt;"Було і бур'яном поросло.</w:t>
      </w:r>
    </w:p>
    <w:p>
      <w:r>
        <w:br/>
        <w:t>Ліс шумів ... "</w:t>
      </w:r>
    </w:p>
    <w:p>
      <w:r>
        <w:br/>
        <w:t>I</w:t>
      </w:r>
    </w:p>
    <w:p>
      <w:r>
        <w:br/>
        <w:t>У цьому лісі завжди стояв шум — рівний, протяжний, як відгомін далекого дзвону, спокійний і сумний, як тиха пісня без слів, як неясне спогад про минуле. У ньому завжди стояв шум, тому що це був старий, дрімучий бор, якого не торкалися ще пила і сокира лісового баришника. Високі столітні сосни з червоними могутніми стовбурами стояли хмуриться раттю, щільно зімкнувшись вгорі зеленими вершинами. Внизу було тихо, пахло смолою; крізь запону соснових голок, якими була усипана ґрунт, пробилися яскраві папороті, пишно розкинулися химерні бахромою і стояли нерухомо, що не хитнувши листом. У сирих куточках тяглися високими стеблами зелені трави; біла кашка схилялася обважнілими головками, як ніби в тихій знемозі. А вгорі, без кінця і перерви, тягнув лісової шум, точно смутні зітхання старого бору.</w:t>
      </w:r>
    </w:p>
    <w:p>
      <w:r>
        <w:br/>
        <w:t>Але тепер ці зітхання ставали все глибше, сильніше. Я їхав лісовою стежкою, і, хоча неба мені не було видно, але по тому, як хмурився ліс, я відчував, що над ним тихо піднімається важка хмара. Час було не раніше.</w:t>
      </w:r>
    </w:p>
    <w:p>
      <w:r>
        <w:br/>
        <w:t>Між стовбурів подекуди пробивався ще косою промінь заходу, але в хащах розповзалися вже імлисті сутінки. До вечора збиралася гроза.</w:t>
      </w:r>
    </w:p>
    <w:p>
      <w:r>
        <w:br/>
        <w:t>На сьогодні потрібно було вже відкласти будь-яку думку про полювання; впору було тільки дістатися перед грозою до ночівлі. Мій кінь постукував копитом в оголені коріння, хропів і насторожував вуха, прислухаючись до гулко клацати лісового відлуння. Він сам додавав кроці до знайомої лісовій сторожці.</w:t>
      </w:r>
    </w:p>
    <w:p>
      <w:r>
        <w:br/>
        <w:t>Загавкав собака. Між поріділими стволами миготять мазані стіни. Синя смужка диму в'ється під навислими зеленню; похилена хата з кошлатими дахом притулилася під стіною червоних стовбурів; вона ніби вростає в землю, тим часом як стрункі і горді сосни високо похитують над нею своїми головами. Посередині галявини, щільно примкнула один до одного, варто купка молодих дубів.</w:t>
      </w:r>
    </w:p>
    <w:p>
      <w:r>
        <w:br/>
        <w:t>Тут живуть звичайні супутники моїх мисливських екскурсій — лісники Захар і Максим. Але тепер, очевидно, обох немає вдома, так як ніхто не виходить на гавкіт величезної вівчарки. Тільки старий дід, з лисою головою і сивими вусами, сидить на призьбі і колупає лапоть. Вуса у діда бовтаються мало не до пояса, очі тьмяно, точно дід все згадує щось і не може пригадати.</w:t>
      </w:r>
    </w:p>
    <w:p>
      <w:r>
        <w:br/>
        <w:t>— Здрастуй, дід. Чи є хто-небудь вдома?</w:t>
      </w:r>
    </w:p>
    <w:p>
      <w:r>
        <w:br/>
        <w:t>— Еге! — мотає дід головою.— Ні ні Захара, ні Максима, та й Мотря побрела в ліс за коровою ... Корова кудись пішла, — мабуть, ведмеді ... задрали ... Ось воно як, немає нікого!</w:t>
      </w:r>
    </w:p>
    <w:p>
      <w:r>
        <w:br/>
        <w:t>— Ну нічого. Я з тобою посиджу, почекаю.</w:t>
      </w:r>
    </w:p>
    <w:p>
      <w:r>
        <w:br/>
        <w:t>— Почекай, почекай, — киває дід, і поки я підв'язують коня до гілки дуба, він вдивляється —в мене слабкими і каламутними очима. Поганий вже старий дід: очі не бачать і руки трусяться.</w:t>
      </w:r>
    </w:p>
    <w:p>
      <w:r>
        <w:br/>
        <w:t>— А хто ж ти такий, хлопче? — запитує він, коли я підсаджуюся на призьбі.</w:t>
      </w:r>
    </w:p>
    <w:p>
      <w:r>
        <w:br/>
        <w:t>Це питання я чую в кожне своє відвідування.</w:t>
      </w:r>
    </w:p>
    <w:p>
      <w:r>
        <w:br/>
        <w:t>— Еге, знаю тепер, знаю, — каже старий, беручись знову за лапоть. Ось стара голова, як решето, нічого не тримає. Тих, що давно померли, пам'ятаю, — ой, добре пам'ятаю! А нових людей все забуваю ... зажився на світлі.</w:t>
      </w:r>
    </w:p>
    <w:p>
      <w:r>
        <w:br/>
        <w:t>— А давно ти, діду, живеш в цьому лісі?</w:t>
      </w:r>
    </w:p>
    <w:p>
      <w:r>
        <w:br/>
        <w:t>— Еге, давненько! Француз приходив в царську землю, я вже був.</w:t>
      </w:r>
    </w:p>
    <w:p>
      <w:r>
        <w:br/>
        <w:t>— Багато ж ти на своєму віку бачив. Чай, є чого розповісти.</w:t>
      </w:r>
    </w:p>
    <w:p>
      <w:r>
        <w:br/>
        <w:t>Дід дивиться на мене з подивом.</w:t>
      </w:r>
    </w:p>
    <w:p>
      <w:r>
        <w:br/>
        <w:t>— А що ж мені бачити, хлопче? Ліс бачив ... Шумить ліс, шумить і вдень, і вночі, зимою шумить і влітку ... І я, як та деревина, вік прожив в лісі і не помітив ... От і в могилу пора, а подумаю іноді, хлопче, то і сам зметикувати не можу: жив я на світі чи ні ... Еге, чорт забирай! Може, і зовсім не жив ...</w:t>
      </w:r>
    </w:p>
    <w:p>
      <w:r>
        <w:br/>
        <w:t>Край темної хмари висунувся з-за густих вершин над лісовою галявиною; гілки замикала галявину сосен захиталися під подувом вітру, і лісовий шум пронісся глибоким посилився акордом. Дід підняв голову і прислухався.</w:t>
      </w:r>
    </w:p>
    <w:p>
      <w:r>
        <w:br/>
        <w:t>— Буря йде, — сказав він через мінуту.— Це ось я знаю. Ой-ой, зареве вночі буря, сосни ламатиме, з коренем вивертати стане! .. заграє лісової господар ...— додав він тихіше.</w:t>
      </w:r>
    </w:p>
    <w:p>
      <w:r>
        <w:br/>
        <w:t>— Чому ж ти знаєш, діду?</w:t>
      </w:r>
    </w:p>
    <w:p>
      <w:r>
        <w:br/>
        <w:t>— Еге, це я знаю! Добре знаю, як дерево говорить ... Дерево, хлопче, теж боїться ... Ось осика, прокляте дерево, все щось белькоче, — і вітрі немає, а вона трясеться. Сосна на бору в ясний день грає-дзвенить, а трохи підніметься вітер, вона загуде і застогне. Це ще нічого ... А ти ось слухай тепер. Я хоч очима погано бачу, а вухом чую: дуб зашумів, дуба вже чіпає на галявині ... Це до бурі.</w:t>
      </w:r>
    </w:p>
    <w:p>
      <w:r>
        <w:br/>
        <w:t>Дійсно, купа невисоких корчастих дубів, що стояли посередині галявини і захищених високою стіною бору, помахувала міцними гілками, і від них нісся глухий шум, легко відрізняється від галасливого дзвону сосен.</w:t>
      </w:r>
    </w:p>
    <w:p>
      <w:r>
        <w:br/>
        <w:t>— Еге! Чи ти чуєш, хлопче? — каже дід із дитяче лукавою посмішкою.— Я вже знаю: зворушило так ось дуба, значить господар вночі піде, ламати буде ... Та ні, не зламає! Дуб — дерево міцне, не під силу навіть господареві ... чорт забирай!</w:t>
      </w:r>
    </w:p>
    <w:p>
      <w:r>
        <w:br/>
        <w:t>— Який же господар, дідові? Сам же ти говориш: буря ламає.</w:t>
      </w:r>
    </w:p>
    <w:p>
      <w:r>
        <w:br/>
        <w:t>Дід закивав головою з лукавим виглядом.</w:t>
      </w:r>
    </w:p>
    <w:p>
      <w:r>
        <w:br/>
        <w:t>— Еге, я ж це знаю! .. Нині, кажуть, такі люди пішли, що вже нічому не вірять. Ось воно як! А я ж його бачив, ось як тебе тепер, а то ще краще, бо тепер у мене очі старі, а тоді були молоді. Ой-ой, як ще бачили мої очі змолоду! ..</w:t>
      </w:r>
    </w:p>
    <w:p>
      <w:r>
        <w:br/>
        <w:t>— Як же ти його бачив, дідові, скажи-но?</w:t>
      </w:r>
    </w:p>
    <w:p>
      <w:r>
        <w:br/>
        <w:t>— А ось, все одно, як і тепер: спочатку сосна застогне на бору ... Те дзвенить, а то стогнати почне: о'-ох-хо-о ... о'-хо-о! — і затихне, а потім знову, потім знов, та частіше, так гідне жалю. Еге, бо багато її повалить хазяїн вночі. А потім дуб заговорить. А до вечора все більше, а вночі і піде крутити: бігає по лісі, сміється і плаче, крутиться, танцює і все на дуба налягає, все хочеться вирвати ... А я раз восени і подивився у віконце; ось йому це і не по серцю: підбіг до вікна, тар-рах в нього соснові корчем; трохи мені все особа не скалічив, щоб йому було порожньо; та я не дурень відскочив. Еге, хлопче, ось він який сердитий! ..</w:t>
      </w:r>
    </w:p>
    <w:p>
      <w:r>
        <w:br/>
        <w:t>— А який же він на вигляд?</w:t>
      </w:r>
    </w:p>
    <w:p>
      <w:r>
        <w:br/>
        <w:t>— А виглядає він все одно, як стара верба, що стоїть на болоті. Дуже схожий! .. І волосся — як суха омела, що виростає на деревах, і борода теж, а ніс — як здоровенний сук, а морда кострубата, точно поросла лишаями. Тьху, який негарний! Не дай же бог жодному хрещеному на нього схожим ... Їй-богу! Я-таки в інший раз на болоті його бачив, близько ... А хочеш, приходь взимку, так і сам побачиш його. Зійди туди, на гору, — лісом та гора поросла, — і лізь на найвище дерево, на верхівку. Ось звідти інший день і можна його побачити: йде він білим стовпом поверх лісі, так і крутиться сам, з гори в долину спускається. Побіжить, побіжить, а потім в лісі і пропаде. Еге! .. А де пройде, там слід білим снігом вистилає ... Не віриш старій людині, так коли-небудь сам подивися.</w:t>
      </w:r>
    </w:p>
    <w:p>
      <w:r>
        <w:br/>
        <w:t>Розбовтався старий. Здавалося, жвавий і тривожний гомін лісу і нависла в повітрі гроза порушували стару кров. Дід кивав головою, посміхався, кліпав вицвілими очима.</w:t>
      </w:r>
    </w:p>
    <w:p>
      <w:r>
        <w:br/>
        <w:t>Але раптом ніби якась тінь пробігла по високому, поораному зморшками чола. Він штовхнув мене ліктем і сказав з таємничим видом:</w:t>
      </w:r>
    </w:p>
    <w:p>
      <w:r>
        <w:br/>
        <w:t>— А знаєш, хлопче, що я тобі скажу? .. Він, звичайно, лісовий господар мерзенная тварюка, це правда. Хрещеному людині прикро побачити таку негарну харю ... Ну, тільки треба про нього правду сказати: він зла не робить ... Пожартувати з людиною пожартує, а щоб хвацько робити, цього не буває.</w:t>
      </w:r>
    </w:p>
    <w:p>
      <w:r>
        <w:br/>
        <w:t>— Та як же, дід, ти сам говорив, що він тебе хотів вдарити корчем?</w:t>
      </w:r>
    </w:p>
    <w:p>
      <w:r>
        <w:br/>
        <w:t>— Еге, хотів-таки! Так то ж він розсердився, навіщо я в вікно на нього дивлюся, ось воно що! А якщо в його справи носа не сунути, так і він такій людині ніякої капості не зробить. Ось він який, лісовик! .. А знаєш, у лісі від людей страшніше справи бували ... Еге, їй-богу!</w:t>
      </w:r>
    </w:p>
    <w:p>
      <w:r>
        <w:br/>
        <w:t>Дід нахилив голову і з хвилину сидів мовчки. Потім, коли він подивився на мене, в його очах, крізь застеленому їх тьмяну оболонку, блиснула наче іскорка прокинулася пам'яті.</w:t>
      </w:r>
    </w:p>
    <w:p>
      <w:r>
        <w:br/>
        <w:t>— Ось я тобі розповім, хлопче, лісову нашу бувальщину. Було тут раз, на самому цьому місці, давно ... Пам'ятаю, я, рівно сон, а як зашумить ліс голосніше, то і все згадую .. Хочеш, розповім тобі, а?</w:t>
      </w:r>
    </w:p>
    <w:p>
      <w:r>
        <w:br/>
        <w:t>— Хочу, хочу, діду! Розповідай.</w:t>
      </w:r>
    </w:p>
    <w:p>
      <w:r>
        <w:br/>
        <w:t>— Так і розповім ж, еге! Слухай ось!</w:t>
      </w:r>
    </w:p>
    <w:p>
      <w:r>
        <w:br/>
        <w:t>II</w:t>
      </w:r>
    </w:p>
    <w:p>
      <w:r>
        <w:br/>
        <w:t>У мене, знаєш, батько з матір'ю давно померли, я ще малим хлопчиком був ... Покинули вони мене на світі одного. Ось воно як зі мною було, еге! Ось громада і думає: "Що ж нам тепер з цим хлопчиком робити?" Ну, і пан теж собі думає ... І прийшов на цей раз з лісу лісник Роман, та й каже громаді: "Дайте мені цього хлопця в сторожку, я його буду годувати ... Мені в лісі веселіше, і йому хліб .. . "Ось він як каже, а громада йому відповідає:" Бери! " Він і взяв. Так я з тих самих пір в лісі і залишився.</w:t>
      </w:r>
    </w:p>
    <w:p>
      <w:r>
        <w:br/>
        <w:t>Тут мене Роман і вигодував. Ото ж людина був якийсь страшний, не дай господи! .. Зростанню великого, очі чорні, і душа у нього темна з очей дивилася, бо все життя ця людина в лісі один жив: ведмідь йому, люди говорили, все одно, що брат , а вовк-племінник. Всякого звіра він знав і не боявся, а від людей цурався і не дивився навіть на них ... Ось він який був — їй-богу, правда! Бувало, як він на мене гляне, так у мене по спині ніби кішка хвостом поведе ... Ну, а людина була все-таки добрий, годував мене, нічого сказати, добре: каша, бувало, гречана завжди у нього з салом, а коли качку вб'є, так і качка. Що правда, то вже правда, годував-таки.</w:t>
      </w:r>
    </w:p>
    <w:p>
      <w:r>
        <w:br/>
        <w:t>Так ми і жили вдвох. Роман в ліс піде, а мене в сторожці заборона, щоб звірюка не з'їла. А після дали йому жінку Оксану.</w:t>
      </w:r>
    </w:p>
    <w:p>
      <w:r>
        <w:br/>
        <w:t>Пан йому жінку дав. Закликав його на село, та й каже: "Ось що, каже, Роман, одружуйся!" Каже панові Роман спочатку: "А на якого ж мені бica жінка? Що мені в лісі робити з бабою, коли у мене вже й без того хлопець є? Не хочу я, каже, одружитися!" Чи не звик він з дівками возитися, ось що! Ну, та й пан теж хитрий був ... Як згадаю про цього пана, хлопче, то і подумаю собі, що тепер уже таких немає, — немає таких панів більше вивелися ... Ось хоч би й тебе взяти: теж, кажуть, і ти панського роду ... Може, воно й правда, а таки немає в тебе цього ... сьогодення ... Так собі, мізерний хлопчина, більше нічого.</w:t>
      </w:r>
    </w:p>
    <w:p>
      <w:r>
        <w:br/>
        <w:t>Ну, а той справжній був, з колишніх ... Ось, скажу тобі, таке на світі водиться, що сотні людей одну людину бояться, та ще й як! .. Подивися ти, хлопче, на яструба і на курчати: обидва з яйця вилупилися , та яструб зараз вгору норовить, еге! Як крикне в небі, так зараз не те що курчата — і старі півні забігають ... Ось же яструб-панська птиця, а курка-проста мужичка ...</w:t>
      </w:r>
    </w:p>
    <w:p>
      <w:r>
        <w:br/>
        <w:t>Ось, пам'ятаю, я малим хлопчиком був: везуть мужики з лісу товсті колоди, людина, може бути, тридцять. А пан один на своєму конику їде так вуса крутить. Коник під ним грає, а він кругом дивиться. Ой ой! углядять мужики пана, то-то забігають, коней в сніг згортають, самі шапки знімають. Після скільки б'ються, зі снігу колоди вивозять, а пан собі скаче, — ось йому, бачиш ти, і одному на дорозі тісно! Поведе пан бровою — вже мужики бояться, засміється — і всім весело, а нахмуриться — все засмутився. А щоб хто пану міг перечити, того, почитай, і не бувало.</w:t>
      </w:r>
    </w:p>
    <w:p>
      <w:r>
        <w:br/>
        <w:t>Ну, а Роман, відомо, в лісі виріс, звернення не знав, і пан на нього не дуже сердився.</w:t>
      </w:r>
    </w:p>
    <w:p>
      <w:r>
        <w:br/>
        <w:t>— Хочу, — каже пан, — щоб ти одружився, а навіщо, про те я сам знаю. Бери Оксану.</w:t>
      </w:r>
    </w:p>
    <w:p>
      <w:r>
        <w:br/>
        <w:t>— Не хочу я, — відповідав Роман, — не треба мені її, хоч би і Оксану! Нехай на ній чорт жениться, а не я ... Ось як!</w:t>
      </w:r>
    </w:p>
    <w:p>
      <w:r>
        <w:br/>
        <w:t>Велів пан принести канчуки, розтягнули Романа, пан його питає:</w:t>
      </w:r>
    </w:p>
    <w:p>
      <w:r>
        <w:br/>
        <w:t>— Будеш, Роман, одружитися?</w:t>
      </w:r>
    </w:p>
    <w:p>
      <w:r>
        <w:br/>
        <w:t>— Ні, — каже, — не буду.</w:t>
      </w:r>
    </w:p>
    <w:p>
      <w:r>
        <w:br/>
        <w:t>— Сипте ж йому, — каже пан, — в матню [Хохли носять полотняні штани на кшталт мішка, роздвоєного тільки внизу. Цей-то мішок і називається "матню"], скільки влізе.</w:t>
      </w:r>
    </w:p>
    <w:p>
      <w:r>
        <w:br/>
        <w:t>Засипали йому-таки чимало; Роман на що вже здоровий був, а все ж йому набридло.</w:t>
      </w:r>
    </w:p>
    <w:p>
      <w:r>
        <w:br/>
        <w:t>— Киньте вже, — каже, — буде-таки! Нехай же її краще все чорти візьмуть, ніж мені за бабу стільки муки приймати. Давайте її сюди, буду одружуватися!</w:t>
      </w:r>
    </w:p>
    <w:p>
      <w:r>
        <w:br/>
        <w:t>Жив на дворі у пана доезжачий (псар), Опанас Швидкий. Приїхав він на ту пору з поля, як Романа до одруження заохочували. Почув він про Романову біду — бух панові в ноги. Таки впав в ноги, цілує ...</w:t>
      </w:r>
    </w:p>
    <w:p>
      <w:r>
        <w:br/>
        <w:t>— Чим, — каже, — вам, милостивий пане, людини мордувати, краще я на Оксані одружуся, слова не скажу ...</w:t>
      </w:r>
    </w:p>
    <w:p>
      <w:r>
        <w:br/>
        <w:t>Еге, сам-таки захотів одружитися з нею. Ось яка людина була, їй-богу!</w:t>
      </w:r>
    </w:p>
    <w:p>
      <w:r>
        <w:br/>
        <w:t>Ось Роман було зрадів, повеселішав. Встав на ноги, зав'язав матню і каже:</w:t>
      </w:r>
    </w:p>
    <w:p>
      <w:r>
        <w:br/>
        <w:t>— Ось, — каже, —Добре. Тільки що б тобі, чоловіче, раніше трохи приїхати? Та й пан теж — завжди ось так! .. Не розпитати ж було до ладу, може, хто полюванням одружується. Зараз схопили людини і давай йому сипати! Хіба, — каже, — це по-християнськи так робити? Тьху! ..</w:t>
      </w:r>
    </w:p>
    <w:p>
      <w:r>
        <w:br/>
        <w:t>Еге, він часом і пану спуску не давав. Ось який був Роман! Коли вже осердям, то до нього, бувало, не підступає, хоча б і пан. Ну, а пан був хитрий! У нього, бачиш, інше на думці було. Вернув Романа розтягнути на траві.</w:t>
      </w:r>
    </w:p>
    <w:p>
      <w:r>
        <w:br/>
        <w:t>— Я, — каже, — тобі, дурню, щастя хочу, а ти ніс повернеш. Тепер ти один, як ведмідь у барлозі, і заїхати до тебе не весело ... Сипте ж йому, дурневі, поки не скаже: досить! .. А ти, Опанас, іди собі к бісовій матері. Тебе, каже, до обіду не кликали, так сам за стіл не сідай, а то бачиш, яке Роману частування? Тобі як би того ж не було.</w:t>
      </w:r>
    </w:p>
    <w:p>
      <w:r>
        <w:br/>
        <w:t>А Роман вже і не на жарт розгнівався, еге! Його дмуть-таки добре, тому що колишні люди, знаєш, уміли славно канчуками шкуру спускати, а він лежить собі і не говорить: досить! Довго терпів, а все-таки після плюнув:</w:t>
      </w:r>
    </w:p>
    <w:p>
      <w:r>
        <w:br/>
        <w:t>— не дочекається її батько, щоб через баби християнину ось так сипали, та ще й не вважали. Досить! Щоб вам руки поотсихали, б! Сова челядь! Навчив ж вас чорт канчуками працювати! Так я ж вам не сніп на току, щоб мене ось так молотили. Коли так, так ось же, і одружуся.</w:t>
      </w:r>
    </w:p>
    <w:p>
      <w:r>
        <w:br/>
        <w:t>А пан собі сміється.</w:t>
      </w:r>
    </w:p>
    <w:p>
      <w:r>
        <w:br/>
        <w:t>— Ось, — каже, — і добре! Тепер на весіллі хоч сидіти тобі і не можна, зате танцювати будеш більше ...</w:t>
      </w:r>
    </w:p>
    <w:p>
      <w:r>
        <w:br/>
        <w:t>Веселий був пан, їй-богу веселий, еге? Та тільки після погане з ним трапилося, не дай бог жодному хрещеному. Право, нікому такого не побажаю. Мабуть, навіть і жида не слід такого бажати. Ось я що думаю ...</w:t>
      </w:r>
    </w:p>
    <w:p>
      <w:r>
        <w:br/>
        <w:t>Ось так-то Романа і одружили. Привіз він молоду жінку в сторожку; спочатку все лаяв та докоряв своїми канчуками.</w:t>
      </w:r>
    </w:p>
    <w:p>
      <w:r>
        <w:br/>
        <w:t>— І сама ти, — каже, — того не вартий, скільки через тебе людини мордували.</w:t>
      </w:r>
    </w:p>
    <w:p>
      <w:r>
        <w:br/>
        <w:t>Прийде, бувало, з лісу і зараз стане її з хати гнати:</w:t>
      </w:r>
    </w:p>
    <w:p>
      <w:r>
        <w:br/>
        <w:t>— Іди собі! Не треба мені баби в сторожці! Щоб і духу твого не було! Не люблю, — каже, — коли у мене баба в хаті спить. Дух, — говорить, нехороший.</w:t>
      </w:r>
    </w:p>
    <w:p>
      <w:r>
        <w:br/>
        <w:t>Еге!</w:t>
      </w:r>
    </w:p>
    <w:p>
      <w:r>
        <w:br/>
        <w:t>Ну, а після нічого, притерпівся. Оксана, бувало, хату вимете і вимажется чистенько, посуд розставить; блищить все, навіть серцю весело. Роман бачить: гарна баба, — помаленьку і звик. Та й не тільки звик, хлопче, а став її любити, їй-богу, не брешу! Ось яке діло з Романом вийшло. Як придивився добре до баби, потім і каже:</w:t>
      </w:r>
    </w:p>
    <w:p>
      <w:r>
        <w:br/>
        <w:t>— От спасибі пану. добру мене навчив. Та й я ж таки нерозумний була людина: скільки канчуків прийняв, а воно, як тепер бачу, нічого й поганого немає. Ще навіть добре. Ось воно що!</w:t>
      </w:r>
    </w:p>
    <w:p>
      <w:r>
        <w:br/>
        <w:t>Ось пройшло скільки-то часу, я і не знаю, скільки. Злягла Оксана на лавку, стала стогнати. До вечора захворів, а на ранок прокинувся я, чую: хтось тонким голосом "квилить" [квилить — плаче, жалібно пищить]. "Еге! —Думаю я собі, це ж, видно," дитина "народилася". А воно справді так і було.</w:t>
      </w:r>
    </w:p>
    <w:p>
      <w:r>
        <w:br/>
        <w:t>Недовго пожила дитина на білому світі. Всього ж жила, що від ранку до вечора. Увечері і пищати перестала ... Заплакала Оксана, а Роман і каже:</w:t>
      </w:r>
    </w:p>
    <w:p>
      <w:r>
        <w:br/>
        <w:t>— Ось і немає дитини, а коли її немає, то нема чого тепер і попа кликати. Поховаємо під сосною.</w:t>
      </w:r>
    </w:p>
    <w:p>
      <w:r>
        <w:br/>
        <w:t>Ось як говорить Роман, та не те, що говорить, а так як раз і зробив: вирив могилу і поховав. Он там старий пень стоїть, громом його спалило ... Так то ж і є та сама сосна, де Роман дітину зарив. Знаєш, хлопче, ось же я тобі скажу: і до сих пір, як сонце сяде і зірка-зорька над лісом стане, літає якась пташка, та й кричить. Ох, і жалібно квилить пташіна, аж серцю боляче! Так це і є нехрещена душа, — хреста собі просить. Хто знає людина, по книгам навчався, то, кажуть, може їй хрест дати, і не стане вона більше літати ... Та ми ось тут в лісі живемо, нічого не знаємо. Вона літає, вона просить, а ми тільки і говоримо: "Геть-геть, бідна душа, нічого ми не можемо зробити!" Ось заплаче і полетить, а потім і знову прилітає. Ех, хлопче, шкода бідну душу!</w:t>
      </w:r>
    </w:p>
    <w:p>
      <w:r>
        <w:br/>
        <w:t>Ось одужала Оксана, все на могилку ходила. Сяде на могилі і плаче, та так голосно, що по всьому лісі, бувало, голос її ходить. Це вона так свою діти'ну шкодувала, а Роман не шкодував дітину, а Оксану шкодував. Прийде, бувало, з лісу, стане близько Оксани і каже:</w:t>
      </w:r>
    </w:p>
    <w:p>
      <w:r>
        <w:br/>
        <w:t>— Мовчи вже, дурна ти баба! Ось було б про що плакати! Померла одна дітина, то, може, інша буде. Та ще, мабуть, і найкраща, еге! Тому що та ще, може, і не моя була, я ж таки і не знаю. Люди кажуть ... А це буде моя.</w:t>
      </w:r>
    </w:p>
    <w:p>
      <w:r>
        <w:br/>
        <w:t>Ось уже Оксана і не любила, коли він так говорив. Перестане, бувало, плакати і почне його нехорошими словами "гавкати". Ну, Роман на неї не сердився.</w:t>
      </w:r>
    </w:p>
    <w:p>
      <w:r>
        <w:br/>
        <w:t>— Та й що ж ти, — питає, — гавкаєш? Я ж нічого такого не сказав, а тільки сказав, що не знаю.</w:t>
      </w:r>
    </w:p>
    <w:p>
      <w:r>
        <w:br/>
        <w:t>Тому й не знаю, що колись ти не моя була і жила не в лісі, а на світлі, поміж людей. Так як же мені знати? Тепер ось ти в лісі живеш, ось і добре. А таки говорила мені баба Феодосія, коли я за нею на село ходив: "Щось у тебе, Роман, скоро дітина встигла!" А я кажу бабі: "Як же мені-таки знати, чи скоро, чи не скоро? .." Ну, а ти все ж кинь голосити, а то я осержусь, то ще, мабуть, як би тебе і не побив.</w:t>
      </w:r>
    </w:p>
    <w:p>
      <w:r>
        <w:br/>
        <w:t>Ось Оксана Пола, Пола його, та й перестане. Вона його, бувало, і посварить, і по спині вдарить, а як стане Роман сам сердитися, вона і притихне, — боялася. Приголубить його, покриє, поцілує і в очі загляне ... Ось мій Роман і вгамується. Тому ... бач, хлопче ... Ти, мабуть, не знаєш, а я, старий, хоча сам не женівался, а все-таки бачив на своєму віку: молода баба дюже солодко цілується, якого хочеш сердитого мужика може вона обійти. Ой-ой! .. Я ж таки знаю, як ці баби. А Оксана була гладка така молодиця, що тепер я вже щось таких більше не бачу. Тепер, хлопче, скажу тобі, і баби не такі, як раніше.</w:t>
      </w:r>
    </w:p>
    <w:p>
      <w:r>
        <w:br/>
        <w:t>Ось раз в лісі ріжок затрубив: тра-та, тара-тара-та-та-та! .. Так і розливається по лісі, весело та дзвінко. Я тоді малий хлопчик був і не знав, що це таке; бачу: птиці з гнізд піднімаються, крилом махають, кричать, а де і заєць пригнув вуха на спину і біжить щодуху. Ось я і думаю: може, це звір якийсь небачений так добре кричить. А то ж не звір, а пан собі на конику лісом їде так в ріжок сурмить; за паном доїжджачих верхом і собак на зграях ведуть. А всіх доїжджачих красивіше Опанас Швидкий, за паном в синьому козакині гарцює, шапка на Опанас з золотим верхом, кінь під ним грає, рушниця за плечима блищить, і бандура на ремені через плече повішена. Любив пан Опанаса, тому що Опанас добре на бандурі грав і пісні був майстер співати. Ух, і красивий же був парубок цей Опанас, страх красивий! Куди було пану з Опанасом дорівнювати: пан вже і лисий був, і ніс у пана червоний, і очі, хоч веселі, а все не такі, як у Опанаса. Опанас, бувало, як гляне на мене, — мені, малому хлопчику, і то сміятися хочеться, а я ж не дівка. Говорили, що у Опанаса батьки і діди запорозькі козаки були, в Січі козакувати, а там народ був все я повний та гарний, та моторний. Та ти сам, хлопче, подумай: на коні чи зі "Спис" [Списа — спис] по полю птахом літати, або сокирою дерево рубати, це ж не одна справа ...</w:t>
      </w:r>
    </w:p>
    <w:p>
      <w:r>
        <w:br/>
        <w:t>Ось я вибіг з хати, дивлюся: під'їхав пан, зупинився, і доїжджачих стали; Роман з хати вийшов, потримав пану стремено: ступив пан на землю. Роман йому вклонився.</w:t>
      </w:r>
    </w:p>
    <w:p>
      <w:r>
        <w:br/>
        <w:t>— Здорово! — каже пан Роману.</w:t>
      </w:r>
    </w:p>
    <w:p>
      <w:r>
        <w:br/>
        <w:t>— Еге, — відповідає Роман, — так я ж, спасибі, здоровий, чого мені робиться? А ви як?</w:t>
      </w:r>
    </w:p>
    <w:p>
      <w:r>
        <w:br/>
        <w:t>Не вмів, бачиш ти. Роман пану як слід відповісти. Челядь вся від його слів засміялася, і пан теж.</w:t>
      </w:r>
    </w:p>
    <w:p>
      <w:r>
        <w:br/>
        <w:t>— Ну, і слава богу, що ти здоровий, — каже пан.— А де ж твоя жінка?</w:t>
      </w:r>
    </w:p>
    <w:p>
      <w:r>
        <w:br/>
        <w:t>— Та де ж жінка бути? Жінка, відомо, в хаті ...</w:t>
      </w:r>
    </w:p>
    <w:p>
      <w:r>
        <w:br/>
        <w:t>— Ну, ми і в хату увійдемо, — каже пан, — а ви, хлопці, поки на траві килим постеліть та приготуйте нам все, щоб було чим молодих на перший раз привітати.</w:t>
      </w:r>
    </w:p>
    <w:p>
      <w:r>
        <w:br/>
        <w:t>Ось і пішли в хату: пан, і Опанас, і Роман без шапки за ним, та ще Богдан — старший доезжачий, вірний панський слуга. Ось вже і слуг таких тепер теж на світі немає: старий був чоловік, з челяддю строгий, а перед паном як та собака. Нікого у Богдана на світі не було, крім пана. Кажуть, як померли у Богдана батько з матір'ю, попросився він у старого пана на тягло і захотів одружитися. А старий пан не дозволив, приставив його до свого паничу: тут тобі, каже, і батько, і мати, і жінка. Ось виносив Богдан панича, і виходив, і на коня вивчив сідати, і з рушниці стріляти. А виріс панич, сам став панувати, старий Богдан все за ним слідом ходив, як собака. Ох, скажу тобі правду: багато того Богдана люди проклинали, багато на нього людських сліз впало ... все через пана. По одному панському слову Богдан міг би, мабуть, рідного батька на шматки розірвати ...</w:t>
      </w:r>
    </w:p>
    <w:p>
      <w:r>
        <w:br/>
        <w:t>А я, малий хлопчик, теж за ними в хату побіг: відома річ, цікаво. Куди пан повернувся, туди і я за ним.</w:t>
      </w:r>
    </w:p>
    <w:p>
      <w:r>
        <w:br/>
        <w:t>Дивлюся, стоїть пан посеред хати, вуса гладить, сміється.</w:t>
      </w:r>
    </w:p>
    <w:p>
      <w:r>
        <w:br/>
        <w:t>Роман тут же тупцює, шапку в руках мне, а Опанас плечем об стінку уперся, стоїть собі, бідолаха, як той молодий дубок в непогоддя. Насупився, невеселий ...</w:t>
      </w:r>
    </w:p>
    <w:p>
      <w:r>
        <w:br/>
        <w:t>І ось вони троє повернулись до Оксани. Один старий Богдан сів у кутку на лавці, звісив чуприну, сидить, поки пан щось не накаже. А Оксана в кутку біля печі стала, очі опустила, сама аж горить вся, як той мак Середь ячменю. Ох, видно, чула небога, що через неї хвацько буде. Ось теж скажу тобі, хлопче: вже якщо три людини на одну бабу дивляться, то від цього ніколи добра не буває — неодмінно до чуба справа дійде, коли не гірше. Я ж це знаю, тому що сам бачив.</w:t>
      </w:r>
    </w:p>
    <w:p>
      <w:r>
        <w:br/>
        <w:t>— Ну, що, Ромас, — сміється пан, — хорошу чи я тобі жінку висватав?</w:t>
      </w:r>
    </w:p>
    <w:p>
      <w:r>
        <w:br/>
        <w:t>— А що ж? —Роман відповідає. — Баба, як баба, нічого!</w:t>
      </w:r>
    </w:p>
    <w:p>
      <w:r>
        <w:br/>
        <w:t>Повів тут пліч-о-Опанас, підняв очі на Оксану і каже про себе:</w:t>
      </w:r>
    </w:p>
    <w:p>
      <w:r>
        <w:br/>
        <w:t>— Так, —говорить, —баба! Хоч би і не такому дурню дісталася.</w:t>
      </w:r>
    </w:p>
    <w:p>
      <w:r>
        <w:br/>
        <w:t>Роман почув це слово, повернувся до Опанаса і каже йому:</w:t>
      </w:r>
    </w:p>
    <w:p>
      <w:r>
        <w:br/>
        <w:t>— А чим би це я, пан Опанас, вам за дурня здався? Еге, скажіть-но!</w:t>
      </w:r>
    </w:p>
    <w:p>
      <w:r>
        <w:br/>
        <w:t>— А тим, — каже Опанас, — що ні зумієш жінку свою уберегти, тим і дурень ...</w:t>
      </w:r>
    </w:p>
    <w:p>
      <w:r>
        <w:br/>
        <w:t>Ось яке слово сказав йому Опанас! Пан навіть ногою тупнув, Богдан похитав головою, а Роман подумав з хвилину, потім підняв голову і подивився на пана.</w:t>
      </w:r>
    </w:p>
    <w:p>
      <w:r>
        <w:br/>
        <w:t>— А що ж мені її берегти? — каже Опанасу, а сам все на пана смотріт.Здесь, крім звіра, ніякого чорта і нету, от хіба милостивий пане коли заверне. Від кого ж мені жінку берегти? Ти диви, вражий козаче, ти мене не дратуй, а то я, мабуть, і за чуприну схоплю.</w:t>
      </w:r>
    </w:p>
    <w:p>
      <w:r>
        <w:br/>
        <w:t>Мабуть-таки і дійшло б у них справа до бійки, та пан втрутився: тупнув ногою, — вони і замовкли.</w:t>
      </w:r>
    </w:p>
    <w:p>
      <w:r>
        <w:br/>
        <w:t>— Тихіше ви, — каже, — бiсови діти! Ми ж сюди не для бійки приїхали. Треба молодих вітати, а потім, до вечора, на болото полювати. Аїда за мною!</w:t>
      </w:r>
    </w:p>
    <w:p>
      <w:r>
        <w:br/>
        <w:t>Повернувся пан і пішов з хати; а під деревом доїжджачих вже й закуску зготувати. Пішов за паном Богдан, а Опанас зупинив Романа в сінях.</w:t>
      </w:r>
    </w:p>
    <w:p>
      <w:r>
        <w:br/>
        <w:t>— Не гнівайся ти на мене братику, — каже козак.— Послухай, що тобі Опанас скаже: бачив ти, як я у пана в ногах валявся, чоботи в нього цілував, щоб він Оксану за мене віддав? Ну, бог з тобою, чоловіче ... Тебе поп обкрутив, така, видно, доля! То чи не стерпить же моє серце, щоб лютий ворог знову і над нею, і над тобою потішався. Гей-гей! Ніхто того не знає, що у мене на душі ... Краще ж я і його, і її з рушниці замість ліжка покладу в сиру землю ...</w:t>
      </w:r>
    </w:p>
    <w:p>
      <w:r>
        <w:br/>
        <w:t>Подивився Роман на козака і питає;</w:t>
      </w:r>
    </w:p>
    <w:p>
      <w:r>
        <w:br/>
        <w:t>— А ти, козаче, годиною "з глузду НЕ з'їхав?" [ "З глузду з'їхати" — збожеволіти] Не чув я, що Опанас на це став Роману тихо в сінях говорити, тільки чув, як Роман його по плечу ляснув.</w:t>
      </w:r>
    </w:p>
    <w:p>
      <w:r>
        <w:br/>
        <w:t>— Ох, Опанас, Опанас! Ось який на світлі народ злий та хитрий! А я ж нічого того, живучі в лісі, і не знав. Еге, пане, пане, хвацько ти на свою голову затіяв! ..</w:t>
      </w:r>
    </w:p>
    <w:p>
      <w:r>
        <w:br/>
        <w:t>— Ну, — каже йому Опанас, — іди тепер і не подавай виду, більш за все перед Богданом. Нерозумний ти людина, а ця панська собака хитра. Гляди ж: панської пальника багато не пий, а якщо відправить тебе з доїжджачих на болото, а сам захоче залишитися, веди доїжджачих до старого дуба і покажи їм об'їзну дорогу, а сам, скажи, прямо підеш по лісі ... Та скоріше сюди повертайся .</w:t>
      </w:r>
    </w:p>
    <w:p>
      <w:r>
        <w:br/>
        <w:t>— Добре, — каже Роман.— Зберуся на полювання, рушницу НЕ дробом заряджу і не "річкою" на птицю, а доброю кулею на ведмедя.</w:t>
      </w:r>
    </w:p>
    <w:p>
      <w:r>
        <w:br/>
        <w:t>Ось і вони вийшли. А вже пан сидить на килимі, велів подати фляжку і чарку, наливає в чарку пальник і пригощали Романа. Еге, хороша була у пана і фляжка, і чарка, а пальник ще краще. Чарочку вип'єш-душа радіє, іншу вип'єш — серце скаче в грудях, а якщо людина незвичний, то з третьої чарки і під лавкою валяється, коли баба на лавку не вклалися.</w:t>
      </w:r>
    </w:p>
    <w:p>
      <w:r>
        <w:br/>
        <w:t>Еге, кажу тобі, хитрий був пан! Хотів Романа напоїти своєю пальником допьяна, а ще такий і пальника але бувало, щоб Романа звалила. П'є він з панських рук чарку, п'є і іншу, і третю випив, а у самого тільки очі, як у вовка, загоряються, та вусом чорним поводить. Пан навіть розгнівався:</w:t>
      </w:r>
    </w:p>
    <w:p>
      <w:r>
        <w:br/>
        <w:t>— Ось же вражий син, як здорово пальник б'є, а сам і не моргне оком! Інший би вже давно заплакав, а він, дивіться, добрі люди, ще усміхається-Знав же вражий пан добре, що якщо вже людина з пальника заплакав, то скоро і зовсім чуприну на стіл звісивши. Так на той раз не на такого напав.</w:t>
      </w:r>
    </w:p>
    <w:p>
      <w:r>
        <w:br/>
        <w:t>— А чого ж мені, —Роман йому відповідає, —плакать ?. Навіть, мабуть, це недобре б було. Приїхав до мене милостивий пане вітати, а я б-таки і почав ревіти, як баба. Слава богу, не від чого мені ще плакати, нехай краще мої вороги плачуть ...</w:t>
      </w:r>
    </w:p>
    <w:p>
      <w:r>
        <w:br/>
        <w:t>— Значить, — запитує пан, — ти задоволений?</w:t>
      </w:r>
    </w:p>
    <w:p>
      <w:r>
        <w:br/>
        <w:t>— Еге! А чим мені бути незадоволеним?</w:t>
      </w:r>
    </w:p>
    <w:p>
      <w:r>
        <w:br/>
        <w:t>— А пам'ятаєш, як ми тебе канчуками сватали?</w:t>
      </w:r>
    </w:p>
    <w:p>
      <w:r>
        <w:br/>
        <w:t>— Як-таки не пам'ятати! Ото ж і кажу, що нерозумна людина був, не знав, що гірко, що солодко. Канчук гіркий, а я його краще баби любив. От спасибі вам, милостивий пане, що навчили мене, дурня, мед є.</w:t>
      </w:r>
    </w:p>
    <w:p>
      <w:r>
        <w:br/>
        <w:t>— Гаразд, гаразд, — пан йому говорить.— Зате і ти мені будеш служити: ось підеш з доїжджачих на болото, настріляв більше птахів, і обов'язково глухого тетерева дістань.</w:t>
      </w:r>
    </w:p>
    <w:p>
      <w:r>
        <w:br/>
        <w:t>— А коли ж це пан нас на болото посилає? — запитує Роман.</w:t>
      </w:r>
    </w:p>
    <w:p>
      <w:r>
        <w:br/>
        <w:t>— Так ось вип'ємо ще. Опанас нам пісню заспіває, так і з богом.</w:t>
      </w:r>
    </w:p>
    <w:p>
      <w:r>
        <w:br/>
        <w:t>Подивився Роман на нього і каже панові:</w:t>
      </w:r>
    </w:p>
    <w:p>
      <w:r>
        <w:br/>
        <w:t>— От уже це і важко: пора не рання, до болота далеко, а ще, до того ж, і вітер по лісі шумить, до ночі буде буря. Як же тепер таку сторожка птицю вбити?</w:t>
      </w:r>
    </w:p>
    <w:p>
      <w:r>
        <w:br/>
        <w:t>А вже пан захмелів, і в хмелю був міцно сердитий. Почув, як челядь переможе себе шепотітися стала, кажуть, що, мовляв, "Романова правда, загудіти скоро буря", — і розгнівався. Стукнув чаркою, повів очима, — все і стихли.</w:t>
      </w:r>
    </w:p>
    <w:p>
      <w:r>
        <w:br/>
        <w:t>Один Опанас не злякався; вийшов він, по панському слову, з бандурою пісні співати, став бандуру настроювати, сам подивився збоку на пана і каже йому:</w:t>
      </w:r>
    </w:p>
    <w:p>
      <w:r>
        <w:br/>
        <w:t>— Схаменися, милостивий пане! Де ж це бачено, щоб до ночі, та ще в бурю, людей по темному лісі за птахом ганяти?</w:t>
      </w:r>
    </w:p>
    <w:p>
      <w:r>
        <w:br/>
        <w:t>— Ось він який був сміливий! Інші, ясна річ, панські "Крепак", бояться, а він — вільна людина, козацького роду. Привів його невеликим хлопцем старий козак-бандурист з України. Там, хлопче, люди щось набули резонансу в місті Умані. Ось старому козакові викололи очі, обрізали вуха і пустили його такого світом. Ходив він, ходив після того по містах і селах і забрів в нашу сторону з поводирем, хлопчиком Опанасом. Старий пан узяв його до себе, тому що любив хороші пісні. Ось старий помер, — Опанас при дворі і виріс. Любив його новий пан теж і терпів від нього часом таке слово, за яке іншому спустили б три шкури.</w:t>
      </w:r>
    </w:p>
    <w:p>
      <w:r>
        <w:br/>
        <w:t>Так і тепер: розгнівався було спочатку, думали, що він козака вдарить, а після говорить Опанасу:</w:t>
      </w:r>
    </w:p>
    <w:p>
      <w:r>
        <w:br/>
        <w:t>— Ой, Опанас, Опанас. Розумний ти хлопець, а того, видно, не знаєш, що між дверей не треба носа сунути, щоб як-небудь не зачинили ...</w:t>
      </w:r>
    </w:p>
    <w:p>
      <w:r>
        <w:br/>
        <w:t>Ось він який загадав загадку! А козак-таки відразу і зрозумів. І відповів козак пану піснею. Ой, якби і пан зрозумів козацьку пісню, то, може бути, його пані над ним не розливалася сльозами.</w:t>
      </w:r>
    </w:p>
    <w:p>
      <w:r>
        <w:br/>
        <w:t>— Дякую, пане, за науку, — сказав Опанас, — ось же я тобі за те заспіваю, а ти слухай.</w:t>
      </w:r>
    </w:p>
    <w:p>
      <w:r>
        <w:br/>
        <w:t>І вдарив по струнах бандури.</w:t>
      </w:r>
    </w:p>
    <w:p>
      <w:r>
        <w:br/>
        <w:t>Потім підняв голову, подивився на небо, як в небі орел ширяє, як вітер темні хмари ганяє. Наставив вухо, послухав, як високі сосни шумлять.</w:t>
      </w:r>
    </w:p>
    <w:p>
      <w:r>
        <w:br/>
        <w:t>І знову вдарив по струнах бандури.</w:t>
      </w:r>
    </w:p>
    <w:p>
      <w:r>
        <w:br/>
        <w:t>Гей, хлопче, не довелось тобі чути, як грав Опанас Швидкий, а тепер вже й не почуєш! Ось же і не хитра штука бандура, а як вона у знаючу людину добре говорить. Бувало, пробіжить по ній рукою, вона йому все і скаже: як темний бір в негоду шумить, і як вітер дзвенить у порожній степу по бур'яну, і як суха травинка шепоче на високій козацькій могилі.</w:t>
      </w:r>
    </w:p>
    <w:p>
      <w:r>
        <w:br/>
        <w:t>Ні, хлопче, чи не почути вже вам справжню гру! Їздять тепер сюди всякі люди, такі, що не в одному Поліссі бували, але і в інших місцях, і по всій Україні: і в Чигирині, і в Полтаві, і в Києві, і в Черкасах. Кажуть, вивелися вже бандуристи, не чути їх уже на ярмарках і на базарах. У мене ще на стіні в хаті стара бандура висить. Вивчив мене грати на ній Опанас, а у мене ніхто гри не перейняв. Коли я помру, — а це вже скоро, — так, мабуть, і ніде вже на широкому світі не чутно буде дзвону бандури. Ось воно що!</w:t>
      </w:r>
    </w:p>
    <w:p>
      <w:r>
        <w:br/>
        <w:t>І заспівав Опанас тихим голосом пісню. Голос був у Опанаса негучний, та "Сумно" [Українське слово Сумно поєднує в собі поняття, що передаються по-російськи словами: сумний і замислений], — так, бувало, в серце і ллється. А пісню, хлопче, козак, видно, сам для пана придумав. Не чув я її ніколи більше, і коли після, бувало, до Опанаса пристану, щоб заспівав, він все не погоджувався.</w:t>
      </w:r>
    </w:p>
    <w:p>
      <w:r>
        <w:br/>
        <w:t>— Для кого, —говорить, —та пісня співалася, того вже немає на світі.</w:t>
      </w:r>
    </w:p>
    <w:p>
      <w:r>
        <w:br/>
        <w:t>У тій пісні козак пану всю правду сказав, що з паном буде, і пан плаче, навіть сльози у пана течуть по вусах, а все ж ні слова, видно, з пісні не зрозумів.</w:t>
      </w:r>
    </w:p>
    <w:p>
      <w:r>
        <w:br/>
        <w:t>Ох, не пам'ятаю я цю пісню, пам'ятаю тільки трохи.</w:t>
      </w:r>
    </w:p>
    <w:p>
      <w:r>
        <w:br/>
        <w:t>Співав козак про пана, про Івана:</w:t>
      </w:r>
    </w:p>
    <w:p>
      <w:r>
        <w:br/>
        <w:t>Ой, пане, ой, Івана! ..</w:t>
      </w:r>
    </w:p>
    <w:p>
      <w:r>
        <w:br/>
        <w:t>Розумний пан багато знає ...</w:t>
      </w:r>
    </w:p>
    <w:p>
      <w:r>
        <w:br/>
        <w:t>Знає, що яструб в небі літає, ворон побиває ...</w:t>
      </w:r>
    </w:p>
    <w:p>
      <w:r>
        <w:br/>
        <w:t>Ой, пане, ой, Івана! ..</w:t>
      </w:r>
    </w:p>
    <w:p>
      <w:r>
        <w:br/>
        <w:t>А того ж пан не знає,</w:t>
      </w:r>
    </w:p>
    <w:p>
      <w:r>
        <w:br/>
        <w:t>Як на світі буває, Що у гнізда і ворона яструба побиває ...</w:t>
      </w:r>
    </w:p>
    <w:p>
      <w:r>
        <w:br/>
        <w:t>Ось же, хлопче, ніби і тепер я цю пісню чую і тих людей бачу: стоїть козак з бандурою, пан сидить на килимі, голову звісив і плаче; челядь кругом стовпилася, поталківают один одного ліктями; старий Богдан головою хитає ... А ліс, як тепер, шумить, і тихо так сумно дзвенить бандура, а козак співає, як пані плаче над паном, над Іваном:</w:t>
      </w:r>
    </w:p>
    <w:p>
      <w:r>
        <w:br/>
        <w:t>Плаче пані, плаче, А над паном, над Іваном чорний ворон крячет.</w:t>
      </w:r>
    </w:p>
    <w:p>
      <w:r>
        <w:br/>
        <w:t>Ох, не зрозумів пан пісні, витер сльози і каже:</w:t>
      </w:r>
    </w:p>
    <w:p>
      <w:r>
        <w:br/>
        <w:t>— Ну, збирайся, Роман! Хлопці, сідайте на коней! І ти, Опанас, їдь з ними, — буде вже мені твоїх пісень слухати! .. Гарна пісня, та тільки ніколи того, що в ній співається, на світі не буває.</w:t>
      </w:r>
    </w:p>
    <w:p>
      <w:r>
        <w:br/>
        <w:t>А у козака від пісні розм'якло серце, затуманилися очі.</w:t>
      </w:r>
    </w:p>
    <w:p>
      <w:r>
        <w:br/>
        <w:t>— Ох, пане, пане, — каже Опанас, — у нас кажуть старі люди: в казці правда і в пісні правда. Тільки в казці правда — як залізо: довго по світу з рук в руки ходило, заіржавіла ... А в пісні правда — як золото, що ніколи його іржа не їсть ... Ось як кажуть старі люди!</w:t>
      </w:r>
    </w:p>
    <w:p>
      <w:r>
        <w:br/>
        <w:t>Махнув пан рукою.</w:t>
      </w:r>
    </w:p>
    <w:p>
      <w:r>
        <w:br/>
        <w:t>— Ну, може, так в вашому боці, а у нас не так ... Іди, іди, Опанас, — набридло мені тебе слухати.</w:t>
      </w:r>
    </w:p>
    <w:p>
      <w:r>
        <w:br/>
        <w:t>Постояв козак з хвилину, а потім раптом впав перед паном на землю:</w:t>
      </w:r>
    </w:p>
    <w:p>
      <w:r>
        <w:br/>
        <w:t>— Послухай мене, пане! Сідай на коня, їдь до своєї пані: у мене серце недобре чує.</w:t>
      </w:r>
    </w:p>
    <w:p>
      <w:r>
        <w:br/>
        <w:t>Ось вже тут пан розгнівався, штовхнув козака, як собаку, ногою.</w:t>
      </w:r>
    </w:p>
    <w:p>
      <w:r>
        <w:br/>
        <w:t>— Іди ти від мене геть! Ти, мабуть, не козак, а баба! Іди ти від мене, а то як би з тобою не було зле ... А ви що стали, хамове плем'я? Чи я не пан вам більше? Ось я вам таке покажу, чого і ваші батьки від моїх Батьків не бачили! ..</w:t>
      </w:r>
    </w:p>
    <w:p>
      <w:r>
        <w:br/>
        <w:t>Стало зрозуміло Опанас на ноги, як темна хмара, з Романом переглянувся. А Роман осторонь стоїть, на рушницю сперся, як ні в чому не бувало.</w:t>
      </w:r>
    </w:p>
    <w:p>
      <w:r>
        <w:br/>
        <w:t>Ударив козак бандурою об дерево! — бандура вщент розлетілася, тільки стогін пішов від бандури по лісі.</w:t>
      </w:r>
    </w:p>
    <w:p>
      <w:r>
        <w:br/>
        <w:t>— А нехай же, — каже, — чорти на тім світі вчать такої людини, яка розумну Раду не слушает— Тобі, пане, видно, вірного слуги не треба.</w:t>
      </w:r>
    </w:p>
    <w:p>
      <w:r>
        <w:br/>
        <w:t>Не встиг пан відповісти, скочив Опанас в сідло і поїхав. Доїжджачих теж на коней сіли. Роман скинув рушницю на плечі і пішов собі, тільки, проходячи мимо сторожки, крикнув Оксані:</w:t>
      </w:r>
    </w:p>
    <w:p>
      <w:r>
        <w:br/>
        <w:t>— Вклади хлопчика, Оксана! Пора йому спати. Та й пану зготувати постелю.</w:t>
      </w:r>
    </w:p>
    <w:p>
      <w:r>
        <w:br/>
        <w:t>Ось скоро і пішли всі в ліс он тією дорогою; і пан в хату пішов, тільки панський кінь стоїть собі, під деревом прив'язаний. А вже й темніти почало, по лісі шум йде, і дощик накрапає, ось-таки зовсім, як тепер ... Поклала мене Оксана на сіннику, перехрестила на ніч ... Чую я, моя Оксана плаче.</w:t>
      </w:r>
    </w:p>
    <w:p>
      <w:r>
        <w:br/>
        <w:t>Ох, нічого-то я тоді, малий хлопчик, не розумів, що кругом мене твориться! Згорнувся на сіні, послухав, як буря в лісі пісню заводить, і почав засинати.</w:t>
      </w:r>
    </w:p>
    <w:p>
      <w:r>
        <w:br/>
        <w:t>Еге! Раптом чую, "то-то близько сторожки ходить ... підійшов до дерева, панського коня відв'язав. Захропів кінь, вдарив копитом; як пуститься в ліс, скоро і тупіт затих ... Потім чую, знову хтось по дорозі скаче, вже до сторожки. Підскакав аж, зіскочив з сідла на землю і прямо до вікна.</w:t>
      </w:r>
    </w:p>
    <w:p>
      <w:r>
        <w:br/>
        <w:t>— Пане, пане! — кричить голосом старого Богдана.— Ой, пане, відчини скоріше! Вражий козак хвацько задумав, видно: твого коня в ліс відпустив.</w:t>
      </w:r>
    </w:p>
    <w:p>
      <w:r>
        <w:br/>
        <w:t>Не встиг старий договорити, хтось його ззаду схопив. Злякався я, чую — щось впало ...</w:t>
      </w:r>
    </w:p>
    <w:p>
      <w:r>
        <w:br/>
        <w:t>Відчинив пан двері, з рушниці вискочив, а вже в сінях Роман його захопив, та прямо за чуб, та про землю ...</w:t>
      </w:r>
    </w:p>
    <w:p>
      <w:r>
        <w:br/>
        <w:t>Ось бачить пан, що йому лихо, і каже:</w:t>
      </w:r>
    </w:p>
    <w:p>
      <w:r>
        <w:br/>
        <w:t>— Ой, відпусти, Ромас! Так-то ти моє добро пам'ятаєш?</w:t>
      </w:r>
    </w:p>
    <w:p>
      <w:r>
        <w:br/>
        <w:t>А Роман йому відповідає:</w:t>
      </w:r>
    </w:p>
    <w:p>
      <w:r>
        <w:br/>
        <w:t>— Пам'ятаю я, вражий пане, твоє добро і до мене, і до моєї жінка. Ось же я тобі тепер за добро заплачу ... А пан каже знову:</w:t>
      </w:r>
    </w:p>
    <w:p>
      <w:r>
        <w:br/>
        <w:t>— Поклади, дай Опанас, мій вірний слуга! Я ж тебе любив, як рідного сина. А Опанас йому відповідає:</w:t>
      </w:r>
    </w:p>
    <w:p>
      <w:r>
        <w:br/>
        <w:t>— Ти свого вірного слугу прогнав, як собаку. Любив мене так, як палиця любить спину, а тепер так любиш, як спина палицю ... Я ж тебе просив і благав, ти не послухався ...</w:t>
      </w:r>
    </w:p>
    <w:p>
      <w:r>
        <w:br/>
        <w:t>Ось став пан тут і Оксану просити:</w:t>
      </w:r>
    </w:p>
    <w:p>
      <w:r>
        <w:br/>
        <w:t>— Поклади ти, Оксано, у тебе серце добре. Вибігла Оксана, сплеснула руками:</w:t>
      </w:r>
    </w:p>
    <w:p>
      <w:r>
        <w:br/>
        <w:t>— Я ж тебе, пане, просила, в ногах валялась: пожалій мою дівочу красу, не ганьби мене, чоловікову дружину. Ти ж не пошкодував, а тепер сам просиш ... Ох, лішенько мені, що ж я зроблю?</w:t>
      </w:r>
    </w:p>
    <w:p>
      <w:r>
        <w:br/>
        <w:t>— Пустіть, — кричить знову пан, — за мене ви все загинете в Сибіру ...</w:t>
      </w:r>
    </w:p>
    <w:p>
      <w:r>
        <w:br/>
        <w:t>— Не журися за нас, пане, — каже Опанас.— Роман буде на болоті раніше твоїх доїжджачих, а я, по твоїй милості, один на світі, мені про свою голову думати недовго. Скинії рушницу за плечі і піду собі в ліс ... Наберу перевірених хлопців і будемо гуляти ... З лісу станемо виходити вночі на дорогу, а коли в село забредая, то прямо в панські хороми. Гей, піднімай, Ромас, пана, винесемо його милість на дощик.</w:t>
      </w:r>
    </w:p>
    <w:p>
      <w:r>
        <w:br/>
        <w:t>Забився тут пан, закричав, а Роман тільки бурчить про себе, як ведмідь, а козак насміхається. Ось і вийшли.</w:t>
      </w:r>
    </w:p>
    <w:p>
      <w:r>
        <w:br/>
        <w:t>А я злякався, кинувся в хату і прямо до Оксани. Сидить моя Оксана на лавці-біла, як стіна ...</w:t>
      </w:r>
    </w:p>
    <w:p>
      <w:r>
        <w:br/>
        <w:t>А по лісі вже загула справжня буря: кричить бор різними голосами, так вітер виє, а коли і грім запалає. Сидимо ми з Оксаною на лежанці, і раптом чую я, хтось в лісі застогнав. Ох, та так жалібно, що я до сих пір, як згадаю, то на серці важко стане, але ж уже тому багато років ...</w:t>
      </w:r>
    </w:p>
    <w:p>
      <w:r>
        <w:br/>
        <w:t>— Оксано, — кажу, — голубонько, а хто ж це там в лісі стогне?</w:t>
      </w:r>
    </w:p>
    <w:p>
      <w:r>
        <w:br/>
        <w:t>А вона схопила мене на руки і качає.</w:t>
      </w:r>
    </w:p>
    <w:p>
      <w:r>
        <w:br/>
        <w:t>— Спи, — каже, — хлопчику, нічого! Це так ... ліс шумить ...</w:t>
      </w:r>
    </w:p>
    <w:p>
      <w:r>
        <w:br/>
        <w:t>А ліс і справді шумів, ох, і шумів же! Просиділи ми ще скількись часу, чую я: ударило по лісі ніби з рушниці.</w:t>
      </w:r>
    </w:p>
    <w:p>
      <w:r>
        <w:br/>
        <w:t>— Оксано, — кажу, — голубонько, а хто ж це з рушниці стріляє?</w:t>
      </w:r>
    </w:p>
    <w:p>
      <w:r>
        <w:br/>
        <w:t>А вона, небо'га, все мене качає і все говорить:</w:t>
      </w:r>
    </w:p>
    <w:p>
      <w:r>
        <w:br/>
        <w:t>— Мовчи, мовчи, хлопчику, то грім божий ударив в лісі.</w:t>
      </w:r>
    </w:p>
    <w:p>
      <w:r>
        <w:br/>
        <w:t>А сама все плаче і мене міцно до грудей притискає, заколисує: "Ліс шумить, ліс шумить, хлопчику, ліс шумить ..."</w:t>
      </w:r>
    </w:p>
    <w:p>
      <w:r>
        <w:br/>
        <w:t>Ось я лежав у неї на руках і заснув ...</w:t>
      </w:r>
    </w:p>
    <w:p>
      <w:r>
        <w:br/>
        <w:t>А на ранок, хлопче, прокинув, дивлюся: сонце світить, Оксана одна в хаті одягнена спить. Згадав я вчорашнє і думаю: це мені таке наснилося.</w:t>
      </w:r>
    </w:p>
    <w:p>
      <w:r>
        <w:br/>
        <w:t>А воно не приснилося, ой, не наснилося, а було на-правду. Вибіг я з хати, побіг до лісу, а в лісі пташки щебечуть, і роса на листках блищить. Ось добіг до кущів, а там і пан, і доезжачий лежать собі поруч. Пан спокійний і блідий, а доезжачий сивий, як голуб, і строгий, як раз ніби живий. А на грудях і у пана, і у доезжачего кров.</w:t>
      </w:r>
    </w:p>
    <w:p>
      <w:r>
        <w:br/>
        <w:t>* * *</w:t>
      </w:r>
    </w:p>
    <w:p>
      <w:r>
        <w:br/>
        <w:t>— Ну, а що ж сталося з іншими? — запитав я, бачачи, що дід опустив голову і замовк.</w:t>
      </w:r>
    </w:p>
    <w:p>
      <w:r>
        <w:br/>
        <w:t>— Еге! Ось же все так воно й є, як сказав козак Опанас. І сам він довго в лісі жив, ходив з хлопцями по великих дорогах та по панських садиб. Така козакові доля на роду було написано: батьки гайдамаччини, і йому той же на долю випало. Не раз він, хлопче, приходив до нас в цю саму хату, а найчастіше, коли Романа не було вдома. Прийде, бувало, посидить і пісню заспіває, і на бандурі зіграє. А коли і з іншими товаришами заходив, — завжди його Оксана і Роман брали. Ех, правду тобі, хлопче, сказати, таки і не без гріха тут була справа. Ось прийдуть скоро з лісу Максим і Захар, подивися ти на них обох: я нічого їм не кажу, а тільки хто знав Романа і Опанаса, тому відразу видно, який на якого схожий, хоча вони вже тим людям не сини, а внуки .. . Ось же якісь справи, хлопче, бували на моїй пам'яті в цьому лісі ...</w:t>
      </w:r>
    </w:p>
    <w:p>
      <w:r>
        <w:br/>
        <w:t>А шумить же ліс міцно, — буде буря!</w:t>
      </w:r>
    </w:p>
    <w:p>
      <w:r>
        <w:br/>
        <w:t>III</w:t>
      </w:r>
    </w:p>
    <w:p>
      <w:r>
        <w:br/>
        <w:t>Останні слова оповідання старий говорив якось стомлено. Очевидно, його збудження минуло й тепер позначалося втомою: мова його заплітався, голова тряслася, очі сльозилися.</w:t>
      </w:r>
    </w:p>
    <w:p>
      <w:r>
        <w:br/>
        <w:t>Вечір спустився вже на землю, в лісі потемніло, бор хвилювався навколо сторожки, як витрати море; темні вершини колихалися, як гребені хвиль в грізну негоду.</w:t>
      </w:r>
    </w:p>
    <w:p>
      <w:r>
        <w:br/>
        <w:t>Веселий гавкіт собак сповістив прихід господарів. Обидва лісника квапливо підійшли до хатинки, а слідом за ними захекана Мотря пригнала загубилася було корову. Наше суспільство було в зборі.</w:t>
      </w:r>
    </w:p>
    <w:p>
      <w:r>
        <w:br/>
        <w:t>Через кілька хвилин ми сиділи в хаті; в печі весело тріщав вогонь; Мотря зібрала "вечеряти".</w:t>
      </w:r>
    </w:p>
    <w:p>
      <w:r>
        <w:br/>
        <w:t>Хоча я не раз бачив раніше Захара і Максима, але тепер я глянув на них з особливим інтересом. Особа Захара було темно, брови зрослися над крутим низьким чолом, очі дивилися похмуро, хоча в особі можна було розрізнити природне добродушність, властиве силі. Максим дивився відкрито, як ніби пестить сірими очима; за часами він струшував своїми кучерявим волоссям, його сміх звучав якось особливо заразливо.</w:t>
      </w:r>
    </w:p>
    <w:p>
      <w:r>
        <w:br/>
        <w:t>— А чи не розповідав вам старий, — запитав Максим, — стару бивалиціну про нашого діда?</w:t>
      </w:r>
    </w:p>
    <w:p>
      <w:r>
        <w:br/>
        <w:t>— Так, розповідав, — відповідав я.</w:t>
      </w:r>
    </w:p>
    <w:p>
      <w:r>
        <w:br/>
        <w:t>— Ну, він завжди ось так! Ліс зашумить міцніше, йому старе і згадується. Тепер всю ніч ніяк засне.</w:t>
      </w:r>
    </w:p>
    <w:p>
      <w:r>
        <w:br/>
        <w:t>— Зовсім мала дітина, додала Мотря, наливаючи старому щей.</w:t>
      </w:r>
    </w:p>
    <w:p>
      <w:r>
        <w:br/>
        <w:t>Старий ніби не розумів, що мова йде саме про нього. Він зовсім опустився, за часів безглуздо посміхався, киваючи головою; тільки коли зовні налітав на хатинку порив бушував по лісі вітру, він починав тривожитися і наставляв вухо, прислухаючись до чогось з переляканим виглядом.</w:t>
      </w:r>
    </w:p>
    <w:p>
      <w:r>
        <w:br/>
        <w:t>Незабаром в лісовій хатинці все стихло. Тьмяно світив згасаючий каганець [Каганець — черепок, в який наливають сало і кладуть світильник], та цвіркун дзвонив свою одноманітно-крикливу пісню ... А в лісі, здавалося, йшов говір тисячі могутніх, хоча і глухих голосів, про щось грізно перегукувалися в темряві. Здавалося, якась грізна сила веде там, в темряві, гучне нараду, збираючись з усіх боків вдарити на жалюгідну, загублену в лісі халупки. Час од часу неясний гуркіт посилювався, ріс, доливають, і тоді двері здригалася, точно хтось, сердито шипінням напирає на неї зовні, а в трубі нічна завірюха з жалібними загрозою виводила за серце хапає ноту. Потім на час пориви бурі вщухали, фатальна тиша мучила Полохливі серце, поки знову піднімався гул, як ніби старі сосни змовлялися знятися раптом з своїх місць і полетіти в невідоме простір разом з размахами нічного урагану.</w:t>
      </w:r>
    </w:p>
    <w:p>
      <w:r>
        <w:br/>
        <w:t>Я забувся на кілька хвилин смутно дрімотою, але, здається, ненадовго. Буря вила в лісі на різні голоси і тони. Каганець спалахував часом, висвітлюючи хатинку. Старий сидів на своїй лавці і нишпорив навколо себе рукою, як ніби сподіваючись знайти кого-то поблизу. Вираз переляку і майже дитячої безпорадності виднілося на обличчі бідного діда.</w:t>
      </w:r>
    </w:p>
    <w:p>
      <w:r>
        <w:br/>
        <w:t>— Оксано, голубонько, — розчув я його жалібний крик, — а хто ж це там в лісі стогне?</w:t>
      </w:r>
    </w:p>
    <w:p>
      <w:r>
        <w:br/>
        <w:t>Він тривожно понишпорив рукою і прислухався.</w:t>
      </w:r>
    </w:p>
    <w:p>
      <w:r>
        <w:br/>
        <w:t>— Еге! — говорив він знову, — ніхто не стогне. Те буря в лісі шумить ... Більше нічого, ліс шумить, шумить ...</w:t>
      </w:r>
    </w:p>
    <w:p>
      <w:r>
        <w:br/>
        <w:t>Минуло ще кілька хвилин. У маленькі вікна раз у раз заглядали синюваті вогні блискавки, високі дерева спалахували за вікном примарними обрисами і знову зникали в темряві серед сердитого бурчання бурі. Але ось різке світло на мить затьмарив бліді спалахи каганця, і по лісі розкатився уривчастий недалекий удар.</w:t>
      </w:r>
    </w:p>
    <w:p>
      <w:r>
        <w:br/>
        <w:t>Старий знову тривожно заметушився на лавці.</w:t>
      </w:r>
    </w:p>
    <w:p>
      <w:r>
        <w:br/>
        <w:t>— Оксано, голубонько, а хто ж це в лісі стріляє?</w:t>
      </w:r>
    </w:p>
    <w:p>
      <w:r>
        <w:br/>
        <w:t>— Спи, старий, спи, — почувся з грубки спокійний голос Мотрі.— Ось завжди так: в бурю ночами все Оксану кличе. І забув, що Оксана вже давно на тому світі. Ох-хо!</w:t>
      </w:r>
    </w:p>
    <w:p>
      <w:r>
        <w:br/>
        <w:t>Мотря позіхнула, прошепотіла молитву, і незабаром знову в хатинці настала тиша, що переривалася лише шумом лісу та тривожним мимренням діда:</w:t>
      </w:r>
    </w:p>
    <w:p>
      <w:r>
        <w:br/>
        <w:t>— Ліс шумить, ліс шумить ... Оксано, голубонько ...</w:t>
      </w:r>
    </w:p>
    <w:p>
      <w:r>
        <w:br/>
        <w:t>Незабаром вдарила важка злива, покриваючи шумом дощових потоків і поривання вітру, і стогони соснового бору ...</w:t>
      </w:r>
    </w:p>
    <w:p>
      <w:r>
        <w:br/>
        <w:t>1886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 шумить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