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 Микита</w:t>
      </w:r>
    </w:p>
    <w:p>
      <w:r>
        <w:br/>
        <w:t xml:space="preserve"> ПІСНЯ ПЕРША</w:t>
      </w:r>
    </w:p>
    <w:p>
      <w:r>
        <w:br/>
        <w:t>Надійшла весна прекрасна,&lt;br /&gt;</w:t>
        <w:br/>
        <w:t>Многоцвітна, тепла, ясна,&lt;br /&gt;</w:t>
        <w:br/>
        <w:t>Мов дівчина у вінку;&lt;br /&gt;</w:t>
        <w:br/>
        <w:t>Ожили луги, діброви,&lt;br /&gt;</w:t>
        <w:br/>
        <w:t>Повно гамору, розмови&lt;br /&gt;</w:t>
        <w:br/>
        <w:t>І пісень в чагарнику.</w:t>
      </w:r>
    </w:p>
    <w:p>
      <w:r>
        <w:br/>
        <w:t>Лев, що цар є над звірами,&lt;br /&gt;</w:t>
        <w:br/>
        <w:t>Пише листи з печатками,&lt;br /&gt;</w:t>
        <w:br/>
        <w:t>Розсилає на весь світ:&lt;br /&gt;</w:t>
        <w:br/>
        <w:t>"Час настав великих зборів!&lt;br /&gt;</w:t>
        <w:br/>
        <w:t>Най зійдесь до царських дворів&lt;br /&gt;</w:t>
        <w:br/>
        <w:t>Швидко весь звірячий рід".</w:t>
      </w:r>
    </w:p>
    <w:p>
      <w:r>
        <w:br/>
        <w:t>Ось ідуть вони юрбами,&lt;br /&gt;</w:t>
        <w:br/>
        <w:t>Мов на відпуст з корогвами —&lt;br /&gt;</w:t>
        <w:br/>
        <w:t>Все, що виє, гавка, квака;&lt;br /&gt;</w:t>
        <w:br/>
        <w:t>Лиш один мов і не чує,&lt;br /&gt;</w:t>
        <w:br/>
        <w:t>В своїм замку, знай, ночує —&lt;br /&gt;</w:t>
        <w:br/>
        <w:t>Лис Микита, гайдамака.</w:t>
      </w:r>
    </w:p>
    <w:p>
      <w:r>
        <w:br/>
        <w:t>Ой, недаром він ховаєсь!&lt;br /&gt;</w:t>
        <w:br/>
        <w:t>Знать, сумління обзиваєсь:&lt;br /&gt;</w:t>
        <w:br/>
        <w:t>"Кривдив ти звірячий люд!"&lt;br /&gt;</w:t>
        <w:br/>
        <w:t>Тим часом в своїй столиці&lt;br /&gt;</w:t>
        <w:br/>
        <w:t>Цар засів поруч цариці,&lt;br /&gt;</w:t>
        <w:br/>
        <w:t>Щоб творити звірам суд.</w:t>
      </w:r>
    </w:p>
    <w:p>
      <w:r>
        <w:br/>
        <w:t>Перший вийшов Вовк Неситий.&lt;br /&gt;</w:t>
        <w:br/>
        <w:t>"Царю,— каже,— від Микити&lt;br /&gt;</w:t>
        <w:br/>
        <w:t>Вже мені хоч пропадать!&lt;br /&gt;</w:t>
        <w:br/>
        <w:t>Діток моїх б'є, кусає,&lt;br /&gt;</w:t>
        <w:br/>
        <w:t>А Вовчицю обмовляє&lt;br /&gt;</w:t>
        <w:br/>
        <w:t>Так, що й сором повідать!</w:t>
      </w:r>
    </w:p>
    <w:p>
      <w:r>
        <w:br/>
        <w:t>А й мене — хіба ж то чесно? —&lt;br /&gt;</w:t>
        <w:br/>
        <w:t>Як він хитро і облесно&lt;br /&gt;</w:t>
        <w:br/>
        <w:t>Мало в гріб раз не ввігнав!&lt;br /&gt;</w:t>
        <w:br/>
        <w:t>Се було ще того разу,&lt;br /&gt;</w:t>
        <w:br/>
        <w:t>Як я з царського указу&lt;br /&gt;</w:t>
        <w:br/>
        <w:t>Мировим суддею став.</w:t>
      </w:r>
    </w:p>
    <w:p>
      <w:r>
        <w:br/>
        <w:t>От до мене вбіг Микита:&lt;br /&gt;</w:t>
        <w:br/>
        <w:t>"Вовче, справа знаменита!&lt;br /&gt;</w:t>
        <w:br/>
        <w:t>Штири барани ось тут.&lt;br /&gt;</w:t>
        <w:br/>
        <w:t>Їм лишилася по батьку&lt;br /&gt;</w:t>
        <w:br/>
        <w:t>Гарна частка поля в спадку,&lt;br /&gt;</w:t>
        <w:br/>
        <w:t>І на твій здаються суд.</w:t>
      </w:r>
    </w:p>
    <w:p>
      <w:r>
        <w:br/>
        <w:t>Бачиш, почали свариться,&lt;br /&gt;</w:t>
        <w:br/>
        <w:t>Ані руш їм поділиться —&lt;br /&gt;</w:t>
        <w:br/>
        <w:t>Геометри в них нема.&lt;br /&gt;</w:t>
        <w:br/>
        <w:t>Я веду їх в сюю нетру:&lt;br /&gt;</w:t>
        <w:br/>
        <w:t>Будь їм ти за геометру,-&lt;br /&gt;</w:t>
        <w:br/>
        <w:t>Праця буде недарма".</w:t>
      </w:r>
    </w:p>
    <w:p>
      <w:r>
        <w:br/>
        <w:t>Втішивсь я — нема що крити.&lt;br /&gt;</w:t>
        <w:br/>
        <w:t>Бачте, баранів мирити&lt;br /&gt;</w:t>
        <w:br/>
        <w:t>Дуже я люблю над все:&lt;br /&gt;</w:t>
        <w:br/>
        <w:t>Як зроблю їм справу в поли,&lt;br /&gt;</w:t>
        <w:br/>
        <w:t>То вам жаден з них ніколи&lt;br /&gt;</w:t>
        <w:br/>
        <w:t>Вже рекурсу не внесе.</w:t>
      </w:r>
    </w:p>
    <w:p>
      <w:r>
        <w:br/>
        <w:t>От я швидко збираюся,&lt;br /&gt;</w:t>
        <w:br/>
        <w:t>З баранами вітаюся —&lt;br /&gt;</w:t>
        <w:br/>
        <w:t>Хлопці повні, як стручки!&lt;br /&gt;</w:t>
        <w:br/>
        <w:t>"Ну-бо, хлопці, поспішімо,&lt;br /&gt;</w:t>
        <w:br/>
        <w:t>На той спорний грунт ходімо!&lt;br /&gt;</w:t>
        <w:br/>
        <w:t>Маєте пальки, дрючки?"</w:t>
      </w:r>
    </w:p>
    <w:p>
      <w:r>
        <w:br/>
        <w:t>"Все є,— кажуть,— все готове!"&lt;br /&gt;</w:t>
        <w:br/>
        <w:t>Вийшли в поле Баранове,&lt;br /&gt;</w:t>
        <w:br/>
        <w:t>Стали мірять — ні, не йде!&lt;br /&gt;</w:t>
        <w:br/>
        <w:t>Тут замного, там замало,&lt;br /&gt;</w:t>
        <w:br/>
        <w:t>Вшир не хочуть, вздовж не стало,&lt;br /&gt;</w:t>
        <w:br/>
        <w:t>Бо тут ліпше, там худе.</w:t>
      </w:r>
    </w:p>
    <w:p>
      <w:r>
        <w:br/>
        <w:t>Далі каже Лис Микита:&lt;br /&gt;</w:t>
        <w:br/>
        <w:t>"Тут одна лиш стежка бита&lt;br /&gt;</w:t>
        <w:br/>
        <w:t>Вас до правди заведе.&lt;br /&gt;</w:t>
        <w:br/>
        <w:t>Вовче, стань на середині,&lt;br /&gt;</w:t>
        <w:br/>
        <w:t>A з них кождий в сій хвилині&lt;br /&gt;</w:t>
        <w:br/>
        <w:t>На ріг ниви най іде.</w:t>
      </w:r>
    </w:p>
    <w:p>
      <w:r>
        <w:br/>
        <w:t>Станьте й стійте там спокійно,&lt;br /&gt;</w:t>
        <w:br/>
        <w:t>Кождий уважай подвійно!&lt;br /&gt;</w:t>
        <w:br/>
        <w:t>Як я крикну: раз, два, три! —&lt;br /&gt;</w:t>
        <w:br/>
        <w:t>То з вас кождий без уговку&lt;br /&gt;</w:t>
        <w:br/>
        <w:t>Якнайшвидше к пану Вовку&lt;br /&gt;</w:t>
        <w:br/>
        <w:t>Що є сили просто дри!</w:t>
      </w:r>
    </w:p>
    <w:p>
      <w:r>
        <w:br/>
        <w:t>Хто найшвидше дочвалає,&lt;br /&gt;</w:t>
        <w:br/>
        <w:t>Вовка з місця геть зіпхає,&lt;br /&gt;</w:t>
        <w:br/>
        <w:t>Матиме найбільшу часть.&lt;br /&gt;</w:t>
        <w:br/>
        <w:t>Зрозуміли?" — "Зрозуміли!" —&lt;br /&gt;</w:t>
        <w:br/>
        <w:t>"Ну, ставайте ж, і до ціли&lt;br /&gt;</w:t>
        <w:br/>
        <w:t>Най вам бог добігти дасть!"</w:t>
      </w:r>
    </w:p>
    <w:p>
      <w:r>
        <w:br/>
        <w:t>Всередині став я радий,&lt;br /&gt;</w:t>
        <w:br/>
        <w:t>Не доміркувався зради,&lt;br /&gt;</w:t>
        <w:br/>
        <w:t>А Микита на межи&lt;br /&gt;</w:t>
        <w:br/>
        <w:t>Аж у собі радість тисне —&lt;br /&gt;</w:t>
        <w:br/>
        <w:t>Як не гаркне, як не свисне:&lt;br /&gt;</w:t>
        <w:br/>
        <w:t>"Раз-два-три! А враз біжи!"</w:t>
      </w:r>
    </w:p>
    <w:p>
      <w:r>
        <w:br/>
        <w:t>Ледве крикнув Лис Микита —&lt;br /&gt;</w:t>
        <w:br/>
        <w:t>Гей, як рушили з копита&lt;br /&gt;</w:t>
        <w:br/>
        <w:t>Барани у той сам час!&lt;br /&gt;</w:t>
        <w:br/>
        <w:t>А як збилися докупи,&lt;br /&gt;</w:t>
        <w:br/>
        <w:t>То, вам наче штири ступи,&lt;br /&gt;</w:t>
        <w:br/>
        <w:t>В мене гопнули нараз.</w:t>
      </w:r>
    </w:p>
    <w:p>
      <w:r>
        <w:br/>
        <w:t>Штири барани відразу&lt;br /&gt;</w:t>
        <w:br/>
        <w:t>Мої кості на логазу,&lt;br /&gt;</w:t>
        <w:br/>
        <w:t>Бачилося, потовкли;&lt;br /&gt;</w:t>
        <w:br/>
        <w:t>Я лиш зіпнув, закрутився&lt;br /&gt;</w:t>
        <w:br/>
        <w:t>Та й на землю покотився,&lt;br /&gt;</w:t>
        <w:br/>
        <w:t>Очі кров'ю заплили.</w:t>
      </w:r>
    </w:p>
    <w:p>
      <w:r>
        <w:br/>
        <w:t>Та прокляті бараниська&lt;br /&gt;</w:t>
        <w:br/>
        <w:t>Не вважають, що смерть близька,&lt;br /&gt;</w:t>
        <w:br/>
        <w:t>Що зомлілий я лежу:&lt;br /&gt;</w:t>
        <w:br/>
        <w:t>Сей рогами звідси пхає,&lt;br /&gt;</w:t>
        <w:br/>
        <w:t>Той в противний бік штовхає,&lt;br /&gt;</w:t>
        <w:br/>
        <w:t>Щоб посунути межу.</w:t>
      </w:r>
    </w:p>
    <w:p>
      <w:r>
        <w:br/>
        <w:t>Довго ще так правувались,&lt;br /&gt;</w:t>
        <w:br/>
        <w:t>Щохвилини розбігались&lt;br /&gt;</w:t>
        <w:br/>
        <w:t>Та й рогами в мене бух!&lt;br /&gt;</w:t>
        <w:br/>
        <w:t>А Микита, той собака,&lt;br /&gt;</w:t>
        <w:br/>
        <w:t>Реготавсь, аж лазив рака,&lt;br /&gt;</w:t>
        <w:br/>
        <w:t>Що так з мене перли дух.</w:t>
      </w:r>
    </w:p>
    <w:p>
      <w:r>
        <w:br/>
        <w:t>І були б за нюх табаки&lt;br /&gt;</w:t>
        <w:br/>
        <w:t>Там на вічну ганьбу таки&lt;br /&gt;</w:t>
        <w:br/>
        <w:t>Вовка вбили барани,&lt;br /&gt;</w:t>
        <w:br/>
        <w:t>Та, дав бог, моя Вовчиця&lt;br /&gt;</w:t>
        <w:br/>
        <w:t>Там надбігла подивиться,-&lt;br /&gt;</w:t>
        <w:br/>
        <w:t>Аж тоді втекли вони".</w:t>
      </w:r>
    </w:p>
    <w:p>
      <w:r>
        <w:br/>
        <w:t>Хоч як жалібно сю повість,&lt;br /&gt;</w:t>
        <w:br/>
        <w:t>Мов сумную дужу новість,&lt;br /&gt;</w:t>
        <w:br/>
        <w:t>Вовк цареві голосив,&lt;br /&gt;</w:t>
        <w:br/>
        <w:t>То цариця хихоталась,&lt;br /&gt;</w:t>
        <w:br/>
        <w:t>Та й цар, щоб не знявся галас,&lt;br /&gt;</w:t>
        <w:br/>
        <w:t>Ледве в собі сміх душив.</w:t>
      </w:r>
    </w:p>
    <w:p>
      <w:r>
        <w:br/>
        <w:t>Гектор, Цуцик, неборака,&lt;br /&gt;</w:t>
        <w:br/>
        <w:t>Став на лапки та й балака:&lt;br /&gt;</w:t>
        <w:br/>
        <w:t>"Царю, страже наших прав!&lt;br /&gt;</w:t>
        <w:br/>
        <w:t>Ковбаси я мав шматочок&lt;br /&gt;</w:t>
        <w:br/>
        <w:t>Та й сховав її в куточок,-&lt;br /&gt;</w:t>
        <w:br/>
        <w:t>Лис і тую в мене вкрав!"</w:t>
      </w:r>
    </w:p>
    <w:p>
      <w:r>
        <w:br/>
        <w:t>Кіт Мурлика скочив жваво:&lt;br /&gt;</w:t>
        <w:br/>
        <w:t>"Бач, яке собаче право!&lt;br /&gt;</w:t>
        <w:br/>
        <w:t>Ковбаса була моя!&lt;br /&gt;</w:t>
        <w:br/>
        <w:t>Що Лис злодій, я не спорю,&lt;br /&gt;</w:t>
        <w:br/>
        <w:t>Але ковбасу в ту пору&lt;br /&gt;</w:t>
        <w:br/>
        <w:t>В ковалихи викрав я!"</w:t>
      </w:r>
    </w:p>
    <w:p>
      <w:r>
        <w:br/>
        <w:t>"Чиста правда, що й казати,-&lt;br /&gt;</w:t>
        <w:br/>
        <w:t>Рись почав так промовляти,--&lt;br /&gt;</w:t>
        <w:br/>
        <w:t>Лис Микита злодій є.&lt;br /&gt;</w:t>
        <w:br/>
        <w:t>Він сумління, честь і віру&lt;br /&gt;</w:t>
        <w:br/>
        <w:t>За дриглі, горівки міру&lt;br /&gt;</w:t>
        <w:br/>
        <w:t>Без вагання продає.</w:t>
      </w:r>
    </w:p>
    <w:p>
      <w:r>
        <w:br/>
        <w:t>Таж то нехрист, таж то Юда!&lt;br /&gt;</w:t>
        <w:br/>
        <w:t>Патріот — у нього злуда!&lt;br /&gt;</w:t>
        <w:br/>
        <w:t>Хто ж добра б від нього ждав?&lt;br /&gt;</w:t>
        <w:br/>
        <w:t>Знаю я його натуру!&lt;br /&gt;</w:t>
        <w:br/>
        <w:t>Він царя б жидам на шкуру&lt;br /&gt;</w:t>
        <w:br/>
        <w:t>За свинини фунт продав.</w:t>
      </w:r>
    </w:p>
    <w:p>
      <w:r>
        <w:br/>
        <w:t>Заяць ось — душа спасенна,&lt;br /&gt;</w:t>
        <w:br/>
        <w:t>Як жиє, ні в ніч, ні денно&lt;br /&gt;</w:t>
        <w:br/>
        <w:t>Зла нікому не хотів.&lt;br /&gt;</w:t>
        <w:br/>
        <w:t>Ну, пішов він до Микити,&lt;br /&gt;</w:t>
        <w:br/>
        <w:t>Той, бач, мав його навчити&lt;br /&gt;</w:t>
        <w:br/>
        <w:t>Тропарів і кондаків.</w:t>
      </w:r>
    </w:p>
    <w:p>
      <w:r>
        <w:br/>
        <w:t>Ой, гірка була наука!&lt;br /&gt;</w:t>
        <w:br/>
        <w:t>Лис відразу взявсь до бука,-&lt;br /&gt;</w:t>
        <w:br/>
        <w:t>А прийшли на п'ятий глас,&lt;br /&gt;</w:t>
        <w:br/>
        <w:t>Він струснув Зайця, мов грушу;&lt;br /&gt;</w:t>
        <w:br/>
        <w:t>Був би витряс з нього й душу,&lt;br /&gt;</w:t>
        <w:br/>
        <w:t>Якби я його не спас".</w:t>
      </w:r>
    </w:p>
    <w:p>
      <w:r>
        <w:br/>
        <w:t>Аж ось виступив до трону,&lt;br /&gt;</w:t>
        <w:br/>
        <w:t>Щоб взять Лиса в оборону,&lt;br /&gt;</w:t>
        <w:br/>
        <w:t>Стрий його, Борсук Бабай.&lt;br /&gt;</w:t>
        <w:br/>
        <w:t>"Добре то старі казали:&lt;br /&gt;</w:t>
        <w:br/>
        <w:t>Жди від ворога похвали!&lt;br /&gt;</w:t>
        <w:br/>
        <w:t>Що тут наплели, гай, гай!</w:t>
      </w:r>
    </w:p>
    <w:p>
      <w:r>
        <w:br/>
        <w:t>І не сором вам, Неситий,&lt;br /&gt;</w:t>
        <w:br/>
        <w:t>Власну ганьбу розносити,&lt;br /&gt;</w:t>
        <w:br/>
        <w:t>Відгрівати давню пліснь?&lt;br /&gt;</w:t>
        <w:br/>
        <w:t>А ви краще б нагадали,&lt;br /&gt;</w:t>
        <w:br/>
        <w:t>Як ви з Лисом вандрували,-&lt;br /&gt;</w:t>
        <w:br/>
        <w:t>То правдива, свіжа піснь.</w:t>
      </w:r>
    </w:p>
    <w:p>
      <w:r>
        <w:br/>
        <w:t>Вірним другом був Микита,&lt;br /&gt;</w:t>
        <w:br/>
        <w:t>Але ваша злість несита&lt;br /&gt;</w:t>
        <w:br/>
        <w:t>Злом платить найліпшу річ.&lt;br /&gt;</w:t>
        <w:br/>
        <w:t>Раз ото степами йшли ви,&lt;br /&gt;</w:t>
        <w:br/>
        <w:t>Голод мучив вас страшливий,&lt;br /&gt;</w:t>
        <w:br/>
        <w:t>Хоч коліна власні їж!</w:t>
      </w:r>
    </w:p>
    <w:p>
      <w:r>
        <w:br/>
        <w:t>Аж тут чути: "Гатьта! Вісьта!"&lt;br /&gt;</w:t>
        <w:br/>
        <w:t>Їде шляхом хлоп до міста&lt;br /&gt;</w:t>
        <w:br/>
        <w:t>З рибою на торг, мабуть.&lt;br /&gt;</w:t>
        <w:br/>
        <w:t>"Гей,— Лис каже,— мисль щаслива!&lt;br /&gt;</w:t>
        <w:br/>
        <w:t>Брате, буде нам пожива,&lt;br /&gt;</w:t>
        <w:br/>
        <w:t>Лиш гляди та мудрий будь!"</w:t>
      </w:r>
    </w:p>
    <w:p>
      <w:r>
        <w:br/>
        <w:t>Скочив Лис з одного маху,&lt;br /&gt;</w:t>
        <w:br/>
        <w:t>Бач, і впав посеред шляху,&lt;br /&gt;</w:t>
        <w:br/>
        <w:t>Мов здохлий, простяг лапки.&lt;br /&gt;</w:t>
        <w:br/>
        <w:t>І лежить отак простертий —&lt;br /&gt;</w:t>
        <w:br/>
        <w:t>Він же ж міг пожити смерти&lt;br /&gt;</w:t>
        <w:br/>
        <w:t>Від мужицької руки!</w:t>
      </w:r>
    </w:p>
    <w:p>
      <w:r>
        <w:br/>
        <w:t>Хлоп над'їхав — що за диво!&lt;br /&gt;</w:t>
        <w:br/>
        <w:t>З воза зліз, за камінь живо,&lt;br /&gt;</w:t>
        <w:br/>
        <w:t>Щоб його добити там.&lt;br /&gt;</w:t>
        <w:br/>
        <w:t>Далі бачить — він не диха!&lt;br /&gt;</w:t>
        <w:br/>
        <w:t>"От мій зиск,— промовив стиха,-&lt;br /&gt;</w:t>
        <w:br/>
        <w:t>На клапаню буде блам".</w:t>
      </w:r>
    </w:p>
    <w:p>
      <w:r>
        <w:br/>
        <w:t>Взяв Микиту за хвостину&lt;br /&gt;</w:t>
        <w:br/>
        <w:t>Та й на віз між рибу кинув,&lt;br /&gt;</w:t>
        <w:br/>
        <w:t>Сів і їде в божий час.&lt;br /&gt;</w:t>
        <w:br/>
        <w:t>А Микита, той проноза,&lt;br /&gt;</w:t>
        <w:br/>
        <w:t>Ну ж метати риби з воза,&lt;br /&gt;</w:t>
        <w:br/>
        <w:t>В кадці лиш лишився квас.</w:t>
      </w:r>
    </w:p>
    <w:p>
      <w:r>
        <w:br/>
        <w:t>Риб не стало, Лис мій в ноги!&lt;br /&gt;</w:t>
        <w:br/>
        <w:t>Здибав Вовка край дороги,-&lt;br /&gt;</w:t>
        <w:br/>
        <w:t>Той остатню Щуку мне.&lt;br /&gt;</w:t>
        <w:br/>
        <w:t>"Ну-бо, брате Миколайку,&lt;br /&gt;</w:t>
        <w:br/>
        <w:t>Ти лишив для мене пайку?&lt;br /&gt;</w:t>
        <w:br/>
        <w:t>Погодуй тепер мене!"</w:t>
      </w:r>
    </w:p>
    <w:p>
      <w:r>
        <w:br/>
        <w:t>"О,— говорить Вовк Неситий,-&lt;br /&gt;</w:t>
        <w:br/>
        <w:t>Осьде пай твій знаменитий!&lt;br /&gt;</w:t>
        <w:br/>
        <w:t>На, смакуй, та не вдавись!"&lt;br /&gt;</w:t>
        <w:br/>
        <w:t>І — зміркуй безодню злості! —&lt;br /&gt;</w:t>
        <w:br/>
        <w:t>Дав йому лиш самі ості&lt;br /&gt;</w:t>
        <w:br/>
        <w:t>З риб, що вкрав так сміло Лис!</w:t>
      </w:r>
    </w:p>
    <w:p>
      <w:r>
        <w:br/>
        <w:t>А для Зайця річ нелюба,&lt;br /&gt;</w:t>
        <w:br/>
        <w:t>Що надрав учитель чуба?&lt;br /&gt;</w:t>
        <w:br/>
        <w:t>Ніби нас не драли всіх?&lt;br /&gt;</w:t>
        <w:br/>
        <w:t>Хто ж то бачив, щоб наука&lt;br /&gt;</w:t>
        <w:br/>
        <w:t>Йшла до голови без бука?&lt;br /&gt;</w:t>
        <w:br/>
        <w:t>Се розмазувать — лиш сміх.</w:t>
      </w:r>
    </w:p>
    <w:p>
      <w:r>
        <w:br/>
        <w:t>А той Цуцик, Гектор куций,&lt;br /&gt;</w:t>
        <w:br/>
        <w:t>Сам спіймавсь на своїй штуці!&lt;br /&gt;</w:t>
        <w:br/>
        <w:t>Кіт Мурлика нам сказав:&lt;br /&gt;</w:t>
        <w:br/>
        <w:t>"Ковбасу ту знакомиту,&lt;br /&gt;</w:t>
        <w:br/>
        <w:t>За що скаржить він Микиту,&lt;br /&gt;</w:t>
        <w:br/>
        <w:t>Сам він у Мурлики вкрав.</w:t>
      </w:r>
    </w:p>
    <w:p>
      <w:r>
        <w:br/>
        <w:t>Мій братанок — муж побожний.&lt;br /&gt;</w:t>
        <w:br/>
        <w:t>Всякий проступок безбожний&lt;br /&gt;</w:t>
        <w:br/>
        <w:t>Є для нього наче хрін.&lt;br /&gt;</w:t>
        <w:br/>
        <w:t>Ось вже цілий рік минає,&lt;br /&gt;</w:t>
        <w:br/>
        <w:t>Як твердий все піст тримає,&lt;br /&gt;</w:t>
        <w:br/>
        <w:t>Не бере в рот м'яса він.</w:t>
      </w:r>
    </w:p>
    <w:p>
      <w:r>
        <w:br/>
        <w:t>Я вже сам не раз журився,&lt;br /&gt;</w:t>
        <w:br/>
        <w:t>Що так голодом зморився…" —&lt;br /&gt;</w:t>
        <w:br/>
        <w:t>Тут урвав нараз Бабай,-&lt;br /&gt;</w:t>
        <w:br/>
        <w:t>Бач, кумпанія чимала&lt;br /&gt;</w:t>
        <w:br/>
        <w:t>Бог зна звідки причвалала&lt;br /&gt;</w:t>
        <w:br/>
        <w:t>З криком, шумом в царський гай.</w:t>
      </w:r>
    </w:p>
    <w:p>
      <w:r>
        <w:br/>
        <w:t>Старий Півень перед веде,&lt;br /&gt;</w:t>
        <w:br/>
        <w:t>За ним по два у ряд іде,&lt;br /&gt;</w:t>
        <w:br/>
        <w:t>Носять мари на плечах:&lt;br /&gt;</w:t>
        <w:br/>
        <w:t>А на марах Курка лежить,&lt;br /&gt;</w:t>
        <w:br/>
        <w:t>За марами весь рід біжить —&lt;br /&gt;</w:t>
        <w:br/>
        <w:t>Плач і лемент, ох і ах!</w:t>
      </w:r>
    </w:p>
    <w:p>
      <w:r>
        <w:br/>
        <w:t>Півень перед троном царським&lt;br /&gt;</w:t>
        <w:br/>
        <w:t>Крикнув тенором лицарським:&lt;br /&gt;</w:t>
        <w:br/>
        <w:t>"Милосердя, царю мій!&lt;br /&gt;</w:t>
        <w:br/>
        <w:t>Вся надія наша вбита!&lt;br /&gt;</w:t>
        <w:br/>
        <w:t>А убійця — Лис Микита!&lt;br /&gt;</w:t>
        <w:br/>
        <w:t>Най нас суд розсудить твій.</w:t>
      </w:r>
    </w:p>
    <w:p>
      <w:r>
        <w:br/>
        <w:t>Ми в монастирі святому&lt;br /&gt;</w:t>
        <w:br/>
        <w:t>Проживали й зла нікому&lt;br /&gt;</w:t>
        <w:br/>
        <w:t>Не чинили. Та не раз&lt;br /&gt;</w:t>
        <w:br/>
        <w:t>Бачив я, що попід брами&lt;br /&gt;</w:t>
        <w:br/>
        <w:t>Лис мишкує,— все за нами&lt;br /&gt;</w:t>
        <w:br/>
        <w:t>Своїм хижим оком пас.</w:t>
      </w:r>
    </w:p>
    <w:p>
      <w:r>
        <w:br/>
        <w:t>Я сі штуки добре знаю,&lt;br /&gt;</w:t>
        <w:br/>
        <w:t>Своїм дітям повідаю:&lt;br /&gt;</w:t>
        <w:br/>
        <w:t>"Стережіться, крий вас біг!&lt;br /&gt;</w:t>
        <w:br/>
        <w:t>В ліс мені не вибігати,&lt;br /&gt;</w:t>
        <w:br/>
        <w:t>Бо там ворог наш зубатий,&lt;br /&gt;</w:t>
        <w:br/>
        <w:t>Він життя вас збавить всіх."</w:t>
      </w:r>
    </w:p>
    <w:p>
      <w:r>
        <w:br/>
        <w:t>Аж тут раз стук-стук до брами:&lt;br /&gt;</w:t>
        <w:br/>
        <w:t>В волосянці перед нами&lt;br /&gt;</w:t>
        <w:br/>
        <w:t>Став Микита, як монах,&lt;br /&gt;</w:t>
        <w:br/>
        <w:t>Повітав нас благодаттю&lt;br /&gt;</w:t>
        <w:br/>
        <w:t>І з цісарською печаттю&lt;br /&gt;</w:t>
        <w:br/>
        <w:t>Лист отвертий мав в руках.</w:t>
      </w:r>
    </w:p>
    <w:p>
      <w:r>
        <w:br/>
        <w:t>"Ось вам,— каже,— лист безпеки!&lt;br /&gt;</w:t>
        <w:br/>
        <w:t>Каже цар, щоб відтеперки&lt;br /&gt;</w:t>
        <w:br/>
        <w:t>Між звірами був спокій,&lt;br /&gt;</w:t>
        <w:br/>
        <w:t>Щоб братався Вовк з Вівцями&lt;br /&gt;</w:t>
        <w:br/>
        <w:t>І щоб я навіки з вами&lt;br /&gt;</w:t>
        <w:br/>
        <w:t>Був як друг, як брат, як свій!</w:t>
      </w:r>
    </w:p>
    <w:p>
      <w:r>
        <w:br/>
        <w:t>Бач, пустинником я стався&lt;br /&gt;</w:t>
        <w:br/>
        <w:t>І від м'яса відцурався,&lt;br /&gt;</w:t>
        <w:br/>
        <w:t>Їм лиш зілля й дикий мід.&lt;br /&gt;</w:t>
        <w:br/>
        <w:t>Мир вам, діти! Жийте з богом!"&lt;br /&gt;</w:t>
        <w:br/>
        <w:t>І, вклонившись за порогом,&lt;br /&gt;</w:t>
        <w:br/>
        <w:t>Він пішов собі у світ.</w:t>
      </w:r>
    </w:p>
    <w:p>
      <w:r>
        <w:br/>
        <w:t>"Ну,— тут дітям я говорю,-&lt;br /&gt;</w:t>
        <w:br/>
        <w:t>Воля, діти! Можна з двору&lt;br /&gt;</w:t>
        <w:br/>
        <w:t>Нам по стернях погулять!"&lt;br /&gt;</w:t>
        <w:br/>
        <w:t>Радість, втіха, спів між нами!&lt;br /&gt;</w:t>
        <w:br/>
        <w:t>Всі ми рушили до брами,-&lt;br /&gt;</w:t>
        <w:br/>
        <w:t>Та не всім прийшлось вертать.</w:t>
      </w:r>
    </w:p>
    <w:p>
      <w:r>
        <w:br/>
        <w:t>Лиш ми вийшли,— гульк, з укриття&lt;br /&gt;</w:t>
        <w:br/>
        <w:t>Як не скочить Лис Микита&lt;br /&gt;</w:t>
        <w:br/>
        <w:t>Та й хахап мою дочку!&lt;br /&gt;</w:t>
        <w:br/>
        <w:t>Я як крикну: "Кукареко!"&lt;br /&gt;</w:t>
        <w:br/>
        <w:t>Але він вже був далеко,&lt;br /&gt;</w:t>
        <w:br/>
        <w:t>Вже сховався у ліску.</w:t>
      </w:r>
    </w:p>
    <w:p>
      <w:r>
        <w:br/>
        <w:t>Я кричу, мов в дзвони дзвоню…&lt;br /&gt;</w:t>
        <w:br/>
        <w:t>Вірні пси за ним в погоню&lt;br /&gt;</w:t>
        <w:br/>
        <w:t>Кинулись — та, боже мій! —&lt;br /&gt;</w:t>
        <w:br/>
        <w:t>Принесли лиш труп бездушний!..&lt;br /&gt;</w:t>
        <w:br/>
        <w:t>Так той злодій непослушний&lt;br /&gt;</w:t>
        <w:br/>
        <w:t>Зневажає наказ твій!"</w:t>
      </w:r>
    </w:p>
    <w:p>
      <w:r>
        <w:br/>
        <w:t>Цар сказав: "А що, Бабає?&lt;br /&gt;</w:t>
        <w:br/>
        <w:t>Дуже острий піст тримає&lt;br /&gt;</w:t>
        <w:br/>
        <w:t>Твій братанок! Бачиш сам,&lt;br /&gt;</w:t>
        <w:br/>
        <w:t>Як то він спасає душу!&lt;br /&gt;</w:t>
        <w:br/>
        <w:t>Ні, кінець зробити мушу&lt;br /&gt;</w:t>
        <w:br/>
        <w:t>Всім подібним хапунам!"</w:t>
      </w:r>
    </w:p>
    <w:p>
      <w:r>
        <w:br/>
        <w:t>І Медведя зве, Бурмила:&lt;br /&gt;</w:t>
        <w:br/>
        <w:t>"Як тобі в нас ласка мила,&lt;br /&gt;</w:t>
        <w:br/>
        <w:t>Друже, меч свій прив'яжи,&lt;br /&gt;</w:t>
        <w:br/>
        <w:t>Йдти до Лиса,— най, мосьпане,&lt;br /&gt;</w:t>
        <w:br/>
        <w:t>Зараз тут на суд мій стане,-&lt;br /&gt;</w:t>
        <w:br/>
        <w:t>Строго-строго накажи!</w:t>
      </w:r>
    </w:p>
    <w:p>
      <w:r>
        <w:br/>
        <w:t>А вважай на ту падлюку,&lt;br /&gt;</w:t>
        <w:br/>
        <w:t>Щоб не вдрав яку він штуку,&lt;br /&gt;</w:t>
        <w:br/>
        <w:t>Бо то, брате, хитрий звір!" —&lt;br /&gt;</w:t>
        <w:br/>
        <w:t>"Що, мене б він смів дурити?"&lt;br /&gt;</w:t>
        <w:br/>
        <w:t>Закричав Медвідь сердитий&lt;br /&gt;</w:t>
        <w:br/>
        <w:t>Та й потяг в Микитин двір.</w:t>
      </w:r>
    </w:p>
    <w:p>
      <w:r>
        <w:br/>
        <w:t>ПІСНЯ ДРУГА</w:t>
      </w:r>
    </w:p>
    <w:p>
      <w:r>
        <w:br/>
        <w:t>Гей, хто в лісі не буває,&lt;br /&gt;</w:t>
        <w:br/>
        <w:t>Той не бачив, той не знає,&lt;br /&gt;</w:t>
        <w:br/>
        <w:t>Як Микита Лис жиє.&lt;br /&gt;</w:t>
        <w:br/>
        <w:t>Лисовичі — славний замок.&lt;br /&gt;</w:t>
        <w:br/>
        <w:t>Не один там хід і ґанок,&lt;br /&gt;</w:t>
        <w:br/>
        <w:t>Ям, скриток чимало є.</w:t>
      </w:r>
    </w:p>
    <w:p>
      <w:r>
        <w:br/>
        <w:t>Лис Микита в своїй буді&lt;br /&gt;</w:t>
        <w:br/>
        <w:t>Спочива собі по труді,&lt;br /&gt;</w:t>
        <w:br/>
        <w:t>Аж нараз почув: стук, стук!&lt;br /&gt;</w:t>
        <w:br/>
        <w:t>Глянув — ой, небесна сило!&lt;br /&gt;</w:t>
        <w:br/>
        <w:t>Аж се сам Медвідь Бурмило,&lt;br /&gt;</w:t>
        <w:br/>
        <w:t>А в руках страшенний бук.</w:t>
      </w:r>
    </w:p>
    <w:p>
      <w:r>
        <w:br/>
        <w:t>"Гей, Микито! Де він, ланець?&lt;br /&gt;</w:t>
        <w:br/>
        <w:t>Вилізай! Ось я, післанець&lt;br /&gt;</w:t>
        <w:br/>
        <w:t>Від саміського царя!&lt;br /&gt;</w:t>
        <w:br/>
        <w:t>Наробив ти зла багато,&lt;br /&gt;</w:t>
        <w:br/>
        <w:t>Злий на тебе Лев, наш тато,-&lt;br /&gt;</w:t>
        <w:br/>
        <w:t>То й спокутувать пора!</w:t>
      </w:r>
    </w:p>
    <w:p>
      <w:r>
        <w:br/>
        <w:t>Кличе цар тебе на суд:&lt;br /&gt;</w:t>
        <w:br/>
        <w:t>"Най мені явиться тут&lt;br /&gt;</w:t>
        <w:br/>
        <w:t>Лис Микита, гайдамака!&lt;br /&gt;</w:t>
        <w:br/>
        <w:t>А не хоче йти в мій двір,-&lt;br /&gt;</w:t>
        <w:br/>
        <w:t>На тортури, під топір!&lt;br /&gt;</w:t>
        <w:br/>
        <w:t>Най пропаде, мов собака!"</w:t>
      </w:r>
    </w:p>
    <w:p>
      <w:r>
        <w:br/>
        <w:t>Лис Микита зчулив вуха,&lt;br /&gt;</w:t>
        <w:br/>
        <w:t>Коло брами пильно слуха&lt;br /&gt;</w:t>
        <w:br/>
        <w:t>Тих грізних медвежих слів.&lt;br /&gt;</w:t>
        <w:br/>
        <w:t>"Ех,— гадає,— що б зробити,&lt;br /&gt;</w:t>
        <w:br/>
        <w:t>Сього дурня раз провчити,&lt;br /&gt;</w:t>
        <w:br/>
        <w:t>Щоб так гордо не ревів!"</w:t>
      </w:r>
    </w:p>
    <w:p>
      <w:r>
        <w:br/>
        <w:t>Хитро в шпарку зазирає,&lt;br /&gt;</w:t>
        <w:br/>
        <w:t>Чи де засідки немає?&lt;br /&gt;</w:t>
        <w:br/>
        <w:t>Але ні, Бурмило сам!&lt;br /&gt;</w:t>
        <w:br/>
        <w:t>Ну, тоді він вийшов сміло,&lt;br /&gt;</w:t>
        <w:br/>
        <w:t>Втіхою лице горіло:&lt;br /&gt;</w:t>
        <w:br/>
        <w:t>"Вуйку, ах, вітайте ж нам!</w:t>
      </w:r>
    </w:p>
    <w:p>
      <w:r>
        <w:br/>
        <w:t>Вуйку, ви ж се? Бійтесь бога!&lt;br /&gt;</w:t>
        <w:br/>
        <w:t>Так далекая дорога,&lt;br /&gt;</w:t>
        <w:br/>
        <w:t>А такий надворі сквар!&lt;br /&gt;</w:t>
        <w:br/>
        <w:t>Ви втомились, ви без духа,&lt;br /&gt;</w:t>
        <w:br/>
        <w:t>Піт вам скрізь тече з кожуха!&lt;br /&gt;</w:t>
        <w:br/>
        <w:t>Що ж то, наш вельможний цар</w:t>
      </w:r>
    </w:p>
    <w:p>
      <w:r>
        <w:br/>
        <w:t>Інших вже послів не має,&lt;br /&gt;</w:t>
        <w:br/>
        <w:t>Що найліпших посилає,&lt;br /&gt;</w:t>
        <w:br/>
        <w:t>На найстарших труд валить? —&lt;br /&gt;</w:t>
        <w:br/>
        <w:t>Ну, подвійно рад я тому,&lt;br /&gt;</w:t>
        <w:br/>
        <w:t>Що хоч раз до мого дому&lt;br /&gt;</w:t>
        <w:br/>
        <w:t>Гість так чесний загостить.</w:t>
      </w:r>
    </w:p>
    <w:p>
      <w:r>
        <w:br/>
        <w:t>Суд для мене — з маслом каша!&lt;br /&gt;</w:t>
        <w:br/>
        <w:t>Знаю-бо, що мудра ваша&lt;br /&gt;</w:t>
        <w:br/>
        <w:t>Рада захистить мене.&lt;br /&gt;</w:t>
        <w:br/>
        <w:t>А як ви за мене слово&lt;br /&gt;</w:t>
        <w:br/>
        <w:t>Скажете, то все готово,&lt;br /&gt;</w:t>
        <w:br/>
        <w:t>Царський гнів тяжкий мине.</w:t>
      </w:r>
    </w:p>
    <w:p>
      <w:r>
        <w:br/>
        <w:t>Вуйку, ми ж одного роду!&lt;br /&gt;</w:t>
        <w:br/>
        <w:t>З вами я в огонь і в воду!&lt;br /&gt;</w:t>
        <w:br/>
        <w:t>Лиш сю нічку ще заждіть!&lt;br /&gt;</w:t>
        <w:br/>
        <w:t>Гляньте, небо замрячене,&lt;br /&gt;</w:t>
        <w:br/>
        <w:t>Ви втомилися, а в мене —&lt;br /&gt;</w:t>
        <w:br/>
        <w:t>Вибачте — болить живіт".</w:t>
      </w:r>
    </w:p>
    <w:p>
      <w:r>
        <w:br/>
        <w:t>"А се що тобі, небоже?" —&lt;br /&gt;</w:t>
        <w:br/>
        <w:t>"Ох, вуйцуню, страх негоже!&lt;br /&gt;</w:t>
        <w:br/>
        <w:t>Я ж пустинник, то й не слід&lt;br /&gt;</w:t>
        <w:br/>
        <w:t>М'яса їсти. Ось я мушу,&lt;br /&gt;</w:t>
        <w:br/>
        <w:t>Щоб не брать гріха на душу,&lt;br /&gt;</w:t>
        <w:br/>
        <w:t>Ссати той обридлий мід".</w:t>
      </w:r>
    </w:p>
    <w:p>
      <w:r>
        <w:br/>
        <w:t>"Мід? — аж крикнув пан Бурмило.-&lt;br /&gt;</w:t>
        <w:br/>
        <w:t>Мід обридлий? Божа сило!&lt;br /&gt;</w:t>
        <w:br/>
        <w:t>Я ж за мід би й душу дав!&lt;br /&gt;</w:t>
        <w:br/>
        <w:t>Де він? Де його купуєш?&lt;br /&gt;</w:t>
        <w:br/>
        <w:t>Як мене ним утрактуєш,&lt;br /&gt;</w:t>
        <w:br/>
        <w:t>Вір — не будеш напікав".</w:t>
      </w:r>
    </w:p>
    <w:p>
      <w:r>
        <w:br/>
        <w:t>"Вуйку,-каже Лис,-се жарти!"&lt;br /&gt;</w:t>
        <w:br/>
        <w:t>"Жарти? Дай лиш зо три кварти,&lt;br /&gt;</w:t>
        <w:br/>
        <w:t>То й присягою скріплю!&lt;br /&gt;</w:t>
        <w:br/>
        <w:t>Мід — се райський корм чудовий!&lt;br /&gt;</w:t>
        <w:br/>
        <w:t>Все за мід я дать готовий,&lt;br /&gt;</w:t>
        <w:br/>
        <w:t>Над усе я мід люблю!"</w:t>
      </w:r>
    </w:p>
    <w:p>
      <w:r>
        <w:br/>
        <w:t>"Га, як так, мій вуйку милий,&lt;br /&gt;</w:t>
        <w:br/>
        <w:t>То ходім! Хоч в мене сили&lt;br /&gt;</w:t>
        <w:br/>
        <w:t>Дуже мало — що робить!&lt;br /&gt;</w:t>
        <w:br/>
        <w:t>Розказ твій — то голос з неба.&lt;br /&gt;</w:t>
        <w:br/>
        <w:t>Для так чесних гостей треба&lt;br /&gt;</w:t>
        <w:br/>
        <w:t>Сил, здоровля не щадить.</w:t>
      </w:r>
    </w:p>
    <w:p>
      <w:r>
        <w:br/>
        <w:t>Недалеко тут — ось тільки&lt;br /&gt;</w:t>
        <w:br/>
        <w:t>Буде відси зо чверть мильки —&lt;br /&gt;</w:t>
        <w:br/>
        <w:t>Є багатий хлоп Охрім.&lt;br /&gt;</w:t>
        <w:br/>
        <w:t>В нього меду тьма безбожна,&lt;br /&gt;</w:t>
        <w:br/>
        <w:t>Що не то що їсти можна,&lt;br /&gt;</w:t>
        <w:br/>
        <w:t>Але хоч купайся в нім!"</w:t>
      </w:r>
    </w:p>
    <w:p>
      <w:r>
        <w:br/>
        <w:t>"Ой! — зітхнув Медвідь Бурмило.-&lt;br /&gt;</w:t>
        <w:br/>
        <w:t>Аж на серці замлоїло!&lt;br /&gt;</w:t>
        <w:br/>
        <w:t>Ну, Микито, ну, біжім!"&lt;br /&gt;</w:t>
        <w:br/>
        <w:t>Сонце сіло вже за гори,&lt;br /&gt;</w:t>
        <w:br/>
        <w:t>Як добігли до обори,&lt;br /&gt;</w:t>
        <w:br/>
        <w:t>Де багатий жив Охрім.</w:t>
      </w:r>
    </w:p>
    <w:p>
      <w:r>
        <w:br/>
        <w:t>На землі там, близь города,&lt;br /&gt;</w:t>
        <w:br/>
        <w:t>З дуба грубая колода&lt;br /&gt;</w:t>
        <w:br/>
        <w:t>Бовваніла. Майстер Гринь&lt;br /&gt;</w:t>
        <w:br/>
        <w:t>Хтів поздовж її лупати,&lt;br /&gt;</w:t>
        <w:br/>
        <w:t>То й почав з кінця вже гнати&lt;br /&gt;</w:t>
        <w:br/>
        <w:t>Здоровенний в щілку клин.</w:t>
      </w:r>
    </w:p>
    <w:p>
      <w:r>
        <w:br/>
        <w:t>З на дві п'яді вже отверта&lt;br /&gt;</w:t>
        <w:br/>
        <w:t>Щіль була; колода вперта&lt;br /&gt;</w:t>
        <w:br/>
        <w:t>Про тото не трісла ще,&lt;br /&gt;</w:t>
        <w:br/>
        <w:t>Лиш від клина заскрипіла,&lt;br /&gt;</w:t>
        <w:br/>
        <w:t>Ніби зуби заціпила,&lt;br /&gt;</w:t>
        <w:br/>
        <w:t>Прохрипівши: "Ов, пече!"</w:t>
      </w:r>
    </w:p>
    <w:p>
      <w:r>
        <w:br/>
        <w:t>"Вуйку! — шепче Лис Микита.-&lt;br /&gt;</w:t>
        <w:br/>
        <w:t>Ось колода ся відкрита —&lt;br /&gt;</w:t>
        <w:br/>
        <w:t>Ти пощупай їй під бік!&lt;br /&gt;</w:t>
        <w:br/>
        <w:t>Хоч крива вона та сіра,&lt;br /&gt;</w:t>
        <w:br/>
        <w:t>Та в ній меду, що не міра,&lt;br /&gt;</w:t>
        <w:br/>
        <w:t>Відси й я не раз волік.</w:t>
      </w:r>
    </w:p>
    <w:p>
      <w:r>
        <w:br/>
        <w:t>Глянь, вже темно по долині.&lt;br /&gt;</w:t>
        <w:br/>
        <w:t>Хлоп давно лежить в перині,&lt;br /&gt;</w:t>
        <w:br/>
        <w:t>Тож нічого ти не бійсь!&lt;br /&gt;</w:t>
        <w:br/>
        <w:t>Їж досхочу в ім'я боже!&lt;br /&gt;</w:t>
        <w:br/>
        <w:t>Я постою на сторожі…&lt;br /&gt;</w:t>
        <w:br/>
        <w:t>Ну лиш, сміло в шпарку лізь!"</w:t>
      </w:r>
    </w:p>
    <w:p>
      <w:r>
        <w:br/>
        <w:t>"Спасибіг тобі, небоже! —&lt;br /&gt;</w:t>
        <w:br/>
        <w:t>Рік Бурмило.— Стій, щоб, може,&lt;br /&gt;</w:t>
        <w:br/>
        <w:t>Не надліз який злий дух!&lt;br /&gt;</w:t>
        <w:br/>
        <w:t>Ой, вже чую запах меду!&lt;br /&gt;</w:t>
        <w:br/>
        <w:t>Ти, небоже, стань спереду,&lt;br /&gt;</w:t>
        <w:br/>
        <w:t>На до рук отсей обух!"</w:t>
      </w:r>
    </w:p>
    <w:p>
      <w:r>
        <w:br/>
        <w:t>І за сим Медвідь Бурмило&lt;br /&gt;</w:t>
        <w:br/>
        <w:t>Лапи, голову й карчило&lt;br /&gt;</w:t>
        <w:br/>
        <w:t>В ту широку щіль запхав;&lt;br /&gt;</w:t>
        <w:br/>
        <w:t>Лис тим часом трах! обухом&lt;br /&gt;</w:t>
        <w:br/>
        <w:t>Клин із дуба вибив духом,&lt;br /&gt;</w:t>
        <w:br/>
        <w:t>І Бурмила дуб спіймав.</w:t>
      </w:r>
    </w:p>
    <w:p>
      <w:r>
        <w:br/>
        <w:t>"У! — сказав дуб.— Є ще сила!"&lt;br /&gt;</w:t>
        <w:br/>
        <w:t>Гей, як вхопить він Бурмила,&lt;br /&gt;</w:t>
        <w:br/>
        <w:t>Аж стріщав у нього лоб.&lt;br /&gt;</w:t>
        <w:br/>
        <w:t>"Вуйку! — крикнув Лис Микита,-&lt;br /&gt;</w:t>
        <w:br/>
        <w:t>Правда, шпарка знаменита!&lt;br /&gt;</w:t>
        <w:br/>
        <w:t>Знав, де мід ховати, хлоп".</w:t>
      </w:r>
    </w:p>
    <w:p>
      <w:r>
        <w:br/>
        <w:t>А Медведя заціпило!&lt;br /&gt;</w:t>
        <w:br/>
        <w:t>Стогне, сапа мій Бурмило,&lt;br /&gt;</w:t>
        <w:br/>
        <w:t>Але дуб трима й трима.&lt;br /&gt;</w:t>
        <w:br/>
        <w:t>Шарпнув вуйко зо три рази,&lt;br /&gt;</w:t>
        <w:br/>
        <w:t>Затріщали лапи й в'язи,&lt;br /&gt;</w:t>
        <w:br/>
        <w:t>Але вирвати — дарма!</w:t>
      </w:r>
    </w:p>
    <w:p>
      <w:r>
        <w:br/>
        <w:t>"Вуйку,— каже Лис,— як чую,&lt;br /&gt;</w:t>
        <w:br/>
        <w:t>Дуже вам медок смакує,&lt;br /&gt;</w:t>
        <w:br/>
        <w:t>Та, мабуть, вас муха тне.&lt;br /&gt;</w:t>
        <w:br/>
        <w:t>Їжте ж, але міру майте,&lt;br /&gt;</w:t>
        <w:br/>
        <w:t>Бо, як об'їстеся, знайте:&lt;br /&gt;</w:t>
        <w:br/>
        <w:t>Мід вам пупом поплине".</w:t>
      </w:r>
    </w:p>
    <w:p>
      <w:r>
        <w:br/>
        <w:t>Та Медведю не до меду!&lt;br /&gt;</w:t>
        <w:br/>
        <w:t>Крутить задом, а спереду&lt;br /&gt;</w:t>
        <w:br/>
        <w:t>Дуб держить, мов у кліщах…&lt;br /&gt;</w:t>
        <w:br/>
        <w:t>То він шарпне, дряпне, смикне,&lt;br /&gt;</w:t>
        <w:br/>
        <w:t>Далі з болю як не рикне,&lt;br /&gt;</w:t>
        <w:br/>
        <w:t>Аж почули в небесах.</w:t>
      </w:r>
    </w:p>
    <w:p>
      <w:r>
        <w:br/>
        <w:t>Лис на кпи його здіймає:&lt;br /&gt;</w:t>
        <w:br/>
        <w:t>"Бач, як вуйко мій співає!&lt;br /&gt;</w:t>
        <w:br/>
        <w:t>Вуйку, що за нута се?&lt;br /&gt;</w:t>
        <w:br/>
        <w:t>Вуйку, вуйку, будьте тихо!&lt;br /&gt;</w:t>
        <w:br/>
        <w:t>В хаті світло — буде лихо!&lt;br /&gt;</w:t>
        <w:br/>
        <w:t>Вуйку, хлопа біс несе!"</w:t>
      </w:r>
    </w:p>
    <w:p>
      <w:r>
        <w:br/>
        <w:t>А Охрім, багач-мужик,&lt;br /&gt;</w:t>
        <w:br/>
        <w:t>Пробудився,— що за рик?&lt;br /&gt;</w:t>
        <w:br/>
        <w:t>Виглядає у кватиру —&lt;br /&gt;</w:t>
        <w:br/>
        <w:t>Що за диво? При колоді&lt;br /&gt;</w:t>
        <w:br/>
        <w:t>Щось чорніє… Може, злодій!&lt;br /&gt;</w:t>
        <w:br/>
        <w:t>Хлоп хапає за сокиру.</w:t>
      </w:r>
    </w:p>
    <w:p>
      <w:r>
        <w:br/>
        <w:t>Вибіг з хати, приглядаєсь:&lt;br /&gt;</w:t>
        <w:br/>
        <w:t>Се Бурмило борикаєсь!..&lt;br /&gt;</w:t>
        <w:br/>
        <w:t>Репет підійма Охрім:&lt;br /&gt;</w:t>
        <w:br/>
        <w:t>"Гей, сюди, сусіди любі!&lt;br /&gt;</w:t>
        <w:br/>
        <w:t>Ось Медвідь зловився в дубі!&lt;br /&gt;</w:t>
        <w:br/>
        <w:t>Гей, Медведя бить біжім!"</w:t>
      </w:r>
    </w:p>
    <w:p>
      <w:r>
        <w:br/>
        <w:t>У! Кипить в селі тривога,&lt;br /&gt;</w:t>
        <w:br/>
        <w:t>Наче ті вовки з берлога,&lt;br /&gt;</w:t>
        <w:br/>
        <w:t>Позривались мужики.&lt;br /&gt;</w:t>
        <w:br/>
        <w:t>В чім хто був, в тім вибігає,&lt;br /&gt;</w:t>
        <w:br/>
        <w:t>Що попало, те й хапає&lt;br /&gt;</w:t>
        <w:br/>
        <w:t>Як оружжя до руки.</w:t>
      </w:r>
    </w:p>
    <w:p>
      <w:r>
        <w:br/>
        <w:t>Як прискочуть до Бурмила —&lt;br /&gt;</w:t>
        <w:br/>
        <w:t>В сього ціп, у того вила,&lt;br /&gt;</w:t>
        <w:br/>
        <w:t>В баби кочерга в руках,&lt;br /&gt;</w:t>
        <w:br/>
        <w:t>А Охрім з тяжким обухом —&lt;br /&gt;</w:t>
        <w:br/>
        <w:t>Кинулись на вуйка духом!&lt;br /&gt;</w:t>
        <w:br/>
        <w:t>Лиш луп-цуп! та трах-тарах!</w:t>
      </w:r>
    </w:p>
    <w:p>
      <w:r>
        <w:br/>
        <w:t>Біль додав Бурмилі сили:&lt;br /&gt;</w:t>
        <w:br/>
        <w:t>Як не шарпне — боже милий!&lt;br /&gt;</w:t>
        <w:br/>
        <w:t>Шкіру всю з чола зідрав!&lt;br /&gt;</w:t>
        <w:br/>
        <w:t>Ще раз шарпнув — вирвав лапи,&lt;br /&gt;</w:t>
        <w:br/>
        <w:t>Але шкіру й кігті-дряпи&lt;br /&gt;</w:t>
        <w:br/>
        <w:t>Дуб, немов своє, забрав.</w:t>
      </w:r>
    </w:p>
    <w:p>
      <w:r>
        <w:br/>
        <w:t>"Вирвавсь! Вирвавсь!" — закричали&lt;br /&gt;</w:t>
        <w:br/>
        <w:t>Люди, врозтіч поскакали,&lt;br /&gt;</w:t>
        <w:br/>
        <w:t>А Бурмило трух-трух-трух!&lt;br /&gt;</w:t>
        <w:br/>
        <w:t>В ліс, у корчі збіг борзенько,&lt;br /&gt;</w:t>
        <w:br/>
        <w:t>Ліг та стогне так тяженько,&lt;br /&gt;</w:t>
        <w:br/>
        <w:t>Мовби з нього перло дух.</w:t>
      </w:r>
    </w:p>
    <w:p>
      <w:r>
        <w:br/>
        <w:t>Аж тут суне Лис Микита.&lt;br /&gt;</w:t>
        <w:br/>
        <w:t>"Ну, вуйцуню,— мовить,— сита&lt;br /&gt;</w:t>
        <w:br/>
        <w:t>Вже душа? А добрий мід?&lt;br /&gt;</w:t>
        <w:br/>
        <w:t>Та й гаразд ви попоїли!&lt;br /&gt;</w:t>
        <w:br/>
        <w:t>Хочете, я щонеділі&lt;br /&gt;</w:t>
        <w:br/>
        <w:t>Справлю вам такий обід!</w:t>
      </w:r>
    </w:p>
    <w:p>
      <w:r>
        <w:br/>
        <w:t>Ой, а я трохи не плакав,&lt;br /&gt;</w:t>
        <w:br/>
        <w:t>Як там з вами хлоп балакав:&lt;br /&gt;</w:t>
        <w:br/>
        <w:t>Я гадав, що буде бить.&lt;br /&gt;</w:t>
        <w:br/>
        <w:t>Ну, та бачиться, ви чемно&lt;br /&gt;</w:t>
        <w:br/>
        <w:t>З ним розстались,— дещо, певно,&lt;br /&gt;</w:t>
        <w:br/>
        <w:t>Вам за мід прийшлось платить.</w:t>
      </w:r>
    </w:p>
    <w:p>
      <w:r>
        <w:br/>
        <w:t>Е, що бачу! Ви з гризоти&lt;br /&gt;</w:t>
        <w:br/>
        <w:t>Вбрались, ніби на зальоти,&lt;br /&gt;</w:t>
        <w:br/>
        <w:t>У червоні сап'янці!&lt;br /&gt;</w:t>
        <w:br/>
        <w:t>А сю шапочку червону&lt;br /&gt;</w:t>
        <w:br/>
        <w:t>Де купили? Чи додому&lt;br /&gt;</w:t>
        <w:br/>
        <w:t>Несете її доньці?.."</w:t>
      </w:r>
    </w:p>
    <w:p>
      <w:r>
        <w:br/>
        <w:t>Так Микита насміхався,&lt;br /&gt;</w:t>
        <w:br/>
        <w:t>А Бурмило лиш метався&lt;br /&gt;</w:t>
        <w:br/>
        <w:t>Та бурчав собі під ніс.&lt;br /&gt;</w:t>
        <w:br/>
        <w:t>Аж на третій день ходою&lt;br /&gt;</w:t>
        <w:br/>
        <w:t>Він з тяженькою бідою&lt;br /&gt;</w:t>
        <w:br/>
        <w:t>Ледве в царський двір приліз.</w:t>
      </w:r>
    </w:p>
    <w:p>
      <w:r>
        <w:br/>
        <w:t>Як побачив цар ясенний,&lt;br /&gt;</w:t>
        <w:br/>
        <w:t>Що Медвідь такий нужденний,&lt;br /&gt;</w:t>
        <w:br/>
        <w:t>То аж руки заламав.&lt;br /&gt;</w:t>
        <w:br/>
        <w:t>"Гей, Бурмило, любий друже,&lt;br /&gt;</w:t>
        <w:br/>
        <w:t>Хто се збив тебе так дуже&lt;br /&gt;</w:t>
        <w:br/>
        <w:t>Та зо шкіри обідрав?"</w:t>
      </w:r>
    </w:p>
    <w:p>
      <w:r>
        <w:br/>
        <w:t>"Царю, пане! — рік Бурмило,-&lt;br /&gt;</w:t>
        <w:br/>
        <w:t>Горенько мене постигло!&lt;br /&gt;</w:t>
        <w:br/>
        <w:t>Се Микита все зробив.&lt;br /&gt;</w:t>
        <w:br/>
        <w:t>Через нього муки много&lt;br /&gt;</w:t>
        <w:br/>
        <w:t>Я приняв,— ох, мало свого&lt;br /&gt;</w:t>
        <w:br/>
        <w:t>Я життя не загубив!"</w:t>
      </w:r>
    </w:p>
    <w:p>
      <w:r>
        <w:br/>
        <w:t>Ух! Затупав цар ногою!&lt;br /&gt;</w:t>
        <w:br/>
        <w:t>"Я короною ось тою&lt;br /&gt;</w:t>
        <w:br/>
        <w:t>Заклинаюсь: не уйде&lt;br /&gt;</w:t>
        <w:br/>
        <w:t>Сей злочинець злої муки!&lt;br /&gt;</w:t>
        <w:br/>
        <w:t>Дай мені його у руки,&lt;br /&gt;</w:t>
        <w:br/>
        <w:t>То до завтра не дожде!"</w:t>
      </w:r>
    </w:p>
    <w:p>
      <w:r>
        <w:br/>
        <w:t>Потім трохи мислі ладив&lt;br /&gt;</w:t>
        <w:br/>
        <w:t>І з сенатом раду радив:&lt;br /&gt;</w:t>
        <w:br/>
        <w:t>Щоб Микиту взять на гак,&lt;br /&gt;</w:t>
        <w:br/>
        <w:t>Постанову мав велику.&lt;br /&gt;</w:t>
        <w:br/>
        <w:t>Приклика Кота Мурлику&lt;br /&gt;</w:t>
        <w:br/>
        <w:t>І до нього мовить так:</w:t>
      </w:r>
    </w:p>
    <w:p>
      <w:r>
        <w:br/>
        <w:t>"Ти, мій вірний Кіт Мурлика,&lt;br /&gt;</w:t>
        <w:br/>
        <w:t>Хоч постава не велика,&lt;br /&gt;</w:t>
        <w:br/>
        <w:t>Та розумний ти за трьох.&lt;br /&gt;</w:t>
        <w:br/>
        <w:t>Ось тебе я шлю: піди ти&lt;br /&gt;</w:t>
        <w:br/>
        <w:t>Сам до Лиса до Микити,&lt;br /&gt;</w:t>
        <w:br/>
        <w:t>У його злодійський льох.</w:t>
      </w:r>
    </w:p>
    <w:p>
      <w:r>
        <w:br/>
        <w:t>І кажи, щоби як стій&lt;br /&gt;</w:t>
        <w:br/>
        <w:t>Він у двір явився мій!&lt;br /&gt;</w:t>
        <w:br/>
        <w:t>Загрози йому, що гака&lt;br /&gt;</w:t>
        <w:br/>
        <w:t>Не мине й тяженьких пут,&lt;br /&gt;</w:t>
        <w:br/>
        <w:t>Як на суд не стане тут&lt;br /&gt;</w:t>
        <w:br/>
        <w:t>Лис Микита, гайдамака!"</w:t>
      </w:r>
    </w:p>
    <w:p>
      <w:r>
        <w:br/>
        <w:t>Кіт Мурлика поклонився&lt;br /&gt;</w:t>
        <w:br/>
        <w:t>І в дорогу спорядився,&lt;br /&gt;</w:t>
        <w:br/>
        <w:t>Хоч по шкірі дер мороз;&lt;br /&gt;</w:t>
        <w:br/>
        <w:t>Страх не рад він був тій чести,&lt;br /&gt;</w:t>
        <w:br/>
        <w:t>Та що цар дав, їж до решти!&lt;br /&gt;</w:t>
        <w:br/>
        <w:t>Сперечатися не мож.</w:t>
      </w:r>
    </w:p>
    <w:p>
      <w:r>
        <w:br/>
        <w:t>ПІСНЯ ТРЕТЯ</w:t>
      </w:r>
    </w:p>
    <w:p>
      <w:r>
        <w:br/>
        <w:t>Кіт Мурлика до дороги&lt;br /&gt;</w:t>
        <w:br/>
        <w:t>Добре взяв за пояс ноги,&lt;br /&gt;</w:t>
        <w:br/>
        <w:t>В торбу впхав печену миш&lt;br /&gt;</w:t>
        <w:br/>
        <w:t>І лісочком, холодками,&lt;br /&gt;</w:t>
        <w:br/>
        <w:t>Так на підвечерок самий&lt;br /&gt;</w:t>
        <w:br/>
        <w:t>Він прибув до Лисович.</w:t>
      </w:r>
    </w:p>
    <w:p>
      <w:r>
        <w:br/>
        <w:t>Стукнув в браму, дожидає…&lt;br /&gt;</w:t>
        <w:br/>
        <w:t>Лис в кватирку виглядає.&lt;br /&gt;</w:t>
        <w:br/>
        <w:t>Кіт Мурлика шапку зняв,&lt;br /&gt;</w:t>
        <w:br/>
        <w:t>Поклонивсь йому низенько,&lt;br /&gt;</w:t>
        <w:br/>
        <w:t>Привітав його борзенько&lt;br /&gt;</w:t>
        <w:br/>
        <w:t>Та й такі слова сказав:</w:t>
      </w:r>
    </w:p>
    <w:p>
      <w:r>
        <w:br/>
        <w:t>"Не прогнівайся, нанашку!&lt;br /&gt;</w:t>
        <w:br/>
        <w:t>Не приніс я жадну фрашку,&lt;br /&gt;</w:t>
        <w:br/>
        <w:t>Але царський вам наказ:&lt;br /&gt;</w:t>
        <w:br/>
        <w:t>Другий раз се цар, наш владця,&lt;br /&gt;</w:t>
        <w:br/>
        <w:t>Через свойого післанця&lt;br /&gt;</w:t>
        <w:br/>
        <w:t>На свій суд ось кличе вас.</w:t>
      </w:r>
    </w:p>
    <w:p>
      <w:r>
        <w:br/>
        <w:t>Що тут довго говорити!&lt;br /&gt;</w:t>
        <w:br/>
        <w:t>Дуже цар на вас сердитий,&lt;br /&gt;</w:t>
        <w:br/>
        <w:t>Тож я раджу вам: ходіть!&lt;br /&gt;</w:t>
        <w:br/>
        <w:t>Цар поклявся на корону:&lt;br /&gt;</w:t>
        <w:br/>
        <w:t>Як не ставитесь до трону,&lt;br /&gt;</w:t>
        <w:br/>
        <w:t>То пропащий весь ваш рід".</w:t>
      </w:r>
    </w:p>
    <w:p>
      <w:r>
        <w:br/>
        <w:t>"Мурцю! — скрикнув Лис Микита.&lt;br /&gt;</w:t>
        <w:br/>
        <w:t>От не ждали! От візита!&lt;br /&gt;</w:t>
        <w:br/>
        <w:t>Боже милий, як я рад!&lt;br /&gt;</w:t>
        <w:br/>
        <w:t>Ну, ходи в мої обійми!&lt;br /&gt;</w:t>
        <w:br/>
        <w:t>А про те казать не смій ми,&lt;br /&gt;</w:t>
        <w:br/>
        <w:t>Щоб як стій іти назад!</w:t>
      </w:r>
    </w:p>
    <w:p>
      <w:r>
        <w:br/>
        <w:t>Таж Лисиця, твоя тітка,&lt;br /&gt;</w:t>
        <w:br/>
        <w:t>Так тебе видає зрідка,&lt;br /&gt;</w:t>
        <w:br/>
        <w:t>Що не пустить нас під ніч.&lt;br /&gt;</w:t>
        <w:br/>
        <w:t>А маленькі Лисенята,&lt;br /&gt;</w:t>
        <w:br/>
        <w:t>Чи ж вони пустили б брата?&lt;br /&gt;</w:t>
        <w:br/>
        <w:t>Ні, то неможлива річ!</w:t>
      </w:r>
    </w:p>
    <w:p>
      <w:r>
        <w:br/>
        <w:t>Повечеряєм гарненько,&lt;br /&gt;</w:t>
        <w:br/>
        <w:t>Проспимося, а раненько&lt;br /&gt;</w:t>
        <w:br/>
        <w:t>Холодком — та й в божу путь!&lt;br /&gt;</w:t>
        <w:br/>
        <w:t>Я про царський суд не стою.&lt;br /&gt;</w:t>
        <w:br/>
        <w:t>А що рад піду з тобою,&lt;br /&gt;</w:t>
        <w:br/>
        <w:t>Ти про сеє певний будь!</w:t>
      </w:r>
    </w:p>
    <w:p>
      <w:r>
        <w:br/>
        <w:t>Он з Медведем інше діло!&lt;br /&gt;</w:t>
        <w:br/>
        <w:t>Ти розваж: прийшов Бурмило,&lt;br /&gt;</w:t>
        <w:br/>
        <w:t>Мов розбійник, у мій двір.&lt;br /&gt;</w:t>
        <w:br/>
        <w:t>Та й до мене з криком, фуком,&lt;br /&gt;</w:t>
        <w:br/>
        <w:t>З величезним в лапах буком —&lt;br /&gt;</w:t>
        <w:br/>
        <w:t>Я ж малий, слабенький звір!"</w:t>
      </w:r>
    </w:p>
    <w:p>
      <w:r>
        <w:br/>
        <w:t>"Ой, нанашку,— рік Мурлика,-&lt;br /&gt;</w:t>
        <w:br/>
        <w:t>Ласка ваша завелика…&lt;br /&gt;</w:t>
        <w:br/>
        <w:t>Але ліпше ми не ждім!&lt;br /&gt;</w:t>
        <w:br/>
        <w:t>Ніч чудова, місяць світить…&lt;br /&gt;</w:t>
        <w:br/>
        <w:t>Попрощайте жінку й діти,&lt;br /&gt;</w:t>
        <w:br/>
        <w:t>Та й у путь як стій ходім!"</w:t>
      </w:r>
    </w:p>
    <w:p>
      <w:r>
        <w:br/>
        <w:t>"Мурцю,— каже Лис,— май розум!&lt;br /&gt;</w:t>
        <w:br/>
        <w:t>Ніч не тітка, ми не возом&lt;br /&gt;</w:t>
        <w:br/>
        <w:t>Будем їхать, ні літать.&lt;br /&gt;</w:t>
        <w:br/>
        <w:t>Всяка погань лісом лазить,&lt;br /&gt;</w:t>
        <w:br/>
        <w:t>Ну ж но хто на нас наважить!&lt;br /&gt;</w:t>
        <w:br/>
        <w:t>Ні боротись, ні втікать!"</w:t>
      </w:r>
    </w:p>
    <w:p>
      <w:r>
        <w:br/>
        <w:t>Ті слова Кота Мурлику&lt;br /&gt;</w:t>
        <w:br/>
        <w:t>Кинули у дрож велику.&lt;br /&gt;</w:t>
        <w:br/>
        <w:t>"Ваша правда,— він сказав,-&lt;br /&gt;</w:t>
        <w:br/>
        <w:t>Мушу на ніч вже лишиться…&lt;br /&gt;</w:t>
        <w:br/>
        <w:t>Та скажіть, щоб поживиться,&lt;br /&gt;</w:t>
        <w:br/>
        <w:t>Де б я тутка що дістав?"</w:t>
      </w:r>
    </w:p>
    <w:p>
      <w:r>
        <w:br/>
        <w:t>"Що ж, не гнівайсь, Мурцю дільний!&lt;br /&gt;</w:t>
        <w:br/>
        <w:t>Чоловік я богомільний,&lt;br /&gt;</w:t>
        <w:br/>
        <w:t>Піст твердий держу день в день.&lt;br /&gt;</w:t>
        <w:br/>
        <w:t>Та тобі вже я придбаю&lt;br /&gt;</w:t>
        <w:br/>
        <w:t>Найсмачніше, що лиш маю:&lt;br /&gt;</w:t>
        <w:br/>
        <w:t>Крижку меду з'їж лишень!"</w:t>
      </w:r>
    </w:p>
    <w:p>
      <w:r>
        <w:br/>
        <w:t>"Меду? Тьфу! — відрік Мурлика.--&lt;br /&gt;</w:t>
        <w:br/>
        <w:t>Най Бурмило мід той лика!&lt;br /&gt;</w:t>
        <w:br/>
        <w:t>Ним мене ти не вкормиш!&lt;br /&gt;</w:t>
        <w:br/>
        <w:t>Та у вашому фільварку&lt;br /&gt;</w:t>
        <w:br/>
        <w:t>Чей же є де в закамарку&lt;br /&gt;</w:t>
        <w:br/>
        <w:t>Хоч одна порядна миш?"</w:t>
      </w:r>
    </w:p>
    <w:p>
      <w:r>
        <w:br/>
        <w:t>Лис Микита рік до Мурка:&lt;br /&gt;</w:t>
        <w:br/>
        <w:t>"Ти жартуєш! Навіть турка&lt;br /&gt;</w:t>
        <w:br/>
        <w:t>Я б мишми не трактував!&lt;br /&gt;</w:t>
        <w:br/>
        <w:t>Що ти видумав, небоже!&lt;br /&gt;</w:t>
        <w:br/>
        <w:t>Миші їсти!.. Милий боже!&lt;br /&gt;</w:t>
        <w:br/>
        <w:t>Про таке я й не чував!</w:t>
      </w:r>
    </w:p>
    <w:p>
      <w:r>
        <w:br/>
        <w:t>Та як мишей ти бажаєш,&lt;br /&gt;</w:t>
        <w:br/>
        <w:t>Мурку любий,— тут їх маєш,&lt;br /&gt;</w:t>
        <w:br/>
        <w:t>Що хоть ними гать гати!&lt;br /&gt;</w:t>
        <w:br/>
        <w:t>Тут у війтовім будинку&lt;br /&gt;</w:t>
        <w:br/>
        <w:t>Мишей тьменна тьма, мій синку,&lt;br /&gt;</w:t>
        <w:br/>
        <w:t>І близенько нам іти!"</w:t>
      </w:r>
    </w:p>
    <w:p>
      <w:r>
        <w:br/>
        <w:t>"Ах, нанашку мій наймильший,&lt;br /&gt;</w:t>
        <w:br/>
        <w:t>Поведіть мене на миші!&lt;br /&gt;</w:t>
        <w:br/>
        <w:t>Я на миші дуже звик!" —&lt;br /&gt;</w:t>
        <w:br/>
        <w:t>"Добре! Так ходи ж за нами!"&lt;br /&gt;</w:t>
        <w:br/>
        <w:t>І полізли бур'янами,&lt;br /&gt;</w:t>
        <w:br/>
        <w:t>Аж де війтів був курник.</w:t>
      </w:r>
    </w:p>
    <w:p>
      <w:r>
        <w:br/>
        <w:t>Там в стіні діра пробита,&lt;br /&gt;</w:t>
        <w:br/>
        <w:t>Нею часто Лис Микита&lt;br /&gt;</w:t>
        <w:br/>
        <w:t>Ніччю в курятник гостив;&lt;br /&gt;</w:t>
        <w:br/>
        <w:t>Вчора ще пустив він крові&lt;br /&gt;</w:t>
        <w:br/>
        <w:t>Війтовому Когутові,&lt;br /&gt;</w:t>
        <w:br/>
        <w:t>Аж Когут і дух спустив.</w:t>
      </w:r>
    </w:p>
    <w:p>
      <w:r>
        <w:br/>
        <w:t>Війт, зо злості зчервонівши,&lt;br /&gt;</w:t>
        <w:br/>
        <w:t>З Когута лиш пір'я вздрівши,&lt;br /&gt;</w:t>
        <w:br/>
        <w:t>Крикнув: "Ні, вже не стерплю!&lt;br /&gt;</w:t>
        <w:br/>
        <w:t>Мушу злодія зловити!"&lt;br /&gt;</w:t>
        <w:br/>
        <w:t>Край вікна дав присилити&lt;br /&gt;</w:t>
        <w:br/>
        <w:t>Мотузяную петлю.</w:t>
      </w:r>
    </w:p>
    <w:p>
      <w:r>
        <w:br/>
        <w:t>Лис Микита се пронюхав&lt;br /&gt;</w:t>
        <w:br/>
        <w:t>Та й говорить: "Мурку, слухай,&lt;br /&gt;</w:t>
        <w:br/>
        <w:t>Як там мишки цвіркотять,&lt;br /&gt;</w:t>
        <w:br/>
        <w:t>Мов горобчики невинні!&lt;br /&gt;</w:t>
        <w:br/>
        <w:t>А ось тут і дірка в глині —&lt;br /&gt;</w:t>
        <w:br/>
        <w:t>Тільки влізти та й хапать!"</w:t>
      </w:r>
    </w:p>
    <w:p>
      <w:r>
        <w:br/>
        <w:t>"А безпечно ж тут, нанашко?&lt;br /&gt;</w:t>
        <w:br/>
        <w:t>Нині за біду не тяжко,&lt;br /&gt;</w:t>
        <w:br/>
        <w:t>А війти — то хитрий люд!" —&lt;br /&gt;</w:t>
        <w:br/>
        <w:t>"Га,— говорить Лис зрадливий,-&lt;br /&gt;</w:t>
        <w:br/>
        <w:t>Хто занадто боязливий,&lt;br /&gt;</w:t>
        <w:br/>
        <w:t>Най такий покине труд!</w:t>
      </w:r>
    </w:p>
    <w:p>
      <w:r>
        <w:br/>
        <w:t>Всередині там не був я&lt;br /&gt;</w:t>
        <w:br/>
        <w:t>І про хитрощі не чув я,&lt;br /&gt;</w:t>
        <w:br/>
        <w:t>Та коли боїшся ти,&lt;br /&gt;</w:t>
        <w:br/>
        <w:t>То ходім раніш додому,&lt;br /&gt;</w:t>
        <w:br/>
        <w:t>Повечеряєм по-свому:&lt;br /&gt;</w:t>
        <w:br/>
        <w:t>Редьку й медові соти".</w:t>
      </w:r>
    </w:p>
    <w:p>
      <w:r>
        <w:br/>
        <w:t>Кіт Мурлика застидався.&lt;br /&gt;</w:t>
        <w:br/>
        <w:t>"Що, гадаєш, я злякався? —&lt;br /&gt;</w:t>
        <w:br/>
        <w:t>До Микити він озвавсь.-&lt;br /&gt;</w:t>
        <w:br/>
        <w:t>Страх не є котяче діло!"&lt;br /&gt;</w:t>
        <w:br/>
        <w:t>І у дірку скочив сміло,&lt;br /&gt;</w:t>
        <w:br/>
        <w:t>І шасть-прасть! в сильце спіймавсь.</w:t>
      </w:r>
    </w:p>
    <w:p>
      <w:r>
        <w:br/>
        <w:t>Ой, повис він у воздухах,&lt;br /&gt;</w:t>
        <w:br/>
        <w:t>Затріпавсь, та по тих рухах&lt;br /&gt;</w:t>
        <w:br/>
        <w:t>Шнур ще дужче горло стис.&lt;br /&gt;</w:t>
        <w:br/>
        <w:t>Кинувсь — вдаривсь до одвірка!&lt;br /&gt;</w:t>
        <w:br/>
        <w:t>А згори, де клята дірка,&lt;br /&gt;</w:t>
        <w:br/>
        <w:t>Заглядає зрадник Лис.</w:t>
      </w:r>
    </w:p>
    <w:p>
      <w:r>
        <w:br/>
        <w:t>"Ну, що, Мурцю мій наймильший,-&lt;br /&gt;</w:t>
        <w:br/>
        <w:t>Каже він,— смакують миші?&lt;br /&gt;</w:t>
        <w:br/>
        <w:t>Правда, що за пишний смак!&lt;br /&gt;</w:t>
        <w:br/>
        <w:t>Хочеш солі? Я покличу,&lt;br /&gt;</w:t>
        <w:br/>
        <w:t>Або в війта сам позичу,-&lt;br /&gt;</w:t>
        <w:br/>
        <w:t>Чи волиш все їсти й так?..</w:t>
      </w:r>
    </w:p>
    <w:p>
      <w:r>
        <w:br/>
        <w:t>Ого-го, вже й ти співаєш!&lt;br /&gt;</w:t>
        <w:br/>
        <w:t>Але славний голос маєш!&lt;br /&gt;</w:t>
        <w:br/>
        <w:t>Тенор! Ах, люблю на смерть!&lt;br /&gt;</w:t>
        <w:br/>
        <w:t>Жалібно, аж ллється в душу!..&lt;br /&gt;</w:t>
        <w:br/>
        <w:t>Ох, бігме, я плакать мушу…&lt;br /&gt;</w:t>
        <w:br/>
        <w:t>Ну, спасибіг за концерт!"</w:t>
      </w:r>
    </w:p>
    <w:p>
      <w:r>
        <w:br/>
        <w:t>Раптом двері заскрипіли,&lt;br /&gt;</w:t>
        <w:br/>
        <w:t>Війт роздягнений, спотілий&lt;br /&gt;</w:t>
        <w:br/>
        <w:t>З палицею сам впада;&lt;br /&gt;</w:t>
        <w:br/>
        <w:t>А за ним сини і слуги,&lt;br /&gt;</w:t>
        <w:br/>
        <w:t>Сей з ременем, з буком другий —&lt;br /&gt;</w:t>
        <w:br/>
        <w:t>Ось де Муркові біда!</w:t>
      </w:r>
    </w:p>
    <w:p>
      <w:r>
        <w:br/>
        <w:t>"Бийте злодія! — війт крикнув.-&lt;br /&gt;</w:t>
        <w:br/>
        <w:t>Вчора Когута нам смикнув!&lt;br /&gt;</w:t>
        <w:br/>
        <w:t>Бийте, поки спустить дух!"&lt;br /&gt;</w:t>
        <w:br/>
        <w:t>І луп-цуп! летять удари…&lt;br /&gt;</w:t>
        <w:br/>
        <w:t>Мій Мурлика з уст ні пари,&lt;br /&gt;</w:t>
        <w:br/>
        <w:t>Мов осліп уже й оглух.</w:t>
      </w:r>
    </w:p>
    <w:p>
      <w:r>
        <w:br/>
        <w:t>"Бийте!" — війт кричить і кропить.&lt;br /&gt;</w:t>
        <w:br/>
        <w:t>Втім Мурлика скік! Як вхопить&lt;br /&gt;</w:t>
        <w:br/>
        <w:t>Пана війта за сам ніс!&lt;br /&gt;</w:t>
        <w:br/>
        <w:t>Хруп та й хруп, мов миш велику,&lt;br /&gt;</w:t>
        <w:br/>
        <w:t>Кігтями роздер всю пику,&lt;br /&gt;</w:t>
        <w:br/>
        <w:t>Мовби гречку грабав біс.</w:t>
      </w:r>
    </w:p>
    <w:p>
      <w:r>
        <w:br/>
        <w:t>"Ґвалт! Рятуйте!" — крикнув з болю&lt;br /&gt;</w:t>
        <w:br/>
        <w:t>Війт і впав, як сніп, додолу.&lt;br /&gt;</w:t>
        <w:br/>
        <w:t>Всі до нього.— "Гей, світіть!&lt;br /&gt;</w:t>
        <w:br/>
        <w:t>Гей, води? Гей, губки, вати!"&lt;br /&gt;</w:t>
        <w:br/>
        <w:t>Кинулися кров спиняти,-&lt;br /&gt;</w:t>
        <w:br/>
        <w:t>Вже й не в голові їм Кіт.</w:t>
      </w:r>
    </w:p>
    <w:p>
      <w:r>
        <w:br/>
        <w:t>А в Кота тверда натура:&lt;br /&gt;</w:t>
        <w:br/>
        <w:t>Лиш відсапав та й до шнура,&lt;br /&gt;</w:t>
        <w:br/>
        <w:t>Взявся гризти і кусать.&lt;br /&gt;</w:t>
        <w:br/>
        <w:t>Далі шарпнувся щосили,&lt;br /&gt;</w:t>
        <w:br/>
        <w:t>Шнур урвався, і в тій хвили&lt;br /&gt;</w:t>
        <w:br/>
        <w:t>Кіт свобідно міг гасать.</w:t>
      </w:r>
    </w:p>
    <w:p>
      <w:r>
        <w:br/>
        <w:t>Ну, він мишей відцурався,&lt;br /&gt;</w:t>
        <w:br/>
        <w:t>В курнику й не обзирався,&lt;br /&gt;</w:t>
        <w:br/>
        <w:t>А, задравши хвіст, як міг&lt;br /&gt;</w:t>
        <w:br/>
        <w:t>Драпнув в дірку та до ліса,&lt;br /&gt;</w:t>
        <w:br/>
        <w:t>А лісами, мов від біса,&lt;br /&gt;</w:t>
        <w:br/>
        <w:t>Просто в царський двір прибіг.</w:t>
      </w:r>
    </w:p>
    <w:p>
      <w:r>
        <w:br/>
        <w:t>Як уздрів його Лев-батько,&lt;br /&gt;</w:t>
        <w:br/>
        <w:t>Збитого, мов кисле ябко,&lt;br /&gt;</w:t>
        <w:br/>
        <w:t>З злості аж позеленів.&lt;br /&gt;</w:t>
        <w:br/>
        <w:t>"Що? — кричав звірів правитель.-&lt;br /&gt;</w:t>
        <w:br/>
        <w:t>Чи знов сміє той урвитель&lt;br /&gt;</w:t>
        <w:br/>
        <w:t>Насміхатись з моїх слів?</w:t>
      </w:r>
    </w:p>
    <w:p>
      <w:r>
        <w:br/>
        <w:t>Ні, вже того забагато!&lt;br /&gt;</w:t>
        <w:br/>
        <w:t>Будь я пес і пес мій тато,&lt;br /&gt;</w:t>
        <w:br/>
        <w:t>Коли се йому прощу!&lt;br /&gt;</w:t>
        <w:br/>
        <w:t>Військо шлю на гайдамаку!&lt;br /&gt;</w:t>
        <w:br/>
        <w:t>Скоро зловлю,— на гілляку&lt;br /&gt;</w:t>
        <w:br/>
        <w:t>І гніздо все розтрощу!"</w:t>
      </w:r>
    </w:p>
    <w:p>
      <w:r>
        <w:br/>
        <w:t>Грізно цар ревів і тупав,&lt;br /&gt;</w:t>
        <w:br/>
        <w:t>Був би Лиса з кістьми схрупав,&lt;br /&gt;</w:t>
        <w:br/>
        <w:t>Якби мав його в руках.&lt;br /&gt;</w:t>
        <w:br/>
        <w:t>Аж як гнів пройшов безмірний,&lt;br /&gt;</w:t>
        <w:br/>
        <w:t>Виступив Бабай покірний&lt;br /&gt;</w:t>
        <w:br/>
        <w:t>І сказав при двораках:</w:t>
      </w:r>
    </w:p>
    <w:p>
      <w:r>
        <w:br/>
        <w:t>"Царю, явна річ, не скрита:&lt;br /&gt;</w:t>
        <w:br/>
        <w:t>Вольний є козак Микита,&lt;br /&gt;</w:t>
        <w:br/>
        <w:t>Право ж каже тричі звать&lt;br /&gt;</w:t>
        <w:br/>
        <w:t>Винного на суд твій, пане.&lt;br /&gt;</w:t>
        <w:br/>
        <w:t>Аж як третій раз не стане,&lt;br /&gt;</w:t>
        <w:br/>
        <w:t>Суд заочний видавать.</w:t>
      </w:r>
    </w:p>
    <w:p>
      <w:r>
        <w:br/>
        <w:t>Що в тім правди чи неправди,&lt;br /&gt;</w:t>
        <w:br/>
        <w:t>Що про нього клеплють завжди,&lt;br /&gt;</w:t>
        <w:br/>
        <w:t>В те не входжу,— та для всіх&lt;br /&gt;</w:t>
        <w:br/>
        <w:t>Рівне право! Тож пошли ти&lt;br /&gt;</w:t>
        <w:br/>
        <w:t>І мене ще до Микити,&lt;br /&gt;</w:t>
        <w:br/>
        <w:t>Чей, прийде до твоїх ніг".</w:t>
      </w:r>
    </w:p>
    <w:p>
      <w:r>
        <w:br/>
        <w:t>Цар махнув лиш головою,&lt;br /&gt;</w:t>
        <w:br/>
        <w:t>Дав знак згоди булавою,&lt;br /&gt;</w:t>
        <w:br/>
        <w:t>Та ні слова не сказав;&lt;br /&gt;</w:t>
        <w:br/>
        <w:t>А Бабай як стій зібрався,&lt;br /&gt;</w:t>
        <w:br/>
        <w:t>У дорозі поспішався,&lt;br /&gt;</w:t>
        <w:br/>
        <w:t>В Лисовичах на ніч став.</w:t>
      </w:r>
    </w:p>
    <w:p>
      <w:r>
        <w:br/>
        <w:t>ПІСНЯ ЧЕТВЕРТА</w:t>
      </w:r>
    </w:p>
    <w:p>
      <w:r>
        <w:br/>
        <w:t>Лис собі в вечірню пору&lt;br /&gt;</w:t>
        <w:br/>
        <w:t>З діточками коло двору&lt;br /&gt;</w:t>
        <w:br/>
        <w:t>Розмовляючи гуляв,&lt;br /&gt;</w:t>
        <w:br/>
        <w:t>Аж тут голос у діброві&lt;br /&gt;</w:t>
        <w:br/>
        <w:t>Обізвався: "А, здорові!&lt;br /&gt;</w:t>
        <w:br/>
        <w:t>Ось до вас я причвалав!"</w:t>
      </w:r>
    </w:p>
    <w:p>
      <w:r>
        <w:br/>
        <w:t>"Ах, Бабай! Чи ти се, стрику?&lt;br /&gt;</w:t>
        <w:br/>
        <w:t>Ну, мабуть, якусь велику&lt;br /&gt;</w:t>
        <w:br/>
        <w:t>Новину несеш до нас!&lt;br /&gt;</w:t>
        <w:br/>
        <w:t>Ти втомився? Ти сумуєш,&lt;br /&gt;</w:t>
        <w:br/>
        <w:t>Ну, до хати! Заночуєш,&lt;br /&gt;</w:t>
        <w:br/>
        <w:t>То й балакать буде час".</w:t>
      </w:r>
    </w:p>
    <w:p>
      <w:r>
        <w:br/>
        <w:t>Всі гарненько привітались,&lt;br /&gt;</w:t>
        <w:br/>
        <w:t>Про здоров'я розпитались,&lt;br /&gt;</w:t>
        <w:br/>
        <w:t>Випив вишнячку Бабай.&lt;br /&gt;</w:t>
        <w:br/>
        <w:t>Сів на приспі, віддихає,-&lt;br /&gt;</w:t>
        <w:br/>
        <w:t>Лис про царський двір питає:&lt;br /&gt;</w:t>
        <w:br/>
        <w:t>"Ну, балакай, не зітхай!"</w:t>
      </w:r>
    </w:p>
    <w:p>
      <w:r>
        <w:br/>
        <w:t>"Гей, синашу, схаменися,-&lt;br /&gt;</w:t>
        <w:br/>
        <w:t>Так сказав Бабай до Лиса,-&lt;br /&gt;</w:t>
        <w:br/>
        <w:t>Що за збитки робиш ти?&lt;br /&gt;</w:t>
        <w:br/>
        <w:t>За що ти з післанців кпишся?&lt;br /&gt;</w:t>
        <w:br/>
        <w:t>Чи направду ти боїшся&lt;br /&gt;</w:t>
        <w:br/>
        <w:t>На той царський суд іти?</w:t>
      </w:r>
    </w:p>
    <w:p>
      <w:r>
        <w:br/>
        <w:t>Я ж гадаю, синку милий,&lt;br /&gt;</w:t>
        <w:br/>
        <w:t>Що ти зможеш в одній хвили&lt;br /&gt;</w:t>
        <w:br/>
        <w:t>Ворогам заткати рот.&lt;br /&gt;</w:t>
        <w:br/>
        <w:t>Адже всі їх глупі мізки&lt;br /&gt;</w:t>
        <w:br/>
        <w:t>Проти твого стоють тріски!&lt;br /&gt;</w:t>
        <w:br/>
        <w:t>Отакий то весь народ!"</w:t>
      </w:r>
    </w:p>
    <w:p>
      <w:r>
        <w:br/>
        <w:t>"Правду кажеш, любий стрику,-&lt;br /&gt;</w:t>
        <w:br/>
        <w:t>Рік Микита,— і велику&lt;br /&gt;</w:t>
        <w:br/>
        <w:t>Ти охоту в мні підвів.&lt;br /&gt;</w:t>
        <w:br/>
        <w:t>Що ж, піду! Най всі побачуть!&lt;br /&gt;</w:t>
        <w:br/>
        <w:t>Хто сміється, ті заплачуть.&lt;br /&gt;</w:t>
        <w:br/>
        <w:t>Цар на ласку змінить гнів!</w:t>
      </w:r>
    </w:p>
    <w:p>
      <w:r>
        <w:br/>
        <w:t>Хоч там цар на мене лютий,&lt;br /&gt;</w:t>
        <w:br/>
        <w:t>Та він знає, що в мінути&lt;br /&gt;</w:t>
        <w:br/>
        <w:t>Небезпечні, в чорний день&lt;br /&gt;</w:t>
        <w:br/>
        <w:t>Всі торочать не до ладу,&lt;br /&gt;</w:t>
        <w:br/>
        <w:t>Але дати мудру раду&lt;br /&gt;</w:t>
        <w:br/>
        <w:t>Вміє тільки Лис оден".</w:t>
      </w:r>
    </w:p>
    <w:p>
      <w:r>
        <w:br/>
        <w:t>І ввійшли оба в світлицю,&lt;br /&gt;</w:t>
        <w:br/>
        <w:t>Привітав Бабай Лисицю,&lt;br /&gt;</w:t>
        <w:br/>
        <w:t>Всі засіли край стола.&lt;br /&gt;</w:t>
        <w:br/>
        <w:t>Лисенята Міцько й Міна&lt;br /&gt;</w:t>
        <w:br/>
        <w:t>Повлазили на коліна —&lt;br /&gt;</w:t>
        <w:br/>
        <w:t>Живо гутірка пішла.</w:t>
      </w:r>
    </w:p>
    <w:p>
      <w:r>
        <w:br/>
        <w:t>"Дуже лютий цар, Бабаю? —&lt;br /&gt;</w:t>
        <w:br/>
        <w:t>Рік Микита.— Знаю, знаю,&lt;br /&gt;</w:t>
        <w:br/>
        <w:t>Жаль йому медвежих мук!&lt;br /&gt;</w:t>
        <w:br/>
        <w:t>Та в нас був старий рахунок,-&lt;br /&gt;</w:t>
        <w:br/>
        <w:t>Довго ждав я на трафунок,&lt;br /&gt;</w:t>
        <w:br/>
        <w:t>Щоб дістать його до рук.</w:t>
      </w:r>
    </w:p>
    <w:p>
      <w:r>
        <w:br/>
        <w:t>Тому літ ще небагато,&lt;br /&gt;</w:t>
        <w:br/>
        <w:t>Як Бурмила Лев, наш тато,&lt;br /&gt;</w:t>
        <w:br/>
        <w:t>Губернатором зробив&lt;br /&gt;</w:t>
        <w:br/>
        <w:t>На підгірські наші бори,&lt;br /&gt;</w:t>
        <w:br/>
        <w:t>Щоб звірячі справи й спори&lt;br /&gt;</w:t>
        <w:br/>
        <w:t>Всі по правді він судив.</w:t>
      </w:r>
    </w:p>
    <w:p>
      <w:r>
        <w:br/>
        <w:t>Оттоді-то Вовк Неситий&lt;br /&gt;</w:t>
        <w:br/>
        <w:t>Напосівсь мене здушити,&lt;br /&gt;</w:t>
        <w:br/>
        <w:t>А з Бурмилом змову мав;&lt;br /&gt;</w:t>
        <w:br/>
        <w:t>І на суд губерніальний&lt;br /&gt;</w:t>
        <w:br/>
        <w:t>За мій помисл геніальний&lt;br /&gt;</w:t>
        <w:br/>
        <w:t>Перший раз мене позвав.</w:t>
      </w:r>
    </w:p>
    <w:p>
      <w:r>
        <w:br/>
        <w:t>Що за помисл? Слухай, друже!&lt;br /&gt;</w:t>
        <w:br/>
        <w:t>З Вовком раз, голодні дуже,&lt;br /&gt;</w:t>
        <w:br/>
        <w:t>На поживу вийшли ми.&lt;br /&gt;</w:t>
        <w:br/>
        <w:t>День. У церкві дзвін десь дзвонить,-&lt;br /&gt;</w:t>
        <w:br/>
        <w:t>Та нас голод з лісу гонить&lt;br /&gt;</w:t>
        <w:br/>
        <w:t>Серед лютої зими.</w:t>
      </w:r>
    </w:p>
    <w:p>
      <w:r>
        <w:br/>
        <w:t>До села йдем осторожно,&lt;br /&gt;</w:t>
        <w:br/>
        <w:t>Нюхаємо, де би можно&lt;br /&gt;</w:t>
        <w:br/>
        <w:t>Чим масненьким поснідать,-&lt;br /&gt;</w:t>
        <w:br/>
        <w:t>Аж тут сала, м'яса запах&lt;br /&gt;</w:t>
        <w:br/>
        <w:t>Не лиш в носі, а аж в лапах&lt;br /&gt;</w:t>
        <w:br/>
        <w:t>Закрутив нам — хоч тут сядь!</w:t>
      </w:r>
    </w:p>
    <w:p>
      <w:r>
        <w:br/>
        <w:t>Тії пахощі нас гарні&lt;br /&gt;</w:t>
        <w:br/>
        <w:t>До попівської спіжарні,&lt;br /&gt;</w:t>
        <w:br/>
        <w:t>Мов по нитці, довели.&lt;br /&gt;</w:t>
        <w:br/>
        <w:t>Стали ми довкола нюхать,&lt;br /&gt;</w:t>
        <w:br/>
        <w:t>Чи безпечно всюди — слухать,&lt;br /&gt;</w:t>
        <w:br/>
        <w:t>Аж віконце ми знайшли.</w:t>
      </w:r>
    </w:p>
    <w:p>
      <w:r>
        <w:br/>
        <w:t>Страх тісне було віконце.&lt;br /&gt;</w:t>
        <w:br/>
        <w:t>"Лізем, Вовче?" — "Лізем конче! —&lt;br /&gt;</w:t>
        <w:br/>
        <w:t>Каже Вовк,— Ти перший лізь!&lt;br /&gt;</w:t>
        <w:br/>
        <w:t>Глянь, чи де нема заліза!&lt;br /&gt;</w:t>
        <w:br/>
        <w:t>За тобою й я полізу —&lt;br /&gt;</w:t>
        <w:br/>
        <w:t>(Так Вовк каже) —лізь, не бійсь!"</w:t>
      </w:r>
    </w:p>
    <w:p>
      <w:r>
        <w:br/>
        <w:t>Я проліз досить вигідно,&lt;br /&gt;</w:t>
        <w:br/>
        <w:t>Роздивився. "Лізь свобідно!" —&lt;br /&gt;</w:t>
        <w:br/>
        <w:t>Так до Вовка я сказав.&lt;br /&gt;</w:t>
        <w:br/>
        <w:t>Він голодний був, тоненький,&lt;br /&gt;</w:t>
        <w:br/>
        <w:t>Ну, та в отвір той вузенький&lt;br /&gt;</w:t>
        <w:br/>
        <w:t>Ледве тулуб свій пропхав.</w:t>
      </w:r>
    </w:p>
    <w:p>
      <w:r>
        <w:br/>
        <w:t>А в спіжарні — боже кріпкий!&lt;br /&gt;</w:t>
        <w:br/>
        <w:t>Світ затьмився нам до дрібки,&lt;br /&gt;</w:t>
        <w:br/>
        <w:t>Стільки там добра для нас:&lt;br /&gt;</w:t>
        <w:br/>
        <w:t>М'яса, сала, вуженини,&lt;br /&gt;</w:t>
        <w:br/>
        <w:t>Штири пілті солонини&lt;br /&gt;</w:t>
        <w:br/>
        <w:t>І довжезний ряд ковбас.</w:t>
      </w:r>
    </w:p>
    <w:p>
      <w:r>
        <w:br/>
        <w:t>Став я думать, міркувати,&lt;br /&gt;</w:t>
        <w:br/>
        <w:t>Як тут господарювати,-&lt;br /&gt;</w:t>
        <w:br/>
        <w:t>Та мій Вовк мов оцапів:&lt;br /&gt;</w:t>
        <w:br/>
        <w:t>Перший полоть хап зубами!&lt;br /&gt;</w:t>
        <w:br/>
        <w:t>Рве, куса, гризе без тями —&lt;br /&gt;</w:t>
        <w:br/>
        <w:t>Став, і їв, і, знай, сопів.</w:t>
      </w:r>
    </w:p>
    <w:p>
      <w:r>
        <w:br/>
        <w:t>"Ну,— гадаю,— їж, небоже!&lt;br /&gt;</w:t>
        <w:br/>
        <w:t>Та для мене се негоже".&lt;br /&gt;</w:t>
        <w:br/>
        <w:t>Я беруся до ковбас.&lt;br /&gt;</w:t>
        <w:br/>
        <w:t>З жердки легко їх здіймаю,&lt;br /&gt;</w:t>
        <w:br/>
        <w:t>Крізь віконце викидаю,&lt;br /&gt;</w:t>
        <w:br/>
        <w:t>Поки всіх отак не стряс.</w:t>
      </w:r>
    </w:p>
    <w:p>
      <w:r>
        <w:br/>
        <w:t>А за ними й сам в віконце&lt;br /&gt;</w:t>
        <w:br/>
        <w:t>Вискочив та й ну чимскорше&lt;br /&gt;</w:t>
        <w:br/>
        <w:t>Всі на шию надівать.&lt;br /&gt;</w:t>
        <w:br/>
        <w:t>Навантажив, як коралі,&lt;br /&gt;</w:t>
        <w:br/>
        <w:t>Та й до лісу далі, далі,&lt;br /&gt;</w:t>
        <w:br/>
        <w:t>Скарб у яму щоб сховать.</w:t>
      </w:r>
    </w:p>
    <w:p>
      <w:r>
        <w:br/>
        <w:t>Скарб у яму заховавши,&lt;br /&gt;</w:t>
        <w:br/>
        <w:t>Спокійненько поснідавши,&lt;br /&gt;</w:t>
        <w:br/>
        <w:t>До спіжарні знов біжу.&lt;br /&gt;</w:t>
        <w:br/>
        <w:t>Прибігаю: Вовк ще голить!&lt;br /&gt;</w:t>
        <w:br/>
        <w:t>Не доївши, кинув полоть,&lt;br /&gt;</w:t>
        <w:br/>
        <w:t>З смальцем розпочав діжу.</w:t>
      </w:r>
    </w:p>
    <w:p>
      <w:r>
        <w:br/>
        <w:t>"Вовче,— шепчу,— час до гаю!&lt;br /&gt;</w:t>
        <w:br/>
        <w:t>З церкви люди вже вертають,-&lt;br /&gt;</w:t>
        <w:br/>
        <w:t>Щоб нас тут хто не застав!"&lt;br /&gt;</w:t>
        <w:br/>
        <w:t>Вовк, почувши се, зжахнувся,&lt;br /&gt;</w:t>
        <w:br/>
        <w:t>В дірку прожогом метнувся,&lt;br /&gt;</w:t>
        <w:br/>
        <w:t>Та вже ледве шию впхав!</w:t>
      </w:r>
    </w:p>
    <w:p>
      <w:r>
        <w:br/>
        <w:t>Бачиш — повний був, мов бочка!&lt;br /&gt;</w:t>
        <w:br/>
        <w:t>Став у дірці, тілько очка&lt;br /&gt;</w:t>
        <w:br/>
        <w:t>Витріщив, немов баньки.&lt;br /&gt;</w:t>
        <w:br/>
        <w:t>Страх відняв у нього мову…&lt;br /&gt;</w:t>
        <w:br/>
        <w:t>Я ж кричу: "Чого став знову?&lt;br /&gt;</w:t>
        <w:br/>
        <w:t>Ну, якої бідоньки?"</w:t>
      </w:r>
    </w:p>
    <w:p>
      <w:r>
        <w:br/>
        <w:t>Вовк не тямить вже, що діє!&lt;br /&gt;</w:t>
        <w:br/>
        <w:t>Пхаєсь в дірку, аж потіє,&lt;br /&gt;</w:t>
        <w:br/>
        <w:t>Та дармий його весь труд.&lt;br /&gt;</w:t>
        <w:br/>
        <w:t>Далі з лютої розпуки&lt;br /&gt;</w:t>
        <w:br/>
        <w:t>Заламав передні руки:&lt;br /&gt;</w:t>
        <w:br/>
        <w:t>"Лисе,— каже,— згину тут!"</w:t>
      </w:r>
    </w:p>
    <w:p>
      <w:r>
        <w:br/>
        <w:t>"Вовче,— кажу,— чи здурів ти,&lt;br /&gt;</w:t>
        <w:br/>
        <w:t>Чи від смальцю оп'янів ти?&lt;br /&gt;</w:t>
        <w:br/>
        <w:t>Вилізай, пора нам в гай!" —&lt;br /&gt;</w:t>
        <w:br/>
        <w:t>"Ой, не можу, мій Лисуню!&lt;br /&gt;</w:t>
        <w:br/>
        <w:t>Бачиш, пуза не просуну!&lt;br /&gt;</w:t>
        <w:br/>
        <w:t>Ой Микито, помагай!"</w:t>
      </w:r>
    </w:p>
    <w:p>
      <w:r>
        <w:br/>
        <w:t>Ну, скажи ти сам, Бабаю:&lt;br /&gt;</w:t>
        <w:br/>
        <w:t>Що я тут чинити маю,&lt;br /&gt;</w:t>
        <w:br/>
        <w:t>Як драбузі помогти?&lt;br /&gt;</w:t>
        <w:br/>
        <w:t>Лишу Вовка — може згинуть.&lt;br /&gt;</w:t>
        <w:br/>
        <w:t>Ліпше, думаю, не кинуть,&lt;br /&gt;</w:t>
        <w:br/>
        <w:t>Але до попа піти.</w:t>
      </w:r>
    </w:p>
    <w:p>
      <w:r>
        <w:br/>
        <w:t>Попросить по добрій воли,&lt;br /&gt;</w:t>
        <w:br/>
        <w:t>Щоб дав пилки і позволив&lt;br /&gt;</w:t>
        <w:br/>
        <w:t>Більшу вирізать діру.&lt;br /&gt;</w:t>
        <w:br/>
        <w:t>Здумавши сю річ штудерну,&lt;br /&gt;</w:t>
        <w:br/>
        <w:t>Мовлю Вовку: "Жди, я верну!"&lt;br /&gt;</w:t>
        <w:br/>
        <w:t>І в попівство просто дру.</w:t>
      </w:r>
    </w:p>
    <w:p>
      <w:r>
        <w:br/>
        <w:t>Піп був власне у покою:&lt;br /&gt;</w:t>
        <w:br/>
        <w:t>В пообідньому настрою&lt;br /&gt;</w:t>
        <w:br/>
        <w:t>Люльку, ходячи, курив.&lt;br /&gt;</w:t>
        <w:br/>
        <w:t>У вікно я заглядаю,&lt;br /&gt;</w:t>
        <w:br/>
        <w:t>Лапою шкряб-шкряб, благаю,&lt;br /&gt;</w:t>
        <w:br/>
        <w:t>Щоб вікно він створив.</w:t>
      </w:r>
    </w:p>
    <w:p>
      <w:r>
        <w:br/>
        <w:t>Піп поглянув, підбігає…&lt;br /&gt;</w:t>
        <w:br/>
        <w:t>"Лис у вікна заглядає!&lt;br /&gt;</w:t>
        <w:br/>
        <w:t>Гей, ловіть його! Біжіть!"&lt;br /&gt;</w:t>
        <w:br/>
        <w:t>Я й незчувся, а за мною&lt;br /&gt;</w:t>
        <w:br/>
        <w:t>Слуги, служниці юрбою,-&lt;br /&gt;</w:t>
        <w:br/>
        <w:t>От я духом через пліт.</w:t>
      </w:r>
    </w:p>
    <w:p>
      <w:r>
        <w:br/>
        <w:t>Крик за мною, як в гамарні…&lt;br /&gt;</w:t>
        <w:br/>
        <w:t>А я просто до спіжарні&lt;br /&gt;</w:t>
        <w:br/>
        <w:t>Та й сховався під поміст.&lt;br /&gt;</w:t>
        <w:br/>
        <w:t>Тут погоня надлітає:&lt;br /&gt;</w:t>
        <w:br/>
        <w:t>"Де він? Де той Лис? — питає.-&lt;br /&gt;</w:t>
        <w:br/>
        <w:t>Показав нам тільки хвіст!"</w:t>
      </w:r>
    </w:p>
    <w:p>
      <w:r>
        <w:br/>
        <w:t>Втім зирнули, а з віконця&lt;br /&gt;</w:t>
        <w:br/>
        <w:t>Вовк Неситий проти сонця&lt;br /&gt;</w:t>
        <w:br/>
        <w:t>Визирає! "А, ти тут?&lt;br /&gt;</w:t>
        <w:br/>
        <w:t>Ой, нещасная головка!&lt;br /&gt;</w:t>
        <w:br/>
        <w:t>Таж се Вовк! А бийте ж Вовка!&lt;br /&gt;</w:t>
        <w:br/>
        <w:t>Тут йому зробіть капут!"</w:t>
      </w:r>
    </w:p>
    <w:p>
      <w:r>
        <w:br/>
        <w:t>Вовк їх там не дожидався,&lt;br /&gt;</w:t>
        <w:br/>
        <w:t>А в спіжарню заховався,&lt;br /&gt;</w:t>
        <w:br/>
        <w:t>При саміських дверях став.&lt;br /&gt;</w:t>
        <w:br/>
        <w:t>От вони як створили,&lt;br /&gt;</w:t>
        <w:br/>
        <w:t>То Неситий скік в тій хвили —&lt;br /&gt;</w:t>
        <w:br/>
        <w:t>З сеї шпарки скористав.</w:t>
      </w:r>
    </w:p>
    <w:p>
      <w:r>
        <w:br/>
        <w:t>Та дістав там з дивовижі&lt;br /&gt;</w:t>
        <w:br/>
        <w:t>Скілька буків через крижі,&lt;br /&gt;</w:t>
        <w:br/>
        <w:t>Так що ледве в ліс доліз,&lt;br /&gt;</w:t>
        <w:br/>
        <w:t>І про справу сю немилу&lt;br /&gt;</w:t>
        <w:br/>
        <w:t>Заразісінько Бурмилу&lt;br /&gt;</w:t>
        <w:br/>
        <w:t>Він на мене скаргу вніс.</w:t>
      </w:r>
    </w:p>
    <w:p>
      <w:r>
        <w:br/>
        <w:t>Хоч сам винен за лакомство,&lt;br /&gt;</w:t>
        <w:br/>
        <w:t>А на мене віроломство,&lt;br /&gt;</w:t>
        <w:br/>
        <w:t>Злобу й зраду наклепав.&lt;br /&gt;</w:t>
        <w:br/>
        <w:t>Ну, а, думаєш, Медвідь&lt;br /&gt;</w:t>
        <w:br/>
        <w:t>Розібрав усе як слід,&lt;br /&gt;</w:t>
        <w:br/>
        <w:t>По закону поступав?</w:t>
      </w:r>
    </w:p>
    <w:p>
      <w:r>
        <w:br/>
        <w:t>Де тобі? Суддя той ласий,&lt;br /&gt;</w:t>
        <w:br/>
        <w:t>Як дізнався про ковбаси,&lt;br /&gt;</w:t>
        <w:br/>
        <w:t>Що я з трудом розстарав,&lt;br /&gt;</w:t>
        <w:br/>
        <w:t>Як ревне на мене туго:&lt;br /&gt;</w:t>
        <w:br/>
        <w:t>"Зараз все віддай, злодюго!&lt;br /&gt;</w:t>
        <w:br/>
        <w:t>Будеш ти ковбаси крав?"</w:t>
      </w:r>
    </w:p>
    <w:p>
      <w:r>
        <w:br/>
        <w:t>"Ти й віддав?" — Бабай питає.&lt;br /&gt;</w:t>
        <w:br/>
        <w:t>"Що ж було робить, Бабає?&lt;br /&gt;</w:t>
        <w:br/>
        <w:t>Адже ж хтів відтяти хвіст!&lt;br /&gt;</w:t>
        <w:br/>
        <w:t>Та щоб всі віддать — а дзуськи!&lt;br /&gt;</w:t>
        <w:br/>
        <w:t>Штири дав йому тонюські,&lt;br /&gt;</w:t>
        <w:br/>
        <w:t>А собі лишив ще шість.</w:t>
      </w:r>
    </w:p>
    <w:p>
      <w:r>
        <w:br/>
        <w:t>От Медвідь так судить справу:&lt;br /&gt;</w:t>
        <w:br/>
        <w:t>"За побої, за неславу,&lt;br /&gt;</w:t>
        <w:br/>
        <w:t>Вовче, маєш ковбасу!&lt;br /&gt;</w:t>
        <w:br/>
        <w:t>Решту я з'їм. Ти ж, Микито,&lt;br /&gt;</w:t>
        <w:br/>
        <w:t>Рад будь, що тебе не бито!&lt;br /&gt;</w:t>
        <w:br/>
        <w:t>Марш, бо кості рознесу!"</w:t>
      </w:r>
    </w:p>
    <w:p>
      <w:r>
        <w:br/>
        <w:t>Так-то нас судив Бурмило!&lt;br /&gt;</w:t>
        <w:br/>
        <w:t>Гірко се мене вшпилило!&lt;br /&gt;</w:t>
        <w:br/>
        <w:t>Я присяг на царський хвіст:&lt;br /&gt;</w:t>
        <w:br/>
        <w:t>"Як його дістану в руки,&lt;br /&gt;</w:t>
        <w:br/>
        <w:t>То за всі ті подлі штуки&lt;br /&gt;</w:t>
        <w:br/>
        <w:t>Він тяженько відповість".</w:t>
      </w:r>
    </w:p>
    <w:p>
      <w:r>
        <w:br/>
        <w:t>Надоспіла і вечеря;&lt;br /&gt;</w:t>
        <w:br/>
        <w:t>З пір'ям пряжена тетеря —&lt;br /&gt;</w:t>
        <w:br/>
        <w:t>Всім досить її було.&lt;br /&gt;</w:t>
        <w:br/>
        <w:t>Як гарненько поживились,&lt;br /&gt;</w:t>
        <w:br/>
        <w:t>Де про що розговорились&lt;br /&gt;</w:t>
        <w:br/>
        <w:t>Та й пішли собі в стебло.</w:t>
      </w:r>
    </w:p>
    <w:p>
      <w:r>
        <w:br/>
        <w:t>А як рано повставали,&lt;br /&gt;</w:t>
        <w:br/>
        <w:t>То гарненько поснідали:&lt;br /&gt;</w:t>
        <w:br/>
        <w:t>Їли сало з часником,&lt;br /&gt;</w:t>
        <w:br/>
        <w:t>Потім гусячу потравку,&lt;br /&gt;</w:t>
        <w:br/>
        <w:t>Закусили ж сю приправку&lt;br /&gt;</w:t>
        <w:br/>
        <w:t>Ще копченим судаком.</w:t>
      </w:r>
    </w:p>
    <w:p>
      <w:r>
        <w:br/>
        <w:t>Отоді Микита вбрався&lt;br /&gt;</w:t>
        <w:br/>
        <w:t>До дороги й так прощався&lt;br /&gt;</w:t>
        <w:br/>
        <w:t>З господинею й дітьми:&lt;br /&gt;</w:t>
        <w:br/>
        <w:t>"Люба жінко, будь здорова!&lt;br /&gt;</w:t>
        <w:br/>
        <w:t>Час іти мені до Львова,&lt;br /&gt;</w:t>
        <w:br/>
        <w:t>Тож ключі усі прийми!</w:t>
      </w:r>
    </w:p>
    <w:p>
      <w:r>
        <w:br/>
        <w:t>Наглядай як слід в коморі,&lt;br /&gt;</w:t>
        <w:br/>
        <w:t>Бо ті миші красти скорі,-&lt;br /&gt;</w:t>
        <w:br/>
        <w:t>А про мене не журись!&lt;br /&gt;</w:t>
        <w:br/>
        <w:t>Хоч тепер на нас цар лютий,&lt;br /&gt;</w:t>
        <w:br/>
        <w:t>Але легко може бути,&lt;br /&gt;</w:t>
        <w:br/>
        <w:t>Що всміхнеться ще колись.</w:t>
      </w:r>
    </w:p>
    <w:p>
      <w:r>
        <w:br/>
        <w:t>А ви, дітки, не пустуйте,&lt;br /&gt;</w:t>
        <w:br/>
        <w:t>Поза домом не гарцюйте,&lt;br /&gt;</w:t>
        <w:br/>
        <w:t>Мамі збитків не творіть!&lt;br /&gt;</w:t>
        <w:br/>
        <w:t>Глянь-но, стрику, що за звірик&lt;br /&gt;</w:t>
        <w:br/>
        <w:t>Отой Міцько! Хто повірить,&lt;br /&gt;</w:t>
        <w:br/>
        <w:t>Що йому ще тільки рік!"</w:t>
      </w:r>
    </w:p>
    <w:p>
      <w:r>
        <w:br/>
        <w:t>І дітей поцілувавши,&lt;br /&gt;</w:t>
        <w:br/>
        <w:t>Жінці в вухо пошептавши,&lt;br /&gt;</w:t>
        <w:br/>
        <w:t>Що там ще сказати мав,&lt;br /&gt;</w:t>
        <w:br/>
        <w:t>Лис Микита, мов у гості,&lt;br /&gt;</w:t>
        <w:br/>
        <w:t>В Львів, назустріч царській злости&lt;br /&gt;</w:t>
        <w:br/>
        <w:t>Враз з Бабаєм почвалав.</w:t>
      </w:r>
    </w:p>
    <w:p>
      <w:r>
        <w:br/>
        <w:t>ПІСНЯ П'ЯТА</w:t>
      </w:r>
    </w:p>
    <w:p>
      <w:r>
        <w:br/>
        <w:t>Гу-гу-гу! — в дворі гуділо,&lt;br /&gt;</w:t>
        <w:br/>
        <w:t>Мов бог зна, яке там діло —&lt;br /&gt;</w:t>
        <w:br/>
        <w:t>"Лис Микита! Лис приспів!"&lt;br /&gt;</w:t>
        <w:br/>
        <w:t>А Микита мов не чує,&lt;br /&gt;</w:t>
        <w:br/>
        <w:t>Гордо, сміло машерує&lt;br /&gt;</w:t>
        <w:br/>
        <w:t>Між рядами ворогів.</w:t>
      </w:r>
    </w:p>
    <w:p>
      <w:r>
        <w:br/>
        <w:t>Перед троном зупинився,&lt;br /&gt;</w:t>
        <w:br/>
        <w:t>І цареві поклонився,&lt;br /&gt;</w:t>
        <w:br/>
        <w:t>І такі слова сказав:&lt;br /&gt;</w:t>
        <w:br/>
        <w:t>"Царю наш великодушний!&lt;br /&gt;</w:t>
        <w:br/>
        <w:t>Слову твойому послушний,&lt;br /&gt;</w:t>
        <w:br/>
        <w:t>Я на суд твій правий став.</w:t>
      </w:r>
    </w:p>
    <w:p>
      <w:r>
        <w:br/>
        <w:t>Вірю в велич твого духа,&lt;br /&gt;</w:t>
        <w:br/>
        <w:t>Не прихилиш свого вуха&lt;br /&gt;</w:t>
        <w:br/>
        <w:t>Ти поганим брехунам,&lt;br /&gt;</w:t>
        <w:br/>
        <w:t>Що байками і брехнями&lt;br /&gt;</w:t>
        <w:br/>
        <w:t>Раді б розлад поміж нами&lt;br /&gt;</w:t>
        <w:br/>
        <w:t>Сколотить на шкоду нам".</w:t>
      </w:r>
    </w:p>
    <w:p>
      <w:r>
        <w:br/>
        <w:t>Але цар глядів понуро&lt;br /&gt;</w:t>
        <w:br/>
        <w:t>Й крикнув: "Підла креатуро!&lt;br /&gt;</w:t>
        <w:br/>
        <w:t>Ти ще тут хвостом вертиш!&lt;br /&gt;</w:t>
        <w:br/>
        <w:t>Смієш прав допоминаться!&lt;br /&gt;</w:t>
        <w:br/>
        <w:t>Нам ще хочеш підлизаться!&lt;br /&gt;</w:t>
        <w:br/>
        <w:t>Ні, вже нас не підлестиш!</w:t>
      </w:r>
    </w:p>
    <w:p>
      <w:r>
        <w:br/>
        <w:t>Глянь, ось Півень у жалобі!&lt;br /&gt;</w:t>
        <w:br/>
        <w:t>Кіт Мурлика ось при тобі&lt;br /&gt;</w:t>
        <w:br/>
        <w:t>І Бурмило, мій барон!&lt;br /&gt;</w:t>
        <w:br/>
        <w:t>Тямиш біль їх, ганьбу, муки?&lt;br /&gt;</w:t>
        <w:br/>
        <w:t>Гей, беріть його у руки&lt;br /&gt;</w:t>
        <w:br/>
        <w:t>І до трибуналу! Вон!"</w:t>
      </w:r>
    </w:p>
    <w:p>
      <w:r>
        <w:br/>
        <w:t>"Царю,— смирно рік Микита,-&lt;br /&gt;</w:t>
        <w:br/>
        <w:t>Чи ж так явна вже й відкрита&lt;br /&gt;</w:t>
        <w:br/>
        <w:t>Щодо них вина моя? —&lt;br /&gt;</w:t>
        <w:br/>
        <w:t>Що Бурмило був упертий&lt;br /&gt;</w:t>
        <w:br/>
        <w:t>Конче хлопський мід ізжерти,&lt;br /&gt;</w:t>
        <w:br/>
        <w:t>То чи ж тому винен я?</w:t>
      </w:r>
    </w:p>
    <w:p>
      <w:r>
        <w:br/>
        <w:t>А Мурлика,— боже, боже!&lt;br /&gt;</w:t>
        <w:br/>
        <w:t>Він ще жалуваться може?&lt;br /&gt;</w:t>
        <w:br/>
        <w:t>Хто ж на ловах не прийма&lt;br /&gt;</w:t>
        <w:br/>
        <w:t>Бійки, невигід подібних?&lt;br /&gt;</w:t>
        <w:br/>
        <w:t>Та й хіба ж для мишей бідних&lt;br /&gt;</w:t>
        <w:br/>
        <w:t>Конституції нема?</w:t>
      </w:r>
    </w:p>
    <w:p>
      <w:r>
        <w:br/>
        <w:t>Кажуть: злодій я, поганець!&lt;br /&gt;</w:t>
        <w:br/>
        <w:t>А Мурлика, твій післанець,&lt;br /&gt;</w:t>
        <w:br/>
        <w:t>Тож не менший горлоріз.&lt;br /&gt;</w:t>
        <w:br/>
        <w:t>Бо чи ж то не для злодійства,&lt;br /&gt;</w:t>
        <w:br/>
        <w:t>Кроволиття і убійства&lt;br /&gt;</w:t>
        <w:br/>
        <w:t>Він у тую шпарку вліз?</w:t>
      </w:r>
    </w:p>
    <w:p>
      <w:r>
        <w:br/>
        <w:t>Царю, я підданий вірний!&lt;br /&gt;</w:t>
        <w:br/>
        <w:t>Як такий твій гнів безмірний —&lt;br /&gt;</w:t>
        <w:br/>
        <w:t>Дай на смерть мене судить!&lt;br /&gt;</w:t>
        <w:br/>
        <w:t>Дай малих злочинців вішать,&lt;br /&gt;</w:t>
        <w:br/>
        <w:t>Най великі тим ся тішать!&lt;br /&gt;</w:t>
        <w:br/>
        <w:t>Коли так — не варто й жить!"</w:t>
      </w:r>
    </w:p>
    <w:p>
      <w:r>
        <w:br/>
        <w:t>Та цар Лев не вів і вухом!&lt;br /&gt;</w:t>
        <w:br/>
        <w:t>І взяли Микиту духом,&lt;br /&gt;</w:t>
        <w:br/>
        <w:t>І зв'язали, й повели&lt;br /&gt;</w:t>
        <w:br/>
        <w:t>Стражники у трибунали;&lt;br /&gt;</w:t>
        <w:br/>
        <w:t>В трибуналах засідали&lt;br /&gt;</w:t>
        <w:br/>
        <w:t>Старі цапи і осли.</w:t>
      </w:r>
    </w:p>
    <w:p>
      <w:r>
        <w:br/>
        <w:t>Став Микита та й балака,&lt;br /&gt;</w:t>
        <w:br/>
        <w:t>Та найстарший пан Осляка&lt;br /&gt;</w:t>
        <w:br/>
        <w:t>Вже п'ять років, як оглух.&lt;br /&gt;</w:t>
        <w:br/>
        <w:t>Присудили: "На галузці&lt;br /&gt;</w:t>
        <w:br/>
        <w:t>Лису висіть на мотузці,&lt;br /&gt;</w:t>
        <w:br/>
        <w:t>Поки з нього вийде дух".</w:t>
      </w:r>
    </w:p>
    <w:p>
      <w:r>
        <w:br/>
        <w:t>Вовк, Бурмило і Мурлика&lt;br /&gt;</w:t>
        <w:br/>
        <w:t>Як почули се, велика&lt;br /&gt;</w:t>
        <w:br/>
        <w:t>Радість обняла їх ум.&lt;br /&gt;</w:t>
        <w:br/>
        <w:t>Зараз за катів обрались&lt;br /&gt;</w:t>
        <w:br/>
        <w:t>І Микиті нахвалялись&lt;br /&gt;</w:t>
        <w:br/>
        <w:t>Причинить до смерті глум.</w:t>
      </w:r>
    </w:p>
    <w:p>
      <w:r>
        <w:br/>
        <w:t>Лиса вивели. Бурмило&lt;br /&gt;</w:t>
        <w:br/>
        <w:t>Трах його прилюдно в рило!&lt;br /&gt;</w:t>
        <w:br/>
        <w:t>"Се за сап'янці мої!"&lt;br /&gt;</w:t>
        <w:br/>
        <w:t>Вовк для гіршої ще муки&lt;br /&gt;</w:t>
        <w:br/>
        <w:t>Взад скрутив Микиті руки:&lt;br /&gt;</w:t>
        <w:br/>
        <w:t>"Не уйдеш тепер гіллі".</w:t>
      </w:r>
    </w:p>
    <w:p>
      <w:r>
        <w:br/>
        <w:t>Кіт Мурлика вже на гільку&lt;br /&gt;</w:t>
        <w:br/>
        <w:t>Виліз і міцную сильку&lt;br /&gt;</w:t>
        <w:br/>
        <w:t>Мотузяну засилив.&lt;br /&gt;</w:t>
        <w:br/>
        <w:t>Крука ще гукнув навмисне,&lt;br /&gt;</w:t>
        <w:br/>
        <w:t>Щоб Микиті, як повисне&lt;br /&gt;</w:t>
        <w:br/>
        <w:t>Зараз очі з лоба пив.</w:t>
      </w:r>
    </w:p>
    <w:p>
      <w:r>
        <w:br/>
        <w:t>Хто лиш жив, глядіть зійшлися,&lt;br /&gt;</w:t>
        <w:br/>
        <w:t>Як то будуть вішать Лиса:&lt;br /&gt;</w:t>
        <w:br/>
        <w:t>Стала страж кругом, як мур.&lt;br /&gt;</w:t>
        <w:br/>
        <w:t>Лис іде, як мокра курка,&lt;br /&gt;</w:t>
        <w:br/>
        <w:t>Вовк Неситий ззаду штурка,&lt;br /&gt;</w:t>
        <w:br/>
        <w:t>А Медвідь веде за шнур.</w:t>
      </w:r>
    </w:p>
    <w:p>
      <w:r>
        <w:br/>
        <w:t>"Не лякайсь,— сказав Неситий,-&lt;br /&gt;</w:t>
        <w:br/>
        <w:t>Ми відразу задушити&lt;br /&gt;</w:t>
        <w:br/>
        <w:t>Не гадаємо тебе.&lt;br /&gt;</w:t>
        <w:br/>
        <w:t>Будеш дриґав ще лапками,&lt;br /&gt;</w:t>
        <w:br/>
        <w:t>Поки Крот під дубом ями&lt;br /&gt;</w:t>
        <w:br/>
        <w:t>У твій ріст не вигребе".&lt;br /&gt;</w:t>
        <w:br/>
        <w:t>Обернувся Лис до нього:</w:t>
      </w:r>
    </w:p>
    <w:p>
      <w:r>
        <w:br/>
        <w:t>"Що ж то,-каже він,-міцного&lt;br /&gt;</w:t>
        <w:br/>
        <w:t>Шнура не знайшлось у вас?&lt;br /&gt;</w:t>
        <w:br/>
        <w:t>Міг вам Кіт дістати, любко,&lt;br /&gt;</w:t>
        <w:br/>
        <w:t>Того, що на нім так цупко&lt;br /&gt;</w:t>
        <w:br/>
        <w:t>Сам у війта дриґав раз".</w:t>
      </w:r>
    </w:p>
    <w:p>
      <w:r>
        <w:br/>
        <w:t>"Замовчи! — ревнув Бурмило,-&lt;br /&gt;</w:t>
        <w:br/>
        <w:t>Щоб язик тобі зціпило!&lt;br /&gt;</w:t>
        <w:br/>
        <w:t>Ще не кинув жартів ти?&lt;br /&gt;</w:t>
        <w:br/>
        <w:t>Глянь, жде шибениця грізно!&lt;br /&gt;</w:t>
        <w:br/>
        <w:t>Кайся, щоб не було пізно,&lt;br /&gt;</w:t>
        <w:br/>
        <w:t>Грішну душу очисти!"</w:t>
      </w:r>
    </w:p>
    <w:p>
      <w:r>
        <w:br/>
        <w:t>Привели його під гільку,&lt;br /&gt;</w:t>
        <w:br/>
        <w:t>Завдали на шию сильку,&lt;br /&gt;</w:t>
        <w:br/>
        <w:t>На драбину Лис вступив&lt;br /&gt;</w:t>
        <w:br/>
        <w:t>І, звернувшися до миру,&lt;br /&gt;</w:t>
        <w:br/>
        <w:t>Він царю вклонився щиро&lt;br /&gt;</w:t>
        <w:br/>
        <w:t>І ось так проговорив:</w:t>
      </w:r>
    </w:p>
    <w:p>
      <w:r>
        <w:br/>
        <w:t>"Наступає вже година,&lt;br /&gt;</w:t>
        <w:br/>
        <w:t>Ох, для звірів всіх єдина:&lt;br /&gt;</w:t>
        <w:br/>
        <w:t>Швидко вічним сном усну.&lt;br /&gt;</w:t>
        <w:br/>
        <w:t>Царю наш, тебе благаю,&lt;br /&gt;</w:t>
        <w:br/>
        <w:t>Ти по давньому звичаю&lt;br /&gt;</w:t>
        <w:br/>
        <w:t>Просьбу вволь мені одну.</w:t>
      </w:r>
    </w:p>
    <w:p>
      <w:r>
        <w:br/>
        <w:t>Тут в обличчі смерті й гробу&lt;br /&gt;</w:t>
        <w:br/>
        <w:t>Хочу виявить всю злобу,&lt;br /&gt;</w:t>
        <w:br/>
        <w:t>Сповідаться всіх гріхів,&lt;br /&gt;</w:t>
        <w:br/>
        <w:t>З всіх провин заслону здерти,&lt;br /&gt;</w:t>
        <w:br/>
        <w:t>Щоб ніхто по моїй смерти&lt;br /&gt;</w:t>
        <w:br/>
        <w:t>За моє зло не терпів".</w:t>
      </w:r>
    </w:p>
    <w:p>
      <w:r>
        <w:br/>
        <w:t>Так сказав, усім вклонився&lt;br /&gt;</w:t>
        <w:br/>
        <w:t>І тяженько прослезився,&lt;br /&gt;</w:t>
        <w:br/>
        <w:t>Зрушив душі всіх хижак;&lt;br /&gt;</w:t>
        <w:br/>
        <w:t>Цар задумавсь на хвилину,&lt;br /&gt;</w:t>
        <w:br/>
        <w:t>Берло похилив вдолину&lt;br /&gt;</w:t>
        <w:br/>
        <w:t>І сказав: "Най буде так!"</w:t>
      </w:r>
    </w:p>
    <w:p>
      <w:r>
        <w:br/>
        <w:t>Лис Микита б'ється в груди:&lt;br /&gt;</w:t>
        <w:br/>
        <w:t>"Православні, чесні люди!&lt;br /&gt;</w:t>
        <w:br/>
        <w:t>Много, много я грішив!&lt;br /&gt;</w:t>
        <w:br/>
        <w:t>Чи є хоч один між вами,&lt;br /&gt;</w:t>
        <w:br/>
        <w:t>В кого б ділом чи словами&lt;br /&gt;</w:t>
        <w:br/>
        <w:t>Добру пам'ять я лишив?</w:t>
      </w:r>
    </w:p>
    <w:p>
      <w:r>
        <w:br/>
        <w:t>Від дитинства сам собою&lt;br /&gt;</w:t>
        <w:br/>
        <w:t>Я привчався до розбою,&lt;br /&gt;</w:t>
        <w:br/>
        <w:t>Хоч отець картав не раз.&lt;br /&gt;</w:t>
        <w:br/>
        <w:t>Бідні кури, гуси, утки!&lt;br /&gt;</w:t>
        <w:br/>
        <w:t>Серце рветься в мні ось тутки:&lt;br /&gt;</w:t>
        <w:br/>
        <w:t>Як то шарпав, гриз я вас!</w:t>
      </w:r>
    </w:p>
    <w:p>
      <w:r>
        <w:br/>
        <w:t>Був я штучка невеличка,&lt;br /&gt;</w:t>
        <w:br/>
        <w:t>Та "від личка до ржемичка"&lt;br /&gt;</w:t>
        <w:br/>
        <w:t>Щораз далі, далі ліз:&lt;br /&gt;</w:t>
        <w:br/>
        <w:t>Вже ягнята й козенята,&lt;br /&gt;</w:t>
        <w:br/>
        <w:t>Що відбігли геть від тата,&lt;br /&gt;</w:t>
        <w:br/>
        <w:t>Я хапав і в яму ніс.</w:t>
      </w:r>
    </w:p>
    <w:p>
      <w:r>
        <w:br/>
        <w:t>Біг до зла я шляхом битим!&lt;br /&gt;</w:t>
        <w:br/>
        <w:t>Спобратимався в Неситим:&lt;br /&gt;</w:t>
        <w:br/>
        <w:t>Він учитель мій у злім.&lt;br /&gt;</w:t>
        <w:br/>
        <w:t>І коли я нині стою&lt;br /&gt;</w:t>
        <w:br/>
        <w:t>Під смертельною вербою,&lt;br /&gt;</w:t>
        <w:br/>
        <w:t>То його заслуга в тім.</w:t>
      </w:r>
    </w:p>
    <w:p>
      <w:r>
        <w:br/>
        <w:t>Раз ото на переднівку&lt;br /&gt;</w:t>
        <w:br/>
        <w:t>Ми таку злодійську спілку&lt;br /&gt;</w:t>
        <w:br/>
        <w:t>Зав'язали: я дрібне,&lt;br /&gt;</w:t>
        <w:br/>
        <w:t>Вовк велике має красти,&lt;br /&gt;</w:t>
        <w:br/>
        <w:t>А що зиск — по рівній части;&lt;br /&gt;</w:t>
        <w:br/>
        <w:t>Нині кара б'є мене!</w:t>
      </w:r>
    </w:p>
    <w:p>
      <w:r>
        <w:br/>
        <w:t>Але як прийшло ділиться,&lt;br /&gt;</w:t>
        <w:br/>
        <w:t>То ніколи, як годиться,&lt;br /&gt;</w:t>
        <w:br/>
        <w:t>Половини Вовк не брав:&lt;br /&gt;</w:t>
        <w:br/>
        <w:t>Загарчить — не смій і писнуть!&lt;br /&gt;</w:t>
        <w:br/>
        <w:t>Сам же, хоч би мусив тріснуть,&lt;br /&gt;</w:t>
        <w:br/>
        <w:t>До крихітки все зіжрав.</w:t>
      </w:r>
    </w:p>
    <w:p>
      <w:r>
        <w:br/>
        <w:t>А як часом грубілу штуку&lt;br /&gt;</w:t>
        <w:br/>
        <w:t>Нам вдалось спіймати в руку,&lt;br /&gt;</w:t>
        <w:br/>
        <w:t>То Неситий як ревне,&lt;br /&gt;</w:t>
        <w:br/>
        <w:t>Вже Вовчиця тут з синами!&lt;br /&gt;</w:t>
        <w:br/>
        <w:t>М'ясо мало не з кістками&lt;br /&gt;</w:t>
        <w:br/>
        <w:t>Хавкнуть — хвиля не мине.</w:t>
      </w:r>
    </w:p>
    <w:p>
      <w:r>
        <w:br/>
        <w:t>Адже ж тямлю так, як нині:&lt;br /&gt;</w:t>
        <w:br/>
        <w:t>У одної господині&lt;br /&gt;</w:t>
        <w:br/>
        <w:t>Ніччю виліз я на під;&lt;br /&gt;</w:t>
        <w:br/>
        <w:t>Висів тамка у димарни&lt;br /&gt;</w:t>
        <w:br/>
        <w:t>Солонини полоть гарний,-&lt;br /&gt;</w:t>
        <w:br/>
        <w:t>Ну, його й дістати слід.</w:t>
      </w:r>
    </w:p>
    <w:p>
      <w:r>
        <w:br/>
        <w:t>Кажу: "Вовче, ти дри стріху,&lt;br /&gt;</w:t>
        <w:br/>
        <w:t>Я ж сей полоть нам на втіху&lt;br /&gt;</w:t>
        <w:br/>
        <w:t>Живо з вішалки здійму".&lt;br /&gt;</w:t>
        <w:br/>
        <w:t>І поліз я на бантину,&lt;br /&gt;</w:t>
        <w:br/>
        <w:t>Довго мучивсь, поки скинув&lt;br /&gt;</w:t>
        <w:br/>
        <w:t>Подоть просто в рот йому.</w:t>
      </w:r>
    </w:p>
    <w:p>
      <w:r>
        <w:br/>
        <w:t>Вовк м'ясиво хап — і драла!&lt;br /&gt;</w:t>
        <w:br/>
        <w:t>Та мене ще хіть зібрала&lt;br /&gt;</w:t>
        <w:br/>
        <w:t>На вечерю курку взять:&lt;br /&gt;</w:t>
        <w:br/>
        <w:t>А у тої господині&lt;br /&gt;</w:t>
        <w:br/>
        <w:t>На близесенькій бантині&lt;br /&gt;</w:t>
        <w:br/>
        <w:t>Спав курей довгенький ряд.</w:t>
      </w:r>
    </w:p>
    <w:p>
      <w:r>
        <w:br/>
        <w:t>Підіпхавшися по платві,&lt;br /&gt;</w:t>
        <w:br/>
        <w:t>По бантині, мов по дратві,&lt;br /&gt;</w:t>
        <w:br/>
        <w:t>До курей я вже підліз.&lt;br /&gt;</w:t>
        <w:br/>
        <w:t>Серце б'ється… тихо… темно…&lt;br /&gt;</w:t>
        <w:br/>
        <w:t>От в такі-то хвилі, певно,&lt;br /&gt;</w:t>
        <w:br/>
        <w:t>Найлюбіш жартує біс.</w:t>
      </w:r>
    </w:p>
    <w:p>
      <w:r>
        <w:br/>
        <w:t>Вийшла ж і мені ярмурка!&lt;br /&gt;</w:t>
        <w:br/>
        <w:t>Я гадав, що скраю Курка,&lt;br /&gt;</w:t>
        <w:br/>
        <w:t>А то крепкий був Індик.&lt;br /&gt;</w:t>
        <w:br/>
        <w:t>Я на Курки шийку мірив,&lt;br /&gt;</w:t>
        <w:br/>
        <w:t>Індика в крило і вцілив —&lt;br /&gt;</w:t>
        <w:br/>
        <w:t>А Індик як здійме крик!</w:t>
      </w:r>
    </w:p>
    <w:p>
      <w:r>
        <w:br/>
        <w:t>Я зубами хап за тепле,&lt;br /&gt;</w:t>
        <w:br/>
        <w:t>А Індик крилом як стрепле!&lt;br /&gt;</w:t>
        <w:br/>
        <w:t>Даром, що старий я Лис,-&lt;br /&gt;</w:t>
        <w:br/>
        <w:t>Світ мені заморочився,&lt;br /&gt;</w:t>
        <w:br/>
        <w:t>Я схитнувся, поточився,&lt;br /&gt;</w:t>
        <w:br/>
        <w:t>З Індиком гегеп униз!</w:t>
      </w:r>
    </w:p>
    <w:p>
      <w:r>
        <w:br/>
        <w:t>Ну, та й мав я тут пригоду!&lt;br /&gt;</w:t>
        <w:br/>
        <w:t>Полетів, та не до поду,&lt;br /&gt;</w:t>
        <w:br/>
        <w:t>А на тік у сіни впав.&lt;br /&gt;</w:t>
        <w:br/>
        <w:t>Гепнув так з цілого маху,&lt;br /&gt;</w:t>
        <w:br/>
        <w:t>Думав: кожду костомаху&lt;br /&gt;</w:t>
        <w:br/>
        <w:t>Мов у ступі зопихав.</w:t>
      </w:r>
    </w:p>
    <w:p>
      <w:r>
        <w:br/>
        <w:t>Не кінець тут моїй лазні!&lt;br /&gt;</w:t>
        <w:br/>
        <w:t>В сінях був я, мов у казні,&lt;br /&gt;</w:t>
        <w:br/>
        <w:t>Вийти не було куди.&lt;br /&gt;</w:t>
        <w:br/>
        <w:t>От запхався я в куточок&lt;br /&gt;</w:t>
        <w:br/>
        <w:t>І стулився у клубочок:&lt;br /&gt;</w:t>
        <w:br/>
        <w:t>"Тихо! Лихо пережди!"</w:t>
      </w:r>
    </w:p>
    <w:p>
      <w:r>
        <w:br/>
        <w:t>Та даремну мав надію!&lt;br /&gt;</w:t>
        <w:br/>
        <w:t>Чую голос: "Гей, Андрію!&lt;br /&gt;</w:t>
        <w:br/>
        <w:t>А поглянь-но до сіней!&lt;br /&gt;</w:t>
        <w:br/>
        <w:t>На поді там щось кричало&lt;br /&gt;</w:t>
        <w:br/>
        <w:t>І у сіни щось упало!&lt;br /&gt;</w:t>
        <w:br/>
        <w:t>Ну, Андрію, встань-но, гей!"</w:t>
      </w:r>
    </w:p>
    <w:p>
      <w:r>
        <w:br/>
        <w:t>Чути: наймит щось воркоче,&lt;br /&gt;</w:t>
        <w:br/>
        <w:t>Встав, щось шкряба і стукоче,-&lt;br /&gt;</w:t>
        <w:br/>
        <w:t>Світло він світив, мабуть;&lt;br /&gt;</w:t>
        <w:br/>
        <w:t>Далі двері відчиняє,&lt;br /&gt;</w:t>
        <w:br/>
        <w:t>Каганець в руках тримає:&lt;br /&gt;</w:t>
        <w:br/>
        <w:t>"Що за дідько гримнув тут?"</w:t>
      </w:r>
    </w:p>
    <w:p>
      <w:r>
        <w:br/>
        <w:t>Глип! Індик по сінях ходить.&lt;br /&gt;</w:t>
        <w:br/>
        <w:t>"От хто крики тут заводить!&lt;br /&gt;</w:t>
        <w:br/>
        <w:t>З сідала Індик упав!"&lt;br /&gt;</w:t>
        <w:br/>
        <w:t>Втім, в куток зирнув нечайно…&lt;br /&gt;</w:t>
        <w:br/>
        <w:t>"Ай! Хазяйко! Уставай-но!&lt;br /&gt;</w:t>
        <w:br/>
        <w:t>Гість до нас тут завітав!"</w:t>
      </w:r>
    </w:p>
    <w:p>
      <w:r>
        <w:br/>
        <w:t>"Що за гість?" — "Та Лис Микита!"&lt;br /&gt;</w:t>
        <w:br/>
        <w:t>"Бий, Андрію!" — "Чим же бити?&lt;br /&gt;</w:t>
        <w:br/>
        <w:t>Встаньте радше з подушок!&lt;br /&gt;</w:t>
        <w:br/>
        <w:t>Та обоє ми без труду&lt;br /&gt;</w:t>
        <w:br/>
        <w:t>Сю поганую приблуду&lt;br /&gt;</w:t>
        <w:br/>
        <w:t>Живо зловимо в мішок".</w:t>
      </w:r>
    </w:p>
    <w:p>
      <w:r>
        <w:br/>
        <w:t>Поки там вона збираєсь,&lt;br /&gt;</w:t>
        <w:br/>
        <w:t>Наймит зблизька призираєсь,&lt;br /&gt;</w:t>
        <w:br/>
        <w:t>Знай, до мене з каганцем.&lt;br /&gt;</w:t>
        <w:br/>
        <w:t>Я ж сиджу, тремчу, все чую&lt;br /&gt;</w:t>
        <w:br/>
        <w:t>Та й усе собі міркую,&lt;br /&gt;</w:t>
        <w:br/>
        <w:t>Як би тут втекти живцем?</w:t>
      </w:r>
    </w:p>
    <w:p>
      <w:r>
        <w:br/>
        <w:t>Ось хазяйка лізе в сіни;&lt;br /&gt;</w:t>
        <w:br/>
        <w:t>Того й ждав я, як відчинить&lt;br /&gt;</w:t>
        <w:br/>
        <w:t>Двері в комнату вона:&lt;br /&gt;</w:t>
        <w:br/>
        <w:t>Шусть їй прудко попід ноги,&lt;br /&gt;</w:t>
        <w:br/>
        <w:t>В хату вскочив та й з порога&lt;br /&gt;</w:t>
        <w:br/>
        <w:t>Просто скачу до вікна.</w:t>
      </w:r>
    </w:p>
    <w:p>
      <w:r>
        <w:br/>
        <w:t>Шибку висадив з розгону,&lt;br /&gt;</w:t>
        <w:br/>
        <w:t>Стрічку не одну червону&lt;br /&gt;</w:t>
        <w:br/>
        <w:t>Я на шкірі здряпонув;&lt;br /&gt;</w:t>
        <w:br/>
        <w:t>Ну, та вирвався на волю.&lt;br /&gt;</w:t>
        <w:br/>
        <w:t>Та й садком відтак по полю,&lt;br /&gt;</w:t>
        <w:br/>
        <w:t>Мов безумний, в ліс махнув.</w:t>
      </w:r>
    </w:p>
    <w:p>
      <w:r>
        <w:br/>
        <w:t>Довго бігав без уговку,&lt;br /&gt;</w:t>
        <w:br/>
        <w:t>Поки врешті в нетрі к Вовку,&lt;br /&gt;</w:t>
        <w:br/>
        <w:t>Ледве дишачи, добіг.&lt;br /&gt;</w:t>
        <w:br/>
        <w:t>"Ой Вовцуню! Я аж гину!&lt;br /&gt;</w:t>
        <w:br/>
        <w:t>Дай же м'яса одробину,&lt;br /&gt;</w:t>
        <w:br/>
        <w:t>Що для мене ти зберіг!"</w:t>
      </w:r>
    </w:p>
    <w:p>
      <w:r>
        <w:br/>
        <w:t>"О, зберіг! — смієсь Неситий.-&lt;br /&gt;</w:t>
        <w:br/>
        <w:t>Тим ти, певно, будеш ситий:&lt;br /&gt;</w:t>
        <w:br/>
        <w:t>На і знай дар щедрий мій!"&lt;br /&gt;</w:t>
        <w:br/>
        <w:t>І — зміркуйте підлу штуку! —&lt;br /&gt;</w:t>
        <w:br/>
        <w:t>Дав мені дубову клюку:&lt;br /&gt;</w:t>
        <w:br/>
        <w:t>Полті вішають на ній.</w:t>
      </w:r>
    </w:p>
    <w:p>
      <w:r>
        <w:br/>
        <w:t>Отаке сказати мушу:&lt;br /&gt;</w:t>
        <w:br/>
        <w:t>Тільки гріх я брав на душу,&lt;br /&gt;</w:t>
        <w:br/>
        <w:t>Що із ним до спілки крав,&lt;br /&gt;</w:t>
        <w:br/>
        <w:t>А й за гріш не мав пожитку&lt;br /&gt;</w:t>
        <w:br/>
        <w:t>І без власного прожитку&lt;br /&gt;</w:t>
        <w:br/>
        <w:t>Був би з голоду пропав.</w:t>
      </w:r>
    </w:p>
    <w:p>
      <w:r>
        <w:br/>
        <w:t>Але я не дбав нітроха,&lt;br /&gt;</w:t>
        <w:br/>
        <w:t>Славшій скарб царя Гороха&lt;br /&gt;</w:t>
        <w:br/>
        <w:t>Я у своїх мав руках!&lt;br /&gt;</w:t>
        <w:br/>
        <w:t>Скарб безмірно так багатий,&lt;br /&gt;</w:t>
        <w:br/>
        <w:t>Що ледве би міг забрати&lt;br /&gt;</w:t>
        <w:br/>
        <w:t>На сім возів у мішках".</w:t>
      </w:r>
    </w:p>
    <w:p>
      <w:r>
        <w:br/>
        <w:t>Лев, про скарб такий почувши,&lt;br /&gt;</w:t>
        <w:br/>
        <w:t>Насторожив пильно уши.&lt;br /&gt;</w:t>
        <w:br/>
        <w:t>"Лисе, що се ти верзеш?&lt;br /&gt;</w:t>
        <w:br/>
        <w:t>Про який се скарб гадаєш?&lt;br /&gt;</w:t>
        <w:br/>
        <w:t>Чи ще й досі скарб той маєш?"&lt;br /&gt;</w:t>
        <w:br/>
        <w:t>Лис сказав на те: "Авжеж!</w:t>
      </w:r>
    </w:p>
    <w:p>
      <w:r>
        <w:br/>
        <w:t>Царю,— каже,— пане милий,&lt;br /&gt;</w:t>
        <w:br/>
        <w:t>Перед входом до могили&lt;br /&gt;</w:t>
        <w:br/>
        <w:t>Я душі не обтяжу!&lt;br /&gt;</w:t>
        <w:br/>
        <w:t>І чого ніяким світом&lt;br /&gt;</w:t>
        <w:br/>
        <w:t>Не сказав би жінці й дітьом,&lt;br /&gt;</w:t>
        <w:br/>
        <w:t>Се тобі я розкажу.</w:t>
      </w:r>
    </w:p>
    <w:p>
      <w:r>
        <w:br/>
        <w:t>Знай же, царю, скарб той грубий&lt;br /&gt;</w:t>
        <w:br/>
        <w:t>Статься мав твоєї згуби&lt;br /&gt;</w:t>
        <w:br/>
        <w:t>І нещастя джерелом.&lt;br /&gt;</w:t>
        <w:br/>
        <w:t>Не вкради його Микита,&lt;br /&gt;</w:t>
        <w:br/>
        <w:t>Кров твоя була б пролита,&lt;br /&gt;</w:t>
        <w:br/>
        <w:t>Стався б страшний перелом!"</w:t>
      </w:r>
    </w:p>
    <w:p>
      <w:r>
        <w:br/>
        <w:t>Лев, неваче ужалений,&lt;br /&gt;</w:t>
        <w:br/>
        <w:t>Скочив, рикнув, мов шалевий:&lt;br /&gt;</w:t>
        <w:br/>
        <w:t>"Що, що, що се ти сказав?&lt;br /&gt;</w:t>
        <w:br/>
        <w:t>Що се за смалені дуби?&lt;br /&gt;</w:t>
        <w:br/>
        <w:t>Перелом? Нещастя? Згуби?&lt;br /&gt;</w:t>
        <w:br/>
        <w:t>Все розказуй, щоб я знав!"</w:t>
      </w:r>
    </w:p>
    <w:p>
      <w:r>
        <w:br/>
        <w:t>Каже Лис: "Я царську волю&lt;br /&gt;</w:t>
        <w:br/>
        <w:t>Рад сповнити, тільки молю,&lt;br /&gt;</w:t>
        <w:br/>
        <w:t>Вислухай мене ти сам.&lt;br /&gt;</w:t>
        <w:br/>
        <w:t>Лиш тобі й твоїй княгині&lt;br /&gt;</w:t>
        <w:br/>
        <w:t>Важну річ відкрию нині&lt;br /&gt;</w:t>
        <w:br/>
        <w:t>І Гороха скарб віддам".</w:t>
      </w:r>
    </w:p>
    <w:p>
      <w:r>
        <w:br/>
        <w:t>"Гей, здійміть із нього пута&lt;br /&gt;</w:t>
        <w:br/>
        <w:t>І ведіть його ось тута!" —&lt;br /&gt;</w:t>
        <w:br/>
        <w:t>Крикнув гучно Лев катам.&lt;br /&gt;</w:t>
        <w:br/>
        <w:t>Ті нерадо розв'язали&lt;br /&gt;</w:t>
        <w:br/>
        <w:t>З пут Микиту й розважали,&lt;br /&gt;</w:t>
        <w:br/>
        <w:t>Що то він набреше там!</w:t>
      </w:r>
    </w:p>
    <w:p>
      <w:r>
        <w:br/>
        <w:t>А Микита, волю вчувши,&lt;br /&gt;</w:t>
        <w:br/>
        <w:t>Свобідніше відітхнувши,&lt;br /&gt;</w:t>
        <w:br/>
        <w:t>"Слава богу! — прошептав.-&lt;br /&gt;</w:t>
        <w:br/>
        <w:t>Ну, коли не рад здихати,&lt;br /&gt;</w:t>
        <w:br/>
        <w:t>Наострись гаразд брехати!"&lt;br /&gt;</w:t>
        <w:br/>
        <w:t>З тим перед царем він став.</w:t>
      </w:r>
    </w:p>
    <w:p>
      <w:r>
        <w:br/>
        <w:t>"Ну,— цар каже,— сядь, Микито,&lt;br /&gt;</w:t>
        <w:br/>
        <w:t>Сміло все кажи й відкрито,&lt;br /&gt;</w:t>
        <w:br/>
        <w:t>Але з правди не змили!&lt;br /&gt;</w:t>
        <w:br/>
        <w:t>Бо як збрешеш, то, їй-богу,&lt;br /&gt;</w:t>
        <w:br/>
        <w:t>Не за шию, а за ногу&lt;br /&gt;</w:t>
        <w:br/>
        <w:t>Будеш висів на гілли!"</w:t>
      </w:r>
    </w:p>
    <w:p>
      <w:r>
        <w:br/>
        <w:t>ПІСНЯ ШОСТА</w:t>
      </w:r>
    </w:p>
    <w:p>
      <w:r>
        <w:br/>
        <w:t>Слухайте ж, як Лис Микита&lt;br /&gt;</w:t>
        <w:br/>
        <w:t>Цупко, наче кінь з копита,&lt;br /&gt;</w:t>
        <w:br/>
        <w:t>На брехню пустився й лесть!&lt;br /&gt;</w:t>
        <w:br/>
        <w:t>Щоб лиш на гіллі не згинуть,&lt;br /&gt;</w:t>
        <w:br/>
        <w:t>Не задумавсь камінь кинуть&lt;br /&gt;</w:t>
        <w:br/>
        <w:t>І на батька свого честь.</w:t>
      </w:r>
    </w:p>
    <w:p>
      <w:r>
        <w:br/>
        <w:t>"Царю і весь чесний зборе!&lt;br /&gt;</w:t>
        <w:br/>
        <w:t>Превелике, люте горе&lt;br /&gt;</w:t>
        <w:br/>
        <w:t>По заслузі б'є мене!&lt;br /&gt;</w:t>
        <w:br/>
        <w:t>За злодійство дам я душу,&lt;br /&gt;</w:t>
        <w:br/>
        <w:t>Та одно злодійство мушу&lt;br /&gt;</w:t>
        <w:br/>
        <w:t>Розказати вам страшне.</w:t>
      </w:r>
    </w:p>
    <w:p>
      <w:r>
        <w:br/>
        <w:t>Парканадцять літ вже тому,&lt;br /&gt;</w:t>
        <w:br/>
        <w:t>Як мій батько — де, в якому&lt;br /&gt;</w:t>
        <w:br/>
        <w:t>Місці, хто се зна — напав&lt;br /&gt;</w:t>
        <w:br/>
        <w:t>Славний скарб царя Гороха.&lt;br /&gt;</w:t>
        <w:br/>
        <w:t>Та добра йому нітроха&lt;br /&gt;</w:t>
        <w:br/>
        <w:t>Скарб той клятий не придбав.</w:t>
      </w:r>
    </w:p>
    <w:p>
      <w:r>
        <w:br/>
        <w:t>Батько мій був горда штука.&lt;br /&gt;</w:t>
        <w:br/>
        <w:t>Фінансовая наука&lt;br /&gt;</w:t>
        <w:br/>
        <w:t>Був його любимий фах.&lt;br /&gt;</w:t>
        <w:br/>
        <w:t>Льстив царю, міняв все фарбу,&lt;br /&gt;</w:t>
        <w:br/>
        <w:t>Щоб лиш стать міністром скарбу,&lt;br /&gt;</w:t>
        <w:br/>
        <w:t>Він на се острився страх.</w:t>
      </w:r>
    </w:p>
    <w:p>
      <w:r>
        <w:br/>
        <w:t>Та ти, царю, хитрість скриту&lt;br /&gt;</w:t>
        <w:br/>
        <w:t>Проглядів, прогнав Микиту,&lt;br /&gt;</w:t>
        <w:br/>
        <w:t>А міністром став пан Рись.&lt;br /&gt;</w:t>
        <w:br/>
        <w:t>І пішов мій батько в пущу,&lt;br /&gt;</w:t>
        <w:br/>
        <w:t>І поніс він думу злющу —&lt;br /&gt;</w:t>
        <w:br/>
        <w:t>Відомстить тобі колись.</w:t>
      </w:r>
    </w:p>
    <w:p>
      <w:r>
        <w:br/>
        <w:t>В пущі скарб знайшов заклятий&lt;br /&gt;</w:t>
        <w:br/>
        <w:t>І почав він міркувати,&lt;br /&gt;</w:t>
        <w:br/>
        <w:t>Щоб великий бунт піднять,&lt;br /&gt;</w:t>
        <w:br/>
        <w:t>Щоб царя зіпхнути з трону,&lt;br /&gt;</w:t>
        <w:br/>
        <w:t>Славну ж царськую корону&lt;br /&gt;</w:t>
        <w:br/>
        <w:t>Щоб Медведеві віддать.</w:t>
      </w:r>
    </w:p>
    <w:p>
      <w:r>
        <w:br/>
        <w:t>Спілку він зібрав велику.&lt;br /&gt;</w:t>
        <w:br/>
        <w:t>З листом шле Кота Мурлику&lt;br /&gt;</w:t>
        <w:br/>
        <w:t>До Бурмила: "Так і так.&lt;br /&gt;</w:t>
        <w:br/>
        <w:t>Льва ми хочем скинуть з трону;&lt;br /&gt;</w:t>
        <w:br/>
        <w:t>А як ти його корону&lt;br /&gt;</w:t>
        <w:br/>
        <w:t>Хочеш взять, пришли нам знак".</w:t>
      </w:r>
    </w:p>
    <w:p>
      <w:r>
        <w:br/>
        <w:t>Ну, на вість таку Бурмило,&lt;br /&gt;</w:t>
        <w:br/>
        <w:t>Начеб що його вжалило,&lt;br /&gt;</w:t>
        <w:br/>
        <w:t>Схопився і сам прибіг.&lt;br /&gt;</w:t>
        <w:br/>
        <w:t>"Браття,— каже,— я все з вами!&lt;br /&gt;</w:t>
        <w:br/>
        <w:t>Або ляжем головами,&lt;br /&gt;</w:t>
        <w:br/>
        <w:t>Або Льва зав'яжем, в міх!"</w:t>
      </w:r>
    </w:p>
    <w:p>
      <w:r>
        <w:br/>
        <w:t>Батько мій і Кіт Мурлика,&lt;br /&gt;</w:t>
        <w:br/>
        <w:t>Вовк, Бурмило і велика&lt;br /&gt;</w:t>
        <w:br/>
        <w:t>Їх рідня — усі зійшлись&lt;br /&gt;</w:t>
        <w:br/>
        <w:t>І на бунт, на чорну зраду,&lt;br /&gt;</w:t>
        <w:br/>
        <w:t>Братобійчу, люту зваду&lt;br /&gt;</w:t>
        <w:br/>
        <w:t>Всі врочисто сприсяглись.</w:t>
      </w:r>
    </w:p>
    <w:p>
      <w:r>
        <w:br/>
        <w:t>Із околиць чужоземних&lt;br /&gt;</w:t>
        <w:br/>
        <w:t>За Горохів скарб наємних&lt;br /&gt;</w:t>
        <w:br/>
        <w:t>Мали військ навербувать.&lt;br /&gt;</w:t>
        <w:br/>
        <w:t>Я підслухав всю їх змову,&lt;br /&gt;</w:t>
        <w:br/>
        <w:t>Про страшну її основу&lt;br /&gt;</w:t>
        <w:br/>
        <w:t>Став я пильно міркувать.</w:t>
      </w:r>
    </w:p>
    <w:p>
      <w:r>
        <w:br/>
        <w:t>Я Бурмила хитру злобу&lt;br /&gt;</w:t>
        <w:br/>
        <w:t>Добре знав, його особу,&lt;br /&gt;</w:t>
        <w:br/>
        <w:t>Непочесну і смішну,&lt;br /&gt;</w:t>
        <w:br/>
        <w:t>Став рівнять з тобою, пане,&lt;br /&gt;</w:t>
        <w:br/>
        <w:t>І кажу: "Сей опуд стане&lt;br /&gt;</w:t>
        <w:br/>
        <w:t>Нам царем? Ну, батьку, ну!</w:t>
      </w:r>
    </w:p>
    <w:p>
      <w:r>
        <w:br/>
        <w:t>Знав ти скарб знайти великий,&lt;br /&gt;</w:t>
        <w:br/>
        <w:t>Та біда, коли владики&lt;br /&gt;</w:t>
        <w:br/>
        <w:t>Ліпшого знайти не вмів!&lt;br /&gt;</w:t>
        <w:br/>
        <w:t>Де Бурмило — цар народа,&lt;br /&gt;</w:t>
        <w:br/>
        <w:t>Там пропала честь, свобода,&lt;br /&gt;</w:t>
        <w:br/>
        <w:t>Голос правди занімів".</w:t>
      </w:r>
    </w:p>
    <w:p>
      <w:r>
        <w:br/>
        <w:t>І неначе голос з неба&lt;br /&gt;</w:t>
        <w:br/>
        <w:t>Звав до мене: "Треба, треба&lt;br /&gt;</w:t>
        <w:br/>
        <w:t>Зав'язати зраді рот!&lt;br /&gt;</w:t>
        <w:br/>
        <w:t>Хоч той зрадник — батько твій.&lt;br /&gt;</w:t>
        <w:br/>
        <w:t>При царю ти вірно стій!&lt;br /&gt;</w:t>
        <w:br/>
        <w:t>Будь, Микито, патріот!"</w:t>
      </w:r>
    </w:p>
    <w:p>
      <w:r>
        <w:br/>
        <w:t>Так розміркувавши гладко,&lt;br /&gt;</w:t>
        <w:br/>
        <w:t>Дожидав я, аж мій батько,&lt;br /&gt;</w:t>
        <w:br/>
        <w:t>Як була умова, знай,&lt;br /&gt;</w:t>
        <w:br/>
        <w:t>Там у зрадників тих темних,&lt;br /&gt;</w:t>
        <w:br/>
        <w:t>На вербунок військ наємних&lt;br /&gt;</w:t>
        <w:br/>
        <w:t>Рушить у сусідній край.</w:t>
      </w:r>
    </w:p>
    <w:p>
      <w:r>
        <w:br/>
        <w:t>Вже давніше, в переднівку,&lt;br /&gt;</w:t>
        <w:br/>
        <w:t>Вислідив я ту криївку,&lt;br /&gt;</w:t>
        <w:br/>
        <w:t>Де мій батько скарб сховав;&lt;br /&gt;</w:t>
        <w:br/>
        <w:t>Ну ж тепер безпроволічно&lt;br /&gt;</w:t>
        <w:br/>
        <w:t>Виносити денно й нічної&lt;br /&gt;</w:t>
        <w:br/>
        <w:t>Все дочиста я забрав.</w:t>
      </w:r>
    </w:p>
    <w:p>
      <w:r>
        <w:br/>
        <w:t>Невеликий час минає,&lt;br /&gt;</w:t>
        <w:br/>
        <w:t>Аж мій батько повертає:&lt;br /&gt;</w:t>
        <w:br/>
        <w:t>Вже готове військо жде!&lt;br /&gt;</w:t>
        <w:br/>
        <w:t>Лиш вербунок заплатити,&lt;br /&gt;</w:t>
        <w:br/>
        <w:t>Генералів назначити —&lt;br /&gt;</w:t>
        <w:br/>
        <w:t>Хоч в огонь воно піде!</w:t>
      </w:r>
    </w:p>
    <w:p>
      <w:r>
        <w:br/>
        <w:t>Не вітав рідню, домівку&lt;br /&gt;</w:t>
        <w:br/>
        <w:t>Батько мій, лиш у криївку&lt;br /&gt;</w:t>
        <w:br/>
        <w:t>Просто шасть — і обімлів!&lt;br /&gt;</w:t>
        <w:br/>
        <w:t>Препуста-пуста печера,&lt;br /&gt;</w:t>
        <w:br/>
        <w:t>Що була ще повна вчера!&lt;br /&gt;</w:t>
        <w:br/>
        <w:t>Скарб увесь мов хто замів.</w:t>
      </w:r>
    </w:p>
    <w:p>
      <w:r>
        <w:br/>
        <w:t>Що він біга, шкряба, нюха,-&lt;br /&gt;</w:t>
        <w:br/>
        <w:t>Скарбу ні сліду, ні духа!&lt;br /&gt;</w:t>
        <w:br/>
        <w:t>Тут старий ума лишивсь!&lt;br /&gt;</w:t>
        <w:br/>
        <w:t>Заскомлів, немов на зуби,&lt;br /&gt;</w:t>
        <w:br/>
        <w:t>Далі, шнур знайшовши грубий,&lt;br /&gt;</w:t>
        <w:br/>
        <w:t>На гілляці задушивсь.</w:t>
      </w:r>
    </w:p>
    <w:p>
      <w:r>
        <w:br/>
        <w:t>А Неситий і Бурмило,&lt;br /&gt;</w:t>
        <w:br/>
        <w:t>Зрозумівши, що постигло&lt;br /&gt;</w:t>
        <w:br/>
        <w:t>Батька мого, подались:&lt;br /&gt;</w:t>
        <w:br/>
        <w:t>Страх лояльні поробились&lt;br /&gt;</w:t>
        <w:br/>
        <w:t>І служить тобі пустились,-&lt;br /&gt;</w:t>
        <w:br/>
        <w:t>Зрадником остав сам Лис.</w:t>
      </w:r>
    </w:p>
    <w:p>
      <w:r>
        <w:br/>
        <w:t>Днесь вони — підпори трону!&lt;br /&gt;</w:t>
        <w:br/>
        <w:t>Я ж, що спас царя й корону,&lt;br /&gt;</w:t>
        <w:br/>
        <w:t>Батька свого погубив,-&lt;br /&gt;</w:t>
        <w:br/>
        <w:t>Під гіллякою тут стою&lt;br /&gt;</w:t>
        <w:br/>
        <w:t>І смерть бачу над собою&lt;br /&gt;</w:t>
        <w:br/>
        <w:t>Ну, повісьте! Я скінчив".</w:t>
      </w:r>
    </w:p>
    <w:p>
      <w:r>
        <w:br/>
        <w:t>Так-то Лис в брехні був смілий!&lt;br /&gt;</w:t>
        <w:br/>
        <w:t>Всі присутні остовпіли,&lt;br /&gt;</w:t>
        <w:br/>
        <w:t>А сам Лев аж затремтів.&lt;br /&gt;</w:t>
        <w:br/>
        <w:t>"От воно що тутка скрито!&lt;br /&gt;</w:t>
        <w:br/>
        <w:t>Дякую тобі, Микито!&lt;br /&gt;</w:t>
        <w:br/>
        <w:t>А… той скарб… ти де подів?"</w:t>
      </w:r>
    </w:p>
    <w:p>
      <w:r>
        <w:br/>
        <w:t>"На високій Чорногорі,&lt;br /&gt;</w:t>
        <w:br/>
        <w:t>Де Черемош води скорі&lt;br /&gt;</w:t>
        <w:br/>
        <w:t>По камінні вниз жене,&lt;br /&gt;</w:t>
        <w:br/>
        <w:t>У Говерлі просто серця,&lt;br /&gt;</w:t>
        <w:br/>
        <w:t>Коло третього реберця&lt;br /&gt;</w:t>
        <w:br/>
        <w:t>Є леговище скальне.</w:t>
      </w:r>
    </w:p>
    <w:p>
      <w:r>
        <w:br/>
        <w:t>Там лежить той скарб неткнутий…&lt;br /&gt;</w:t>
        <w:br/>
        <w:t>Царю, твій він мусить бути,&lt;br /&gt;</w:t>
        <w:br/>
        <w:t>Я тобі його зберіг!&lt;br /&gt;</w:t>
        <w:br/>
        <w:t>Жалко тільки, що нікому&lt;br /&gt;</w:t>
        <w:br/>
        <w:t>Не сказав я стежки 'д ньому,&lt;br /&gt;</w:t>
        <w:br/>
        <w:t>Щоб по моїй смерті міг…"</w:t>
      </w:r>
    </w:p>
    <w:p>
      <w:r>
        <w:br/>
        <w:t>Лев не дав йому скінчити.&lt;br /&gt;</w:t>
        <w:br/>
        <w:t>"Хто тут сміє говорити&lt;br /&gt;</w:t>
        <w:br/>
        <w:t>Ще про смерть якуюсь днесь?&lt;br /&gt;</w:t>
        <w:br/>
        <w:t>Царське право є — прощати.&lt;br /&gt;</w:t>
        <w:br/>
        <w:t>Зараз з нього шнур той зняти!&lt;br /&gt;</w:t>
        <w:br/>
        <w:t>Ми касуєм весь процес.</w:t>
      </w:r>
    </w:p>
    <w:p>
      <w:r>
        <w:br/>
        <w:t>Більше маєш ти заслуги&lt;br /&gt;</w:t>
        <w:br/>
        <w:t>Між звірами, ніж хто другий!&lt;br /&gt;</w:t>
        <w:br/>
        <w:t>А гріхи ті, що за них&lt;br /&gt;</w:t>
        <w:br/>
        <w:t>Мав ти висіть, правду рікши,&lt;br /&gt;</w:t>
        <w:br/>
        <w:t>Всі не варті торби січки&lt;br /&gt;</w:t>
        <w:br/>
        <w:t>Супроти заслуг цінних.</w:t>
      </w:r>
    </w:p>
    <w:p>
      <w:r>
        <w:br/>
        <w:t>Тільки слухай: в добру пору&lt;br /&gt;</w:t>
        <w:br/>
        <w:t>Ти зо мною в Чорногору&lt;br /&gt;</w:t>
        <w:br/>
        <w:t>Завтра рушиш скоро світ:&lt;br /&gt;</w:t>
        <w:br/>
        <w:t>Лиш я сам до того льоха,&lt;br /&gt;</w:t>
        <w:br/>
        <w:t>Де є скарб царя Гороха,&lt;br /&gt;</w:t>
        <w:br/>
        <w:t>Буду знати тайний хід".</w:t>
      </w:r>
    </w:p>
    <w:p>
      <w:r>
        <w:br/>
        <w:t>"Царю,— Лис сказав маркітний,-&lt;br /&gt;</w:t>
        <w:br/>
        <w:t>З радої душі охітний&lt;br /&gt;</w:t>
        <w:br/>
        <w:t>Я з тобою йти в ту путь.&lt;br /&gt;</w:t>
        <w:br/>
        <w:t>Та в предсмертную годину&lt;br /&gt;</w:t>
        <w:br/>
        <w:t>Шлюбував: коли не згину,&lt;br /&gt;</w:t>
        <w:br/>
        <w:t>За гріхи покуту збуть.</w:t>
      </w:r>
    </w:p>
    <w:p>
      <w:r>
        <w:br/>
        <w:t>Пішки до святого Рима,&lt;br /&gt;</w:t>
        <w:br/>
        <w:t>Відтам до Єрусалима&lt;br /&gt;</w:t>
        <w:br/>
        <w:t>Шлюбувався я піти.&lt;br /&gt;</w:t>
        <w:br/>
        <w:t>Як поверну, ясний пане,&lt;br /&gt;</w:t>
        <w:br/>
        <w:t>Скарб відразу весь твій стане,&lt;br /&gt;</w:t>
        <w:br/>
        <w:t>Найбагатшим будеш ти!"</w:t>
      </w:r>
    </w:p>
    <w:p>
      <w:r>
        <w:br/>
        <w:t>"Що ж,-Лев мовив,— річ побож&lt;br /&gt;</w:t>
        <w:br/>
        <w:t>Шлюбував — ламать не можна,-&lt;br /&gt;</w:t>
        <w:br/>
        <w:t>Тож іди й здоровий будь!"&lt;br /&gt;</w:t>
        <w:br/>
        <w:t>Далі возних зве на згоду,&lt;br /&gt;</w:t>
        <w:br/>
        <w:t>Щоб вони всьому народу&lt;br /&gt;</w:t>
        <w:br/>
        <w:t>Вибубнили царський суд:</w:t>
      </w:r>
    </w:p>
    <w:p>
      <w:r>
        <w:br/>
        <w:t>"Всім, кому на тім залежить,&lt;br /&gt;</w:t>
        <w:br/>
        <w:t>Відати про се належить:&lt;br /&gt;</w:t>
        <w:br/>
        <w:t>Цар по силі своїх прав&lt;br /&gt;</w:t>
        <w:br/>
        <w:t>З Лиса, званого Микити,&lt;br /&gt;</w:t>
        <w:br/>
        <w:t>Зволив всю вину здіймити&lt;br /&gt;</w:t>
        <w:br/>
        <w:t>І до ласки знов приняв.</w:t>
      </w:r>
    </w:p>
    <w:p>
      <w:r>
        <w:br/>
        <w:t>Хто б смів Лиса попрікнути,&lt;br /&gt;</w:t>
        <w:br/>
        <w:t>Лапою його діткнути&lt;br /&gt;</w:t>
        <w:br/>
        <w:t>Чи позаочно хулить&lt;br /&gt;</w:t>
        <w:br/>
        <w:t>На такого патріота,&lt;br /&gt;</w:t>
        <w:br/>
        <w:t>Тому цар язик із рота&lt;br /&gt;</w:t>
        <w:br/>
        <w:t>Вирізати повелить".</w:t>
      </w:r>
    </w:p>
    <w:p>
      <w:r>
        <w:br/>
        <w:t>Ой, як вчув Медвідь, Мурлика,&lt;br /&gt;</w:t>
        <w:br/>
        <w:t>Вовк той засуд,— страх велика&lt;br /&gt;</w:t>
        <w:br/>
        <w:t>Їх досада обняла!&lt;br /&gt;</w:t>
        <w:br/>
        <w:t>Зараз почали бурчати,&lt;br /&gt;</w:t>
        <w:br/>
        <w:t>Далі рушили кричати,&lt;br /&gt;</w:t>
        <w:br/>
        <w:t>З ними їх рідня ціла.</w:t>
      </w:r>
    </w:p>
    <w:p>
      <w:r>
        <w:br/>
        <w:t>Але вже було запізно!&lt;br /&gt;</w:t>
        <w:br/>
        <w:t>Лев із трону крикнув грізно:&lt;br /&gt;</w:t>
        <w:br/>
        <w:t>"Хто там сміє ще бурчать?&lt;br /&gt;</w:t>
        <w:br/>
        <w:t>Га, то ви, поганці кляті,&lt;br /&gt;</w:t>
        <w:br/>
        <w:t>Що мене у власній хаті&lt;br /&gt;</w:t>
        <w:br/>
        <w:t>Сприсяглись замордувать?</w:t>
      </w:r>
    </w:p>
    <w:p>
      <w:r>
        <w:br/>
        <w:t>Бач, які святі та божі,&lt;br /&gt;</w:t>
        <w:br/>
        <w:t>А в душі думки ворожі!&lt;br /&gt;</w:t>
        <w:br/>
        <w:t>Лис вам на заваді став?&lt;br /&gt;</w:t>
        <w:br/>
        <w:t>Але годі вже мантачить!&lt;br /&gt;</w:t>
        <w:br/>
        <w:t>Будете тепер ви бачить&lt;br /&gt;</w:t>
        <w:br/>
        <w:t>Справедливість наших прав.</w:t>
      </w:r>
    </w:p>
    <w:p>
      <w:r>
        <w:br/>
        <w:t>Гей, беріть Бурмила тута&lt;br /&gt;</w:t>
        <w:br/>
        <w:t>І закуйте в добрі пута!&lt;br /&gt;</w:t>
        <w:br/>
        <w:t>Вовка в диби прикрутіть&lt;br /&gt;</w:t>
        <w:br/>
        <w:t>І Кота зв'яжіть і прямо&lt;br /&gt;</w:t>
        <w:br/>
        <w:t>Засадіть в тюремну яму,&lt;br /&gt;</w:t>
        <w:br/>
        <w:t>Де не блима сонця світ!"</w:t>
      </w:r>
    </w:p>
    <w:p>
      <w:r>
        <w:br/>
        <w:t>Так-то доля грає з нами!&lt;br /&gt;</w:t>
        <w:br/>
        <w:t>Хто ось-ось був близький ями,&lt;br /&gt;</w:t>
        <w:br/>
        <w:t>Раптом на вершку став! Ох,&lt;br /&gt;</w:t>
        <w:br/>
        <w:t>А хто гордо дувсь, пишався,&lt;br /&gt;</w:t>
        <w:br/>
        <w:t>У кайдани враз попався&lt;br /&gt;</w:t>
        <w:br/>
        <w:t>І пішов в тюремний льох!</w:t>
      </w:r>
    </w:p>
    <w:p>
      <w:r>
        <w:br/>
        <w:t>ПІСНЯ СЬОМА</w:t>
      </w:r>
    </w:p>
    <w:p>
      <w:r>
        <w:br/>
        <w:t>Був у замку льох підземний,&lt;br /&gt;</w:t>
        <w:br/>
        <w:t>Зимний, і вогкий, і темний —&lt;br /&gt;</w:t>
        <w:br/>
        <w:t>Там заперто в'язнів трьох.&lt;br /&gt;</w:t>
        <w:br/>
        <w:t>Кіт мовчить, Медвідь куняє,&lt;br /&gt;</w:t>
        <w:br/>
        <w:t>А Неситий проклинає:&lt;br /&gt;</w:t>
        <w:br/>
        <w:t>"Ах, той Лис, бодай він здох!"</w:t>
      </w:r>
    </w:p>
    <w:p>
      <w:r>
        <w:br/>
        <w:t>Час обідать! Бідолахи&lt;br /&gt;</w:t>
        <w:br/>
        <w:t>Не привикли саламахи&lt;br /&gt;</w:t>
        <w:br/>
        <w:t>Арештантської вживать.&lt;br /&gt;</w:t>
        <w:br/>
        <w:t>Як наклали їм три миски,&lt;br /&gt;</w:t>
        <w:br/>
        <w:t>Нюхають: аж кривить писки!&lt;br /&gt;</w:t>
        <w:br/>
        <w:t>Стала чихать і плювать!</w:t>
      </w:r>
    </w:p>
    <w:p>
      <w:r>
        <w:br/>
        <w:t>Довго Вовк сидів і думав,&lt;br /&gt;</w:t>
        <w:br/>
        <w:t>Далі з жалю як зарюмав,&lt;br /&gt;</w:t>
        <w:br/>
        <w:t>Як завив, як заридав!&lt;br /&gt;</w:t>
        <w:br/>
        <w:t>Своїм спільникам недолі&lt;br /&gt;</w:t>
        <w:br/>
        <w:t>Про свої пригоди й болі&lt;br /&gt;</w:t>
        <w:br/>
        <w:t>Ось таке розповідав:</w:t>
      </w:r>
    </w:p>
    <w:p>
      <w:r>
        <w:br/>
        <w:t>"Небо, земле і всі моря!&lt;br /&gt;</w:t>
        <w:br/>
        <w:t>З глибини свойого горя&lt;br /&gt;</w:t>
        <w:br/>
        <w:t>Плач підношу я до вас,&lt;br /&gt;</w:t>
        <w:br/>
        <w:t>Щоб вас плач той і ридання,&lt;br /&gt;</w:t>
        <w:br/>
        <w:t>Образ мойого страждання,&lt;br /&gt;</w:t>
        <w:br/>
        <w:t>До основ, до дна потряс.</w:t>
      </w:r>
    </w:p>
    <w:p>
      <w:r>
        <w:br/>
        <w:t>Вовком звуть мене, Неситим.&lt;br /&gt;</w:t>
        <w:br/>
        <w:t>Що бог добрим апетитом&lt;br /&gt;</w:t>
        <w:br/>
        <w:t>Наділив мене — чи ж стид?&lt;br /&gt;</w:t>
        <w:br/>
        <w:t>І чи ж я щось тому винен,&lt;br /&gt;</w:t>
        <w:br/>
        <w:t>Що в живіт пхать все повинен,&lt;br /&gt;</w:t>
        <w:br/>
        <w:t>Бо живіт все "дай!" кричить?</w:t>
      </w:r>
    </w:p>
    <w:p>
      <w:r>
        <w:br/>
        <w:t>Вовк неситий. Вовк зажертий!&lt;br /&gt;</w:t>
        <w:br/>
        <w:t>Вовк усе є гідний смерти,&lt;br /&gt;</w:t>
        <w:br/>
        <w:t>Вовка бий, де лиш найдеш!&lt;br /&gt;</w:t>
        <w:br/>
        <w:t>А що Вовк той голодує,&lt;br /&gt;</w:t>
        <w:br/>
        <w:t>Жінку й діточок годує,&lt;br /&gt;</w:t>
        <w:br/>
        <w:t>Се байдуже всім! Авжеж!</w:t>
      </w:r>
    </w:p>
    <w:p>
      <w:r>
        <w:br/>
        <w:t>Вовк убійця! Вовк прожора!&lt;br /&gt;</w:t>
        <w:br/>
        <w:t>Що душа у мене хора,&lt;br /&gt;</w:t>
        <w:br/>
        <w:t>Що сумління в труби дме,&lt;br /&gt;</w:t>
        <w:br/>
        <w:t>Серце в мене незрадливе,&lt;br /&gt;</w:t>
        <w:br/>
        <w:t>Милосердне і чутливе,&lt;br /&gt;</w:t>
        <w:br/>
        <w:t>Сьому й віри світ не йме.</w:t>
      </w:r>
    </w:p>
    <w:p>
      <w:r>
        <w:br/>
        <w:t>Я ж так чесний, так побожний!&lt;br /&gt;</w:t>
        <w:br/>
        <w:t>Якби світ весь був порожний,&lt;br /&gt;</w:t>
        <w:br/>
        <w:t>Якби я все ситий був,-&lt;br /&gt;</w:t>
        <w:br/>
        <w:t>Я б такий був добрий, вірний.&lt;br /&gt;</w:t>
        <w:br/>
        <w:t>І лагідний, і покірний,&lt;br /&gt;</w:t>
        <w:br/>
        <w:t>Щоби й очі світ забув.</w:t>
      </w:r>
    </w:p>
    <w:p>
      <w:r>
        <w:br/>
        <w:t>Я й тепер — та що балакать!&lt;br /&gt;</w:t>
        <w:br/>
        <w:t>Як почне жолудок плакать,&lt;br /&gt;</w:t>
        <w:br/>
        <w:t>То й сумління заглушить.&lt;br /&gt;</w:t>
        <w:br/>
        <w:t>Та проте його проводу&lt;br /&gt;</w:t>
        <w:br/>
        <w:t>Кілько я, собі на шкоду,&lt;br /&gt;</w:t>
        <w:br/>
        <w:t>Слухаю, то й не злічить!</w:t>
      </w:r>
    </w:p>
    <w:p>
      <w:r>
        <w:br/>
        <w:t>Раз на лови йду я радо,&lt;br /&gt;</w:t>
        <w:br/>
        <w:t>Аж гусей здибаю стадо.&lt;br /&gt;</w:t>
        <w:br/>
        <w:t>"Гуси, гуси, я вас з'їм!"&lt;br /&gt;</w:t>
        <w:br/>
        <w:t>Гуси кажуть: "Їж, Вовчище!&lt;br /&gt;</w:t>
        <w:br/>
        <w:t>Лиш хвилиночку пожди ще,&lt;br /&gt;</w:t>
        <w:br/>
        <w:t>Помолиться дай нам всім!"</w:t>
      </w:r>
    </w:p>
    <w:p>
      <w:r>
        <w:br/>
        <w:t>"Ну, моліться. Ось вам хвиля!"&lt;br /&gt;</w:t>
        <w:br/>
        <w:t>То вони угору крила&lt;br /&gt;</w:t>
        <w:br/>
        <w:t>Піднесли побожно так,-&lt;br /&gt;</w:t>
        <w:br/>
        <w:t>Піднесли, загеготіли&lt;br /&gt;</w:t>
        <w:br/>
        <w:t>І всі вихром полетіли,&lt;br /&gt;</w:t>
        <w:br/>
        <w:t>Я ж лишився, мов дурак.</w:t>
      </w:r>
    </w:p>
    <w:p>
      <w:r>
        <w:br/>
        <w:t>"Ну,— міркую, стовпом стоя,-&lt;br /&gt;</w:t>
        <w:br/>
        <w:t>Що за спосіб се і що я,&lt;br /&gt;</w:t>
        <w:br/>
        <w:t>Піп, чи дяк, чи паламар,&lt;br /&gt;</w:t>
        <w:br/>
        <w:t>Щоб гусей молитви слухать?"&lt;br /&gt;</w:t>
        <w:br/>
        <w:t>І пішов я далі нюхать,&lt;br /&gt;</w:t>
        <w:br/>
        <w:t>Щоб знайти новий товар.</w:t>
      </w:r>
    </w:p>
    <w:p>
      <w:r>
        <w:br/>
        <w:t>Зирк, Свиня лежить в баюрі,&lt;br /&gt;</w:t>
        <w:br/>
        <w:t>А при ній рожево-бурі&lt;br /&gt;</w:t>
        <w:br/>
        <w:t>Поросятка — штук зо сім.&lt;br /&gt;</w:t>
        <w:br/>
        <w:t>"Гей, Свине, моя голубко,&lt;br /&gt;</w:t>
        <w:br/>
        <w:t>Вилізай з болота цупко,&lt;br /&gt;</w:t>
        <w:br/>
        <w:t>Най я свинок твоїх з'їм!"</w:t>
      </w:r>
    </w:p>
    <w:p>
      <w:r>
        <w:br/>
        <w:t>"Добре, їж, коли охота,-&lt;br /&gt;</w:t>
        <w:br/>
        <w:t>Відрекла Свиня з болота,-&lt;br /&gt;</w:t>
        <w:br/>
        <w:t>Тільки, бач, один тут гріх,&lt;br /&gt;</w:t>
        <w:br/>
        <w:t>З тих гріхів, що непрощені:&lt;br /&gt;</w:t>
        <w:br/>
        <w:t>Поросятка нехрещені,&lt;br /&gt;</w:t>
        <w:br/>
        <w:t>Як же ж будеш їсти їх?"</w:t>
      </w:r>
    </w:p>
    <w:p>
      <w:r>
        <w:br/>
        <w:t>"Справді, клопіт! Що робити?" —&lt;br /&gt;</w:t>
        <w:br/>
        <w:t>"Слухай,— каже,— мій Неситий,&lt;br /&gt;</w:t>
        <w:br/>
        <w:t>Тут є річка і млинок,&lt;br /&gt;</w:t>
        <w:br/>
        <w:t>То ходи тихенько з нами,&lt;br /&gt;</w:t>
        <w:br/>
        <w:t>Стань собі понижче тами,&lt;br /&gt;</w:t>
        <w:br/>
        <w:t>Там я похрещу діток.</w:t>
      </w:r>
    </w:p>
    <w:p>
      <w:r>
        <w:br/>
        <w:t>Похрещу, обмию з бруду,-&lt;br /&gt;</w:t>
        <w:br/>
        <w:t>І одно за другим буду&lt;br /&gt;</w:t>
        <w:br/>
        <w:t>Прямо в рот тобі давать".-&lt;br /&gt;</w:t>
        <w:br/>
        <w:t>"Ну,— подумав я,— се можна,&lt;br /&gt;</w:t>
        <w:br/>
        <w:t>Чесна, бач, Свиня й побожна,&lt;br /&gt;</w:t>
        <w:br/>
        <w:t>Свинки чей не полетять".</w:t>
      </w:r>
    </w:p>
    <w:p>
      <w:r>
        <w:br/>
        <w:t>Я під тамою, мов в ямі,&lt;br /&gt;</w:t>
        <w:br/>
        <w:t>А Свиня з дітьми на тамі&lt;br /&gt;</w:t>
        <w:br/>
        <w:t>Хрюка, плюска, муркотить.&lt;br /&gt;</w:t>
        <w:br/>
        <w:t>"Ну,— міркую,— річ побожна,&lt;br /&gt;</w:t>
        <w:br/>
        <w:t>То й перебивать не можна:&lt;br /&gt;</w:t>
        <w:br/>
        <w:t>Се вона дітей хрестить".</w:t>
      </w:r>
    </w:p>
    <w:p>
      <w:r>
        <w:br/>
        <w:t>А вона насеред тами&lt;br /&gt;</w:t>
        <w:br/>
        <w:t>Заставку взяла зубами,&lt;br /&gt;</w:t>
        <w:br/>
        <w:t>Як запреться — піднесла.&lt;br /&gt;</w:t>
        <w:br/>
        <w:t>Гур! Як жбухнуло на мене&lt;br /&gt;</w:t>
        <w:br/>
        <w:t>Море мокре і студене,&lt;br /&gt;</w:t>
        <w:br/>
        <w:t>Мене й пам'ять відійшла.</w:t>
      </w:r>
    </w:p>
    <w:p>
      <w:r>
        <w:br/>
        <w:t>Вхопила мене потопа,&lt;br /&gt;</w:t>
        <w:br/>
        <w:t>Понесла з на десять хлопа&lt;br /&gt;</w:t>
        <w:br/>
        <w:t>Вниз, мов тріску, мов стебло.&lt;br /&gt;</w:t>
        <w:br/>
        <w:t>Мало там не дав я душу!&lt;br /&gt;</w:t>
        <w:br/>
        <w:t>Поки видряпавсь на сушу,&lt;br /&gt;</w:t>
        <w:br/>
        <w:t>Вже свиней мов не було.</w:t>
      </w:r>
    </w:p>
    <w:p>
      <w:r>
        <w:br/>
        <w:t>Став я мокрий та й міркую:&lt;br /&gt;</w:t>
        <w:br/>
        <w:t>"Ну, гляди ж святошу тую,&lt;br /&gt;</w:t>
        <w:br/>
        <w:t>Як мене втягнула в рів!&lt;br /&gt;</w:t>
        <w:br/>
        <w:t>Ну, а я ж то що за колик?&lt;br /&gt;</w:t>
        <w:br/>
        <w:t>Православний чи католик,&lt;br /&gt;</w:t>
        <w:br/>
        <w:t>Щоб свиней хрещених їв?"</w:t>
      </w:r>
    </w:p>
    <w:p>
      <w:r>
        <w:br/>
        <w:t>Сильну взявши постанову,&lt;br /&gt;</w:t>
        <w:br/>
        <w:t>Що не дам здуриться знову,-&lt;br /&gt;</w:t>
        <w:br/>
        <w:t>А голодний, аж пищу,-&lt;br /&gt;</w:t>
        <w:br/>
        <w:t>Йду. Аж зирк! Баран блукає.&lt;br /&gt;</w:t>
        <w:br/>
        <w:t>Я до нього — не втікає.&lt;br /&gt;</w:t>
        <w:br/>
        <w:t>От я здалека й кричу:</w:t>
      </w:r>
    </w:p>
    <w:p>
      <w:r>
        <w:br/>
        <w:t>"Стій, Баране! Стій, рогатий!&lt;br /&gt;</w:t>
        <w:br/>
        <w:t>Маю щось тобі сказати".&lt;br /&gt;</w:t>
        <w:br/>
        <w:t>Став Баран та ще й пита:&lt;br /&gt;</w:t>
        <w:br/>
        <w:t>"Ну, які там маєш вісти?"-&lt;br /&gt;</w:t>
        <w:br/>
        <w:t>"Га, тебе я мушу з'їсти!&lt;br /&gt;</w:t>
        <w:br/>
        <w:t>Що, смакує звістка та?"</w:t>
      </w:r>
    </w:p>
    <w:p>
      <w:r>
        <w:br/>
        <w:t>А Баран — ну, хто б подумав? —&lt;br /&gt;</w:t>
        <w:br/>
        <w:t>Не злякався, не зарюмав,&lt;br /&gt;</w:t>
        <w:br/>
        <w:t>А вклонивсь мені до ніг.&lt;br /&gt;</w:t>
        <w:br/>
        <w:t>"Пане,— каже,— бог привів вас!&lt;br /&gt;</w:t>
        <w:br/>
        <w:t>Я ж три дні уже глядів вас,&lt;br /&gt;</w:t>
        <w:br/>
        <w:t>Вам назустріч сам я біг.</w:t>
      </w:r>
    </w:p>
    <w:p>
      <w:r>
        <w:br/>
        <w:t>Не дивуйся і не смійся!&lt;br /&gt;</w:t>
        <w:br/>
        <w:t>Я Баран-самоубійця!&lt;br /&gt;</w:t>
        <w:br/>
        <w:t>В світі вже не жить мені!&lt;br /&gt;</w:t>
        <w:br/>
        <w:t>Люд мій весь в неволі гине,-&lt;br /&gt;</w:t>
        <w:br/>
        <w:t>В вас життя його єдине,&lt;br /&gt;</w:t>
        <w:br/>
        <w:t>То мені ви не страшні".</w:t>
      </w:r>
    </w:p>
    <w:p>
      <w:r>
        <w:br/>
        <w:t>Річ таку почувши дику,&lt;br /&gt;</w:t>
        <w:br/>
        <w:t>Я в задумі звісив пику&lt;br /&gt;</w:t>
        <w:br/>
        <w:t>І стояв, дурний, мов сак.&lt;br /&gt;</w:t>
        <w:br/>
        <w:t>"Що се ти торочиш, блазне,&lt;br /&gt;</w:t>
        <w:br/>
        <w:t>Щось такеє несуразне?&lt;br /&gt;</w:t>
        <w:br/>
        <w:t>Не второпаю ніяк!"</w:t>
      </w:r>
    </w:p>
    <w:p>
      <w:r>
        <w:br/>
        <w:t>"Пане, підожди хвилину,&lt;br /&gt;</w:t>
        <w:br/>
        <w:t>Будеш знати, за що гину,&lt;br /&gt;</w:t>
        <w:br/>
        <w:t>Чом так радо йду вмирать,&lt;br /&gt;</w:t>
        <w:br/>
        <w:t>Чом рідня моя рогата&lt;br /&gt;</w:t>
        <w:br/>
        <w:t>Свого спаса, свого тата&lt;br /&gt;</w:t>
        <w:br/>
        <w:t>В тобі буде величать.</w:t>
      </w:r>
    </w:p>
    <w:p>
      <w:r>
        <w:br/>
        <w:t>Знай же, пане, біль мій тайний!&lt;br /&gt;</w:t>
        <w:br/>
        <w:t>Я не єсть Баран звичайний.&lt;br /&gt;</w:t>
        <w:br/>
        <w:t>Я — овечий патріот!&lt;br /&gt;</w:t>
        <w:br/>
        <w:t>Думка в мене — розбудити&lt;br /&gt;</w:t>
        <w:br/>
        <w:t>І з неволі слобонити&lt;br /&gt;</w:t>
        <w:br/>
        <w:t>Весь овечий наш народ.</w:t>
      </w:r>
    </w:p>
    <w:p>
      <w:r>
        <w:br/>
        <w:t>Здавна думав я про теє,&lt;br /&gt;</w:t>
        <w:br/>
        <w:t>Щоб овечим стать Мойсеєм,&lt;br /&gt;</w:t>
        <w:br/>
        <w:t>Вивести овець з ярма —&lt;br /&gt;</w:t>
        <w:br/>
        <w:t>Із хліва — на вольну волю.&lt;br /&gt;</w:t>
        <w:br/>
        <w:t>Много труду, мук і болю&lt;br /&gt;</w:t>
        <w:br/>
        <w:t>Я прийняв — та все дарма.</w:t>
      </w:r>
    </w:p>
    <w:p>
      <w:r>
        <w:br/>
        <w:t>У тісні овечі мізки&lt;br /&gt;</w:t>
        <w:br/>
        <w:t>Думки свіжої нітрішки&lt;br /&gt;</w:t>
        <w:br/>
        <w:t>Не втовкмачиш: серце їх&lt;br /&gt;</w:t>
        <w:br/>
        <w:t>Боязливе. "Що нам воля?&lt;br /&gt;</w:t>
        <w:br/>
        <w:t>Вовк поїсть нас серед поля,&lt;br /&gt;</w:t>
        <w:br/>
        <w:t>Нам про волю думать гріх!"</w:t>
      </w:r>
    </w:p>
    <w:p>
      <w:r>
        <w:br/>
        <w:t>Ну, подумай, пане чемний,&lt;br /&gt;</w:t>
        <w:br/>
        <w:t>Про важкий мій стан душевний!&lt;br /&gt;</w:t>
        <w:br/>
        <w:t>Насміх долі так хотів:&lt;br /&gt;</w:t>
        <w:br/>
        <w:t>У душі пророцькі речі,&lt;br /&gt;</w:t>
        <w:br/>
        <w:t>А кругом лоби овечі,&lt;br /&gt;</w:t>
        <w:br/>
        <w:t>Сіно, жвачка, теплий хлів!</w:t>
      </w:r>
    </w:p>
    <w:p>
      <w:r>
        <w:br/>
        <w:t>Щоб влекшить себе хоч трошки,&lt;br /&gt;</w:t>
        <w:br/>
        <w:t>Я удався до ворожки&lt;br /&gt;</w:t>
        <w:br/>
        <w:t>І такий почув завіт:&lt;br /&gt;</w:t>
        <w:br/>
        <w:t>"Хочеш Баранів ти спасти,&lt;br /&gt;</w:t>
        <w:br/>
        <w:t>Мусиш сам себе покласти&lt;br /&gt;</w:t>
        <w:br/>
        <w:t>В жертву вольну за свій рід.</w:t>
      </w:r>
    </w:p>
    <w:p>
      <w:r>
        <w:br/>
        <w:t>В поле йди, коли охочий,&lt;br /&gt;</w:t>
        <w:br/>
        <w:t>Поблукай три дні й три ночи,-&lt;br /&gt;</w:t>
        <w:br/>
        <w:t>Здиблеш Вовка-моцаря.&lt;br /&gt;</w:t>
        <w:br/>
        <w:t>Сей по мойому показу&lt;br /&gt;</w:t>
        <w:br/>
        <w:t>Проковтне тебе відразу,-&lt;br /&gt;</w:t>
        <w:br/>
        <w:t>Оттоді нова зоря</w:t>
      </w:r>
    </w:p>
    <w:p>
      <w:r>
        <w:br/>
        <w:t>Для овець усіх заблисне".&lt;br /&gt;</w:t>
        <w:br/>
        <w:t>Пане, серце туга тисне&lt;br /&gt;</w:t>
        <w:br/>
        <w:t>Запитать тебе сей час:&lt;br /&gt;</w:t>
        <w:br/>
        <w:t>Маєш ти показ сей віщий?&lt;br /&gt;</w:t>
        <w:br/>
        <w:t>Можеш ти, мій найлюбіщий,&lt;br /&gt;</w:t>
        <w:br/>
        <w:t>Проковтнуть мене нараз?"</w:t>
      </w:r>
    </w:p>
    <w:p>
      <w:r>
        <w:br/>
        <w:t>"Ну, плети собі, мій любий,-&lt;br /&gt;</w:t>
        <w:br/>
        <w:t>Думав я,— коб тільки в зуби&lt;br /&gt;</w:t>
        <w:br/>
        <w:t>Я дістав тебе,— не бійсь!&lt;br /&gt;</w:t>
        <w:br/>
        <w:t>Будеш знать, як я ковтаю!"&lt;br /&gt;</w:t>
        <w:br/>
        <w:t>Та й до нього промовляю:&lt;br /&gt;</w:t>
        <w:br/>
        <w:t>"Синку любий, заспокійсь!</w:t>
      </w:r>
    </w:p>
    <w:p>
      <w:r>
        <w:br/>
        <w:t>Віщий сон сьогодні мав я —&lt;br /&gt;</w:t>
        <w:br/>
        <w:t>І на тебе вже чекав я,-&lt;br /&gt;</w:t>
        <w:br/>
        <w:t>Проковтну тебе як стій!" —&lt;br /&gt;</w:t>
        <w:br/>
        <w:t>"Ну,— Баран рік,— богу слава&lt;br /&gt;</w:t>
        <w:br/>
        <w:t>Та й тобі, судьбо ласкава!&lt;br /&gt;</w:t>
        <w:br/>
        <w:t>От тепер в душі спокій.</w:t>
      </w:r>
    </w:p>
    <w:p>
      <w:r>
        <w:br/>
        <w:t>Пане любий, стійте ж тутка!&lt;br /&gt;</w:t>
        <w:br/>
        <w:t>Я на горбик вийду хутко,&lt;br /&gt;</w:t>
        <w:br/>
        <w:t>Розбіжусь і просто в рот&lt;br /&gt;</w:t>
        <w:br/>
        <w:t>Кинусь вам, а ви ковтайте&lt;br /&gt;</w:t>
        <w:br/>
        <w:t>І, ковтаючи, згадайте:&lt;br /&gt;</w:t>
        <w:br/>
        <w:t>Так вмирає патріот!"</w:t>
      </w:r>
    </w:p>
    <w:p>
      <w:r>
        <w:br/>
        <w:t>Треба ж дурня, щоб згодиться!&lt;br /&gt;</w:t>
        <w:br/>
        <w:t>Мій Баран як розбіжиться&lt;br /&gt;</w:t>
        <w:br/>
        <w:t>Та й рогами в лоб мене&lt;br /&gt;</w:t>
        <w:br/>
        <w:t>Як не грюкне! Я скрутився&lt;br /&gt;</w:t>
        <w:br/>
        <w:t>Та й зомлілий покотився,&lt;br /&gt;</w:t>
        <w:br/>
        <w:t>А Баран як не чкурне!</w:t>
      </w:r>
    </w:p>
    <w:p>
      <w:r>
        <w:br/>
        <w:t>От я встав, аж плачу з болю.&lt;br /&gt;</w:t>
        <w:br/>
        <w:t>Проклинаю злую долю&lt;br /&gt;</w:t>
        <w:br/>
        <w:t>Та й клену нерозум свій.&lt;br /&gt;</w:t>
        <w:br/>
        <w:t>"Чи то я овечий батько?&lt;br /&gt;</w:t>
        <w:br/>
        <w:t>Чом не вхопив швидко, гладко&lt;br /&gt;</w:t>
        <w:br/>
        <w:t>Барана й не з'їв як стій?</w:t>
      </w:r>
    </w:p>
    <w:p>
      <w:r>
        <w:br/>
        <w:t>Всьому винна та чутливість!&lt;br /&gt;</w:t>
        <w:br/>
        <w:t>Пощо мав я терпеливість&lt;br /&gt;</w:t>
        <w:br/>
        <w:t>Слухать теревенів всіх?&lt;br /&gt;</w:t>
        <w:br/>
        <w:t>Ну, тепер не зловиш, Грицю!&lt;br /&gt;</w:t>
        <w:br/>
        <w:t>Затверджу чуття, як крицю.&lt;br /&gt;</w:t>
        <w:br/>
        <w:t>Я голодний! Се не сміх!"</w:t>
      </w:r>
    </w:p>
    <w:p>
      <w:r>
        <w:br/>
        <w:t>Отаке постановивши,&lt;br /&gt;</w:t>
        <w:br/>
        <w:t>Зуби міцно заціпивши,&lt;br /&gt;</w:t>
        <w:br/>
        <w:t>Я пішов у дальший шлях.&lt;br /&gt;</w:t>
        <w:br/>
        <w:t>Лізу, лізу, шкандибаю,&lt;br /&gt;</w:t>
        <w:br/>
        <w:t>Чоловіка надибаю,-&lt;br /&gt;</w:t>
        <w:br/>
        <w:t>Кравчик був, мені й не страх.</w:t>
      </w:r>
    </w:p>
    <w:p>
      <w:r>
        <w:br/>
        <w:t>Скоро лиш його я зочив,&lt;br /&gt;</w:t>
        <w:br/>
        <w:t>То й до нього я прискочив:&lt;br /&gt;</w:t>
        <w:br/>
        <w:t>"Кравче, кравче, з'їм тебе!&lt;br /&gt;</w:t>
        <w:br/>
        <w:t>Не тікай, не боронися!&lt;br /&gt;</w:t>
        <w:br/>
        <w:t>Не благай і не просися,&lt;br /&gt;</w:t>
        <w:br/>
        <w:t>Бо в кишках мене шкребе!"</w:t>
      </w:r>
    </w:p>
    <w:p>
      <w:r>
        <w:br/>
        <w:t>"Я тікати — не прудкий,&lt;br /&gt;</w:t>
        <w:br/>
        <w:t>Борониться заслабкий,&lt;br /&gt;</w:t>
        <w:br/>
        <w:t>А проситься — хто повірить?&lt;br /&gt;</w:t>
        <w:br/>
        <w:t>Тільки ж: як мене з'їси?&lt;br /&gt;</w:t>
        <w:br/>
        <w:t>Трошки замалий єси.&lt;br /&gt;</w:t>
        <w:br/>
        <w:t>Ну, позволь тебе помірить!"</w:t>
      </w:r>
    </w:p>
    <w:p>
      <w:r>
        <w:br/>
        <w:t>Поки я поміркував,&lt;br /&gt;</w:t>
        <w:br/>
        <w:t>Злегка він мені приклав&lt;br /&gt;</w:t>
        <w:br/>
        <w:t>До хребта своє мірило,&lt;br /&gt;</w:t>
        <w:br/>
        <w:t>Потім враз хахап за хвіст,&lt;br /&gt;</w:t>
        <w:br/>
        <w:t>Як не швасне разів з шість,-&lt;br /&gt;</w:t>
        <w:br/>
        <w:t>Аж на серці зав'ялило.</w:t>
      </w:r>
    </w:p>
    <w:p>
      <w:r>
        <w:br/>
        <w:t>"Ой,— кричу,— що робиш, кравче?"&lt;br /&gt;</w:t>
        <w:br/>
        <w:t>"Маєш! Щоб ти знав назавше:&lt;br /&gt;</w:t>
        <w:br/>
        <w:t>Чоловіка не займай!" —&lt;br /&gt;</w:t>
        <w:br/>
        <w:t>"Ой, не буду, поки жити!"&lt;br /&gt;</w:t>
        <w:br/>
        <w:t>Та кравець, лихий, сердитий,&lt;br /&gt;</w:t>
        <w:br/>
        <w:t>Б'є та й б'є, хоч ти конай.</w:t>
      </w:r>
    </w:p>
    <w:p>
      <w:r>
        <w:br/>
        <w:t>Що я вию, що ридаю,&lt;br /&gt;</w:t>
        <w:br/>
        <w:t>Що кленуся і благаю,-&lt;br /&gt;</w:t>
        <w:br/>
        <w:t>Він за хвіст мене держить&lt;br /&gt;</w:t>
        <w:br/>
        <w:t>Та й перешить, повен злості,-&lt;br /&gt;</w:t>
        <w:br/>
        <w:t>Швидко, бачиться, від кості&lt;br /&gt;</w:t>
        <w:br/>
        <w:t>Шкіра й м'ясо відлетить.</w:t>
      </w:r>
    </w:p>
    <w:p>
      <w:r>
        <w:br/>
        <w:t>Чую я, що ось вже гину!&lt;br /&gt;</w:t>
        <w:br/>
        <w:t>Як не шарпнув — половину&lt;br /&gt;</w:t>
        <w:br/>
        <w:t>Власного хвоста урвав!&lt;br /&gt;</w:t>
        <w:br/>
        <w:t>А тоді давай бог ноги!&lt;br /&gt;</w:t>
        <w:br/>
        <w:t>Як забіг я до берлоги,&lt;br /&gt;</w:t>
        <w:br/>
        <w:t>То три дні відхорував.</w:t>
      </w:r>
    </w:p>
    <w:p>
      <w:r>
        <w:br/>
        <w:t>Отаке-то вовче лихо!&lt;br /&gt;</w:t>
        <w:br/>
        <w:t>Ну, скажіть, як бути тихо,&lt;br /&gt;</w:t>
        <w:br/>
        <w:t>На таке не нарікать?&lt;br /&gt;</w:t>
        <w:br/>
        <w:t>А тепер іще вдодатку&lt;br /&gt;</w:t>
        <w:br/>
        <w:t>Зрадник Лис цареві-батьку&lt;br /&gt;</w:t>
        <w:br/>
        <w:t>Кинувся на нас брехать!</w:t>
      </w:r>
    </w:p>
    <w:p>
      <w:r>
        <w:br/>
        <w:t>Ні вже, ні, я не потішусь.&lt;br /&gt;</w:t>
        <w:br/>
        <w:t>Ще поплачу та й повішусь!" —&lt;br /&gt;</w:t>
        <w:br/>
        <w:t>Так Неситий гомонів.&lt;br /&gt;</w:t>
        <w:br/>
        <w:t>Спав Бурмило вже й Мурлика,-&lt;br /&gt;</w:t>
        <w:br/>
        <w:t>То Неситий з горя, з лиха&lt;br /&gt;</w:t>
        <w:br/>
        <w:t>Всі три саламахи з'їв.</w:t>
      </w:r>
    </w:p>
    <w:p>
      <w:r>
        <w:br/>
        <w:t>ПІСНЯ ВОСЬМА</w:t>
      </w:r>
    </w:p>
    <w:p>
      <w:r>
        <w:br/>
        <w:t>Вранці-рано по сніданні&lt;br /&gt;</w:t>
        <w:br/>
        <w:t>В подорожньому убранні&lt;br /&gt;</w:t>
        <w:br/>
        <w:t>Лис царю вклонивсь до ніг.&lt;br /&gt;</w:t>
        <w:br/>
        <w:t>"Царю, будь мій рідний тато,&lt;br /&gt;</w:t>
        <w:br/>
        <w:t>Поблагослови в се свято,&lt;br /&gt;</w:t>
        <w:br/>
        <w:t>Щоб на прощу йти я міг!"</w:t>
      </w:r>
    </w:p>
    <w:p>
      <w:r>
        <w:br/>
        <w:t>Лев сказав: "То шкода, сину,&lt;br /&gt;</w:t>
        <w:br/>
        <w:t>Що так швидко йдеш в чужину!"-&lt;br /&gt;</w:t>
        <w:br/>
        <w:t>"Царю,— скрикнув Лис,— ох, цить!&lt;br /&gt;</w:t>
        <w:br/>
        <w:t>Серце в мене краєсь тоже!&lt;br /&gt;</w:t>
        <w:br/>
        <w:t>Та що вдіємо! Що боже,&lt;br /&gt;</w:t>
        <w:br/>
        <w:t>Богу треба заплатить!"</w:t>
      </w:r>
    </w:p>
    <w:p>
      <w:r>
        <w:br/>
        <w:t>Лев сказав: "Так, так, мій друже!&lt;br /&gt;</w:t>
        <w:br/>
        <w:t>Радує мене се дуже,&lt;br /&gt;</w:t>
        <w:br/>
        <w:t>Що такий побожний ти,&lt;br /&gt;</w:t>
        <w:br/>
        <w:t>Рад би я тобі й від себе&lt;br /&gt;</w:t>
        <w:br/>
        <w:t>Для мандрівної потреби&lt;br /&gt;</w:t>
        <w:br/>
        <w:t>Хоч чим-будь допомогти".</w:t>
      </w:r>
    </w:p>
    <w:p>
      <w:r>
        <w:br/>
        <w:t>"Ца… рю,— хлипав Лис крізь плач,-&lt;br /&gt;</w:t>
        <w:br/>
        <w:t>Дуже ласкав ти… Ось бач:&lt;br /&gt;</w:t>
        <w:br/>
        <w:t>Я і торби в путь не маю!&lt;br /&gt;</w:t>
        <w:br/>
        <w:t>А в Медведя у Бурмила&lt;br /&gt;</w:t>
        <w:br/>
        <w:t>Доброго кожуха сила,-&lt;br /&gt;</w:t>
        <w:br/>
        <w:t>Він шматок віддасть, я знаю…"</w:t>
      </w:r>
    </w:p>
    <w:p>
      <w:r>
        <w:br/>
        <w:t>"Схоче чи не схоче дати,&lt;br /&gt;</w:t>
        <w:br/>
        <w:t>Ми накажемо зідрати! —&lt;br /&gt;</w:t>
        <w:br/>
        <w:t>Мовив Лев.— Ну, ще чого?" —&lt;br /&gt;</w:t>
        <w:br/>
        <w:t>"Дуже ласкав ти, мій царю!&lt;br /&gt;</w:t>
        <w:br/>
        <w:t>Чобіток би ще хоч пару.&lt;br /&gt;</w:t>
        <w:br/>
        <w:t>Бач, я босий! Як його</w:t>
      </w:r>
    </w:p>
    <w:p>
      <w:r>
        <w:br/>
        <w:t>Тільки світ чимчикувати,&lt;br /&gt;</w:t>
        <w:br/>
        <w:t>Ноги шпигать та збивати!&lt;br /&gt;</w:t>
        <w:br/>
        <w:t>Скалічію де-небудь!&lt;br /&gt;</w:t>
        <w:br/>
        <w:t>А он має Вовк дві парі,&lt;br /&gt;</w:t>
        <w:br/>
        <w:t>То одну чей схоче в дарі&lt;br /&gt;</w:t>
        <w:br/>
        <w:t>Відступить мені в ту путь".</w:t>
      </w:r>
    </w:p>
    <w:p>
      <w:r>
        <w:br/>
        <w:t>"Що там схоче чи не схоче! —&lt;br /&gt;</w:t>
        <w:br/>
        <w:t>Крикнув Лев та аж тупоче.-&lt;br /&gt;</w:t>
        <w:br/>
        <w:t>Гей, там! У тюрму підіть,&lt;br /&gt;</w:t>
        <w:br/>
        <w:t>Із Бурмила торбу здріте,&lt;br /&gt;</w:t>
        <w:br/>
        <w:t>А з Неситого здійміте&lt;br /&gt;</w:t>
        <w:br/>
        <w:t>Пару Лисові чобіт!</w:t>
      </w:r>
    </w:p>
    <w:p>
      <w:r>
        <w:br/>
        <w:t>Ви ж, моя дружино славна,&lt;br /&gt;</w:t>
        <w:br/>
        <w:t>Щоб усім зробилась явна&lt;br /&gt;</w:t>
        <w:br/>
        <w:t>Ласка наша для Микити,&lt;br /&gt;</w:t>
        <w:br/>
        <w:t>Проведіть його з гонором&lt;br /&gt;</w:t>
        <w:br/>
        <w:t>До могили там, під бором!&lt;br /&gt;</w:t>
        <w:br/>
        <w:t>Я ж іще піду спочити".</w:t>
      </w:r>
    </w:p>
    <w:p>
      <w:r>
        <w:br/>
        <w:t>І потюпав Лис мій гладко.&lt;br /&gt;</w:t>
        <w:br/>
        <w:t>Смирний, тихий, як ягнятко,&lt;br /&gt;</w:t>
        <w:br/>
        <w:t>При торбині, з костуром…&lt;br /&gt;</w:t>
        <w:br/>
        <w:t>А круг нього, мов ворони,&lt;br /&gt;</w:t>
        <w:br/>
        <w:t>Всі бояри та барони&lt;br /&gt;</w:t>
        <w:br/>
        <w:t>Проводжають всім двором!</w:t>
      </w:r>
    </w:p>
    <w:p>
      <w:r>
        <w:br/>
        <w:t>Цап — секретар гоноровий,&lt;br /&gt;</w:t>
        <w:br/>
        <w:t>Зайць — гвардиста народовий,&lt;br /&gt;</w:t>
        <w:br/>
        <w:t>Поруч Лиса дружно йдуть.&lt;br /&gt;</w:t>
        <w:br/>
        <w:t>Хоч і як розмова мила,&lt;br /&gt;</w:t>
        <w:br/>
        <w:t>Та вже ось тога могила,&lt;br /&gt;</w:t>
        <w:br/>
        <w:t>Попрощаться треба тут!</w:t>
      </w:r>
    </w:p>
    <w:p>
      <w:r>
        <w:br/>
        <w:t>Лис Микита промовляє,&lt;br /&gt;</w:t>
        <w:br/>
        <w:t>Сльози рукавом втирає:&lt;br /&gt;</w:t>
        <w:br/>
        <w:t>"Ах, Яцуню, притулись!..&lt;br /&gt;</w:t>
        <w:br/>
        <w:t>Я… з тобою розстаюся!&lt;br /&gt;</w:t>
        <w:br/>
        <w:t>Ах, подумати боюся,&lt;br /&gt;</w:t>
        <w:br/>
        <w:t>Жаль пройма мене наскрізь!</w:t>
      </w:r>
    </w:p>
    <w:p>
      <w:r>
        <w:br/>
        <w:t>Ох, Базильку, любий друже!&lt;br /&gt;</w:t>
        <w:br/>
        <w:t>Я тебе люблю так дуже,&lt;br /&gt;</w:t>
        <w:br/>
        <w:t>Що без тебе й жить не рад.&lt;br /&gt;</w:t>
        <w:br/>
        <w:t>Не відмов же просьбі моїй,&lt;br /&gt;</w:t>
        <w:br/>
        <w:t>Ще шматок дороги тої&lt;br /&gt;</w:t>
        <w:br/>
        <w:t>Проведи мене як брат!"</w:t>
      </w:r>
    </w:p>
    <w:p>
      <w:r>
        <w:br/>
        <w:t>Се сказавши, просльозився,&lt;br /&gt;</w:t>
        <w:br/>
        <w:t>Їм у ноги поклонився.&lt;br /&gt;</w:t>
        <w:br/>
        <w:t>"Ви оба з-між всіх звірів&lt;br /&gt;</w:t>
        <w:br/>
        <w:t>Справедливі й непорочні,&lt;br /&gt;</w:t>
        <w:br/>
        <w:t>Лиш траву й листочки сочні&lt;br /&gt;</w:t>
        <w:br/>
        <w:t>Все їсте — і я так їв!</w:t>
      </w:r>
    </w:p>
    <w:p>
      <w:r>
        <w:br/>
        <w:t>Про убійства, про рабунки&lt;br /&gt;</w:t>
        <w:br/>
        <w:t>В вас немає ані думки,&lt;br /&gt;</w:t>
        <w:br/>
        <w:t>Вам м'ясних не хочесь страв.&lt;br /&gt;</w:t>
        <w:br/>
        <w:t>Вас-то, щирі, праві душі,&lt;br /&gt;</w:t>
        <w:br/>
        <w:t>Я, пустинником ще бувши,&lt;br /&gt;</w:t>
        <w:br/>
        <w:t>За взірець собі обрав".</w:t>
      </w:r>
    </w:p>
    <w:p>
      <w:r>
        <w:br/>
        <w:t>Так-то лестними словами&lt;br /&gt;</w:t>
        <w:br/>
        <w:t>Лис їх знадив, аж до ями&lt;br /&gt;</w:t>
        <w:br/>
        <w:t>Лисової підійшли.&lt;br /&gt;</w:t>
        <w:br/>
        <w:t>"Слухай,— каже Лис,— Базильку,&lt;br /&gt;</w:t>
        <w:br/>
        <w:t>Ти зажди на нас тут хвильку,&lt;br /&gt;</w:t>
        <w:br/>
        <w:t>Ось траву собі щипли!</w:t>
      </w:r>
    </w:p>
    <w:p>
      <w:r>
        <w:br/>
        <w:t>Ти ж, Яцуню, любий свату,&lt;br /&gt;</w:t>
        <w:br/>
        <w:t>Потрудись зо мною в хату!&lt;br /&gt;</w:t>
        <w:br/>
        <w:t>Знаєш, жінка там моя&lt;br /&gt;</w:t>
        <w:br/>
        <w:t>Як почує чутку тую,&lt;br /&gt;</w:t>
        <w:br/>
        <w:t>Що на прощу я мандрую,&lt;br /&gt;</w:t>
        <w:br/>
        <w:t>То-то буде плач!.. А я</w:t>
      </w:r>
    </w:p>
    <w:p>
      <w:r>
        <w:br/>
        <w:t>Страх не рад з жінками плакать&lt;br /&gt;</w:t>
        <w:br/>
        <w:t>І не вмію забалакать.&lt;br /&gt;</w:t>
        <w:br/>
        <w:t>Ти потішить їх гаразд!&lt;br /&gt;</w:t>
        <w:br/>
        <w:t>Мій Яцуню, ти в тім справний!&lt;br /&gt;</w:t>
        <w:br/>
        <w:t>Тож ходи, мій друже давний,&lt;br /&gt;</w:t>
        <w:br/>
        <w:t>Вид твій духу її додасть!"</w:t>
      </w:r>
    </w:p>
    <w:p>
      <w:r>
        <w:br/>
        <w:t>Серце в Заяця добряче:&lt;br /&gt;</w:t>
        <w:br/>
        <w:t>Вчув се й мало сам не плаче.&lt;br /&gt;</w:t>
        <w:br/>
        <w:t>"Бідна жінка! — він озвавсь.-&lt;br /&gt;</w:t>
        <w:br/>
        <w:t>Я її, як рідну маму,&lt;br /&gt;</w:t>
        <w:br/>
        <w:t>Рад любить!" І в лисю яму&lt;br /&gt;</w:t>
        <w:br/>
        <w:t>Він з Микитою попхавсь.</w:t>
      </w:r>
    </w:p>
    <w:p>
      <w:r>
        <w:br/>
        <w:t>Входять — боже! Серед ями&lt;br /&gt;</w:t>
        <w:br/>
        <w:t>Микитиха з діточками&lt;br /&gt;</w:t>
        <w:br/>
        <w:t>Плаче, сліз потоки ллє!&lt;br /&gt;</w:t>
        <w:br/>
        <w:t>Як побачила Микиту,&lt;br /&gt;</w:t>
        <w:br/>
        <w:t>Схопилась… "Микито! Ти тут!&lt;br /&gt;</w:t>
        <w:br/>
        <w:t>Діти! Батько ваш жиє!"</w:t>
      </w:r>
    </w:p>
    <w:p>
      <w:r>
        <w:br/>
        <w:t>Ну Микиту цілувати&lt;br /&gt;</w:t>
        <w:br/>
        <w:t>І до серця пригортати!&lt;br /&gt;</w:t>
        <w:br/>
        <w:t>"Любий! Що ж? Біда пройшла?&lt;br /&gt;</w:t>
        <w:br/>
        <w:t>Говори-бо швидше, швидше!&lt;br /&gt;</w:t>
        <w:br/>
        <w:t>Я гадала, що ти згиб вже…&lt;br /&gt;</w:t>
        <w:br/>
        <w:t>Ох, що сліз я пролила!"</w:t>
      </w:r>
    </w:p>
    <w:p>
      <w:r>
        <w:br/>
        <w:t>"Радуймось! — сказав Микита.-&lt;br /&gt;</w:t>
        <w:br/>
        <w:t>Цар наш — славою покрита&lt;br /&gt;</w:t>
        <w:br/>
        <w:t>Будь його держава вся! —&lt;br /&gt;</w:t>
        <w:br/>
        <w:t>Дарував мені провини,&lt;br /&gt;</w:t>
        <w:br/>
        <w:t>І від нинішньої днини&lt;br /&gt;</w:t>
        <w:br/>
        <w:t>В ласці царській тішусь я.</w:t>
      </w:r>
    </w:p>
    <w:p>
      <w:r>
        <w:br/>
        <w:t>Вороги ж мої запеклі&lt;br /&gt;</w:t>
        <w:br/>
        <w:t>Десь там нині ледве теплі:&lt;br /&gt;</w:t>
        <w:br/>
        <w:t>Царський гнів їх б'є всіх трьох:&lt;br /&gt;</w:t>
        <w:br/>
        <w:t>Кіт, Неситий і Бурмило&lt;br /&gt;</w:t>
        <w:br/>
        <w:t>Мусили стулити рило,&lt;br /&gt;</w:t>
        <w:br/>
        <w:t>Ще й попали в темний льох.</w:t>
      </w:r>
    </w:p>
    <w:p>
      <w:r>
        <w:br/>
        <w:t>А отсей фальшивий паяц,&lt;br /&gt;</w:t>
        <w:br/>
        <w:t>Що свідчив на мене, Заяць,&lt;br /&gt;</w:t>
        <w:br/>
        <w:t>Відданий мені у власть:&lt;br /&gt;</w:t>
        <w:br/>
        <w:t>Чи живим його лишити,&lt;br /&gt;</w:t>
        <w:br/>
        <w:t>Чи відразу задушити,&lt;br /&gt;</w:t>
        <w:br/>
        <w:t>Скоро викупу не дасть!"</w:t>
      </w:r>
    </w:p>
    <w:p>
      <w:r>
        <w:br/>
        <w:t>Як почув се Яць сарако,&lt;br /&gt;</w:t>
        <w:br/>
        <w:t>Стало так йому ніяко,&lt;br /&gt;</w:t>
        <w:br/>
        <w:t>Мовби хорт за ним туй-туй.&lt;br /&gt;</w:t>
        <w:br/>
        <w:t>"Базю! — крикнув.— Чесний отче,&lt;br /&gt;</w:t>
        <w:br/>
        <w:t>Лис мене тут з'їсти хоче!&lt;br /&gt;</w:t>
        <w:br/>
        <w:t>Базю, Базю, ох, рятуй!"</w:t>
      </w:r>
    </w:p>
    <w:p>
      <w:r>
        <w:br/>
        <w:t>"Зараз тихо будь, драбуго!" —&lt;br /&gt;</w:t>
        <w:br/>
        <w:t>Крикнув Лис і вхопив туго&lt;br /&gt;</w:t>
        <w:br/>
        <w:t>Зайця й горло перегриз.&lt;br /&gt;</w:t>
        <w:br/>
        <w:t>"Ось тобі від мене штука!&lt;br /&gt;</w:t>
        <w:br/>
        <w:t>І всім злюкам то наука,&lt;br /&gt;</w:t>
        <w:br/>
        <w:t>Щоб Микити стереглись!"</w:t>
      </w:r>
    </w:p>
    <w:p>
      <w:r>
        <w:br/>
        <w:t>А відтак, поссавши крови,&lt;br /&gt;</w:t>
        <w:br/>
        <w:t>Лис Микита втішно мовив:&lt;br /&gt;</w:t>
        <w:br/>
        <w:t>"Та й смачний же, бестіон.&lt;br /&gt;</w:t>
        <w:br/>
        <w:t>Діти, нині на вечерю&lt;br /&gt;</w:t>
        <w:br/>
        <w:t>Маєм з Заяця печеню!&lt;br /&gt;</w:t>
        <w:br/>
        <w:t>Славний буде потім сон!</w:t>
      </w:r>
    </w:p>
    <w:p>
      <w:r>
        <w:br/>
        <w:t>А тепер послухай, люба,&lt;br /&gt;</w:t>
        <w:br/>
        <w:t>Як мені грозила згуба&lt;br /&gt;</w:t>
        <w:br/>
        <w:t>І як вибрехався я!"&lt;br /&gt;</w:t>
        <w:br/>
        <w:t>І, розсівшися вигідно,&lt;br /&gt;</w:t>
        <w:br/>
        <w:t>Розповів усе довідно&lt;br /&gt;</w:t>
        <w:br/>
        <w:t>З початку аж до кінця.</w:t>
      </w:r>
    </w:p>
    <w:p>
      <w:r>
        <w:br/>
        <w:t>А Лисиця й Лисенята&lt;br /&gt;</w:t>
        <w:br/>
        <w:t>Посідали коло тата —&lt;br /&gt;</w:t>
        <w:br/>
        <w:t>То сміються, то тремтять.&lt;br /&gt;</w:t>
        <w:br/>
        <w:t>"Голово моя ти мила! —&lt;br /&gt;</w:t>
        <w:br/>
        <w:t>Так Лисиця говорила.-&lt;br /&gt;</w:t>
        <w:br/>
        <w:t>Ну, та й знав ти, як їх взять!</w:t>
      </w:r>
    </w:p>
    <w:p>
      <w:r>
        <w:br/>
        <w:t>Лиш одно тото негарно,&lt;br /&gt;</w:t>
        <w:br/>
        <w:t>Що ти нас покинеш марно&lt;br /&gt;</w:t>
        <w:br/>
        <w:t>І на прошу йдеш кудись".&lt;br /&gt;</w:t>
        <w:br/>
        <w:t>"Жінко,— скрикнув Лис поспішно,-&lt;br /&gt;</w:t>
        <w:br/>
        <w:t>Ти гадаєш, що я дійсно&lt;br /&gt;</w:t>
        <w:br/>
        <w:t>Зараз дурень став якийсь?</w:t>
      </w:r>
    </w:p>
    <w:p>
      <w:r>
        <w:br/>
        <w:t>Там, де смерть перед очима,&lt;br /&gt;</w:t>
        <w:br/>
        <w:t>То плелось, що тільки слина&lt;br /&gt;</w:t>
        <w:br/>
        <w:t>Приносила на язик.&lt;br /&gt;</w:t>
        <w:br/>
        <w:t>Чи я паломник, абощо?&lt;br /&gt;</w:t>
        <w:br/>
        <w:t>Що там Лев мені і проща?&lt;br /&gt;</w:t>
        <w:br/>
        <w:t>Я тепер сміюся з них!</w:t>
      </w:r>
    </w:p>
    <w:p>
      <w:r>
        <w:br/>
        <w:t>Най їсть сіль, в кого оскома!&lt;br /&gt;</w:t>
        <w:br/>
        <w:t>Я ж лишусь з тобою дома,&lt;br /&gt;</w:t>
        <w:br/>
        <w:t>А про прощу ні ду-ду!"&lt;br /&gt;</w:t>
        <w:br/>
        <w:t>Втім почувся крик знадвору:&lt;br /&gt;</w:t>
        <w:br/>
        <w:t>"Яцю, де ти? Кільку пору&lt;br /&gt;</w:t>
        <w:br/>
        <w:t>Я вже тут на тебе жду!"</w:t>
      </w:r>
    </w:p>
    <w:p>
      <w:r>
        <w:br/>
        <w:t>Вибіг Лис. "Базильку, друже,&lt;br /&gt;</w:t>
        <w:br/>
        <w:t>Ти не гнівайся так дуже!&lt;br /&gt;</w:t>
        <w:br/>
        <w:t>Нічим нам тебе занять.&lt;br /&gt;</w:t>
        <w:br/>
        <w:t>Яць там з жінкою моєю,&lt;br /&gt;</w:t>
        <w:br/>
        <w:t>І з маленькою сім'єю&lt;br /&gt;</w:t>
        <w:br/>
        <w:t>Преприязно гомонять".</w:t>
      </w:r>
    </w:p>
    <w:p>
      <w:r>
        <w:br/>
        <w:t>"Кажеш: гомонять приязно?&lt;br /&gt;</w:t>
        <w:br/>
        <w:t>Але ж бо я чув виразно&lt;br /&gt;</w:t>
        <w:br/>
        <w:t>Яців крик: "Рятуй!" — ряс Цап.&lt;br /&gt;</w:t>
        <w:br/>
        <w:t>"Правда,— Лис рік,— як Лисиця&lt;br /&gt;</w:t>
        <w:br/>
        <w:t>Вчула, що нам тре проститься,&lt;br /&gt;</w:t>
        <w:br/>
        <w:t>Вмліла і на землю хляп!</w:t>
      </w:r>
    </w:p>
    <w:p>
      <w:r>
        <w:br/>
        <w:t>Тут-то Яць — здоров най буде! —&lt;br /&gt;</w:t>
        <w:br/>
        <w:t>Жбухнув їй води на груди&lt;br /&gt;</w:t>
        <w:br/>
        <w:t>Та й почав рятунку звать:&lt;br /&gt;</w:t>
        <w:br/>
        <w:t>"Ой-ой-ой, рятуй, Базильку,&lt;br /&gt;</w:t>
        <w:br/>
        <w:t>Моя тітка вмре за хвильку!"&lt;br /&gt;</w:t>
        <w:br/>
        <w:t>Та тепер вже благодать".</w:t>
      </w:r>
    </w:p>
    <w:p>
      <w:r>
        <w:br/>
        <w:t>"Ну, то дякувати богу!&lt;br /&gt;</w:t>
        <w:br/>
        <w:t>Я гадав, що Яця мого&lt;br /&gt;</w:t>
        <w:br/>
        <w:t>Там зо шкіри хто дере".-&lt;br /&gt;</w:t>
        <w:br/>
        <w:t>"Базю, чи ж тобі не стидно?&lt;br /&gt;</w:t>
        <w:br/>
        <w:t>Яць прийде, лиш що не видно,&lt;br /&gt;</w:t>
        <w:br/>
        <w:t>Ще й дарунків набере.</w:t>
      </w:r>
    </w:p>
    <w:p>
      <w:r>
        <w:br/>
        <w:t>Базю, бородатий ребе,&lt;br /&gt;</w:t>
        <w:br/>
        <w:t>В мене просьба є до тебе!&lt;br /&gt;</w:t>
        <w:br/>
        <w:t>Бачиш, цар мені казав,&lt;br /&gt;</w:t>
        <w:br/>
        <w:t>Щоб, заким ще рушу з дому,&lt;br /&gt;</w:t>
        <w:br/>
        <w:t>Про одну річ, нам відому,&lt;br /&gt;</w:t>
        <w:br/>
        <w:t>Лист йому я написав.</w:t>
      </w:r>
    </w:p>
    <w:p>
      <w:r>
        <w:br/>
        <w:t>Отже, поки Яць там бавивсь&lt;br /&gt;</w:t>
        <w:br/>
        <w:t>З жінкою й дітьми, я справивсь:&lt;br /&gt;</w:t>
        <w:br/>
        <w:t>Два грубезнії листи&lt;br /&gt;</w:t>
        <w:br/>
        <w:t>Написав. Тебе, мій друже,&lt;br /&gt;</w:t>
        <w:br/>
        <w:t>Я просити хочу дуже&lt;br /&gt;</w:t>
        <w:br/>
        <w:t>До царя їх занести".</w:t>
      </w:r>
    </w:p>
    <w:p>
      <w:r>
        <w:br/>
        <w:t>"Добре,— Цап сказав,— гляди лиш,&lt;br /&gt;</w:t>
        <w:br/>
        <w:t>Щоб де в мене не згубились,&lt;br /&gt;</w:t>
        <w:br/>
        <w:t>Не зламалась би печать!" —&lt;br /&gt;</w:t>
        <w:br/>
        <w:t>"Правда є! Зажди хвилину,&lt;br /&gt;</w:t>
        <w:br/>
        <w:t>Я в медвежую торбину&lt;br /&gt;</w:t>
        <w:br/>
        <w:t>Зав'яжу їх, можеш брать!"</w:t>
      </w:r>
    </w:p>
    <w:p>
      <w:r>
        <w:br/>
        <w:t>І побіг до хати живо,&lt;br /&gt;</w:t>
        <w:br/>
        <w:t>А в душі смієсь злостиво:&lt;br /&gt;</w:t>
        <w:br/>
        <w:t>"Будеш мав лист! Жди лише!"&lt;br /&gt;</w:t>
        <w:br/>
        <w:t>Зайця голову кроваву&lt;br /&gt;</w:t>
        <w:br/>
        <w:t>В торбу щасть, шнурками жваво&lt;br /&gt;</w:t>
        <w:br/>
        <w:t>Позав'язував, несе.</w:t>
      </w:r>
    </w:p>
    <w:p>
      <w:r>
        <w:br/>
        <w:t>"Ось, Базуню мій любезний,&lt;br /&gt;</w:t>
        <w:br/>
        <w:t>Тут в тій торбі лист грубезний&lt;br /&gt;</w:t>
        <w:br/>
        <w:t>І два меншії лежать.&lt;br /&gt;</w:t>
        <w:br/>
        <w:t>Ти неси їх осторожно,&lt;br /&gt;</w:t>
        <w:br/>
        <w:t>А розв'язувать не можно,&lt;br /&gt;</w:t>
        <w:br/>
        <w:t>Бо зламається печать.</w:t>
      </w:r>
    </w:p>
    <w:p>
      <w:r>
        <w:br/>
        <w:t>А про Зайця не журися!&lt;br /&gt;</w:t>
        <w:br/>
        <w:t>Він там так заговорився,&lt;br /&gt;</w:t>
        <w:br/>
        <w:t>Що казав перепросить!&lt;br /&gt;</w:t>
        <w:br/>
        <w:t>Йди наперед шмат дороги,&lt;br /&gt;</w:t>
        <w:br/>
        <w:t>А вже Заяць бистроногий&lt;br /&gt;</w:t>
        <w:br/>
        <w:t>Дожене тебе за мить.</w:t>
      </w:r>
    </w:p>
    <w:p>
      <w:r>
        <w:br/>
        <w:t>І ще знаєш що, мій друже?&lt;br /&gt;</w:t>
        <w:br/>
        <w:t>Лев, наш батько, любить дуже&lt;br /&gt;</w:t>
        <w:br/>
        <w:t>Дотеп, гарний, гладкий стиль.&lt;br /&gt;</w:t>
        <w:br/>
        <w:t>Сі листи — я не хвалюся —&lt;br /&gt;</w:t>
        <w:br/>
        <w:t>До смаку йому прийдуться,&lt;br /&gt;</w:t>
        <w:br/>
        <w:t>В них майстерства мого шпиль!</w:t>
      </w:r>
    </w:p>
    <w:p>
      <w:r>
        <w:br/>
        <w:t>Вже ж я, де лиш міг, небоже,&lt;br /&gt;</w:t>
        <w:br/>
        <w:t>І про тебе слово гоже&lt;br /&gt;</w:t>
        <w:br/>
        <w:t>Вкинути не занедбав.&lt;br /&gt;</w:t>
        <w:br/>
        <w:t>І я певний, що цар-тато&lt;br /&gt;</w:t>
        <w:br/>
        <w:t>Ласки й честі ще багато&lt;br /&gt;</w:t>
        <w:br/>
        <w:t>Більше дасть тобі, чим дав.</w:t>
      </w:r>
    </w:p>
    <w:p>
      <w:r>
        <w:br/>
        <w:t>Тільки будь ти все притомний,&lt;br /&gt;</w:t>
        <w:br/>
        <w:t>Не чинися надто скромний!&lt;br /&gt;</w:t>
        <w:br/>
        <w:t>Смілість виграє в війні.&lt;br /&gt;</w:t>
        <w:br/>
        <w:t>Мов цареві: "На листи ті,&lt;br /&gt;</w:t>
        <w:br/>
        <w:t>Я дораджував Микиті,&lt;br /&gt;</w:t>
        <w:br/>
        <w:t>Їх завдячив він мені".</w:t>
      </w:r>
    </w:p>
    <w:p>
      <w:r>
        <w:br/>
        <w:t>Як почув се Цап Базилий,&lt;br /&gt;</w:t>
        <w:br/>
        <w:t>Задрижали в нім всі жили,&lt;br /&gt;</w:t>
        <w:br/>
        <w:t>Аж підскочив з радощів!&lt;br /&gt;</w:t>
        <w:br/>
        <w:t>Ну Микиту цілувати!..&lt;br /&gt;</w:t>
        <w:br/>
        <w:t>"От тепер я буду знати,&lt;br /&gt;</w:t>
        <w:br/>
        <w:t>Хто мені добра хотів!</w:t>
      </w:r>
    </w:p>
    <w:p>
      <w:r>
        <w:br/>
        <w:t>Друже, брате! Я мов в раю!&lt;br /&gt;</w:t>
        <w:br/>
        <w:t>О, твій дотеп добре знаю!&lt;br /&gt;</w:t>
        <w:br/>
        <w:t>Лев задре з утіхи хвіст!&lt;br /&gt;</w:t>
        <w:br/>
        <w:t>Не минуть мене гонори,&lt;br /&gt;</w:t>
        <w:br/>
        <w:t>А і край весь заговорить:&lt;br /&gt;</w:t>
        <w:br/>
        <w:t>"Бачте, Цап який стиліст".</w:t>
      </w:r>
    </w:p>
    <w:p>
      <w:r>
        <w:br/>
        <w:t>Тут я виступлю вже сміло,&lt;br /&gt;</w:t>
        <w:br/>
        <w:t>Бо, як справді малось діло,&lt;br /&gt;</w:t>
        <w:br/>
        <w:t>Се ніхто не буде знать.&lt;br /&gt;</w:t>
        <w:br/>
        <w:t>Ну, прощай же! Дасть бог, може,&lt;br /&gt;</w:t>
        <w:br/>
        <w:t>Я й тобі віддячусь тоже,&lt;br /&gt;</w:t>
        <w:br/>
        <w:t>То не будеш жалувать!"</w:t>
      </w:r>
    </w:p>
    <w:p>
      <w:r>
        <w:br/>
        <w:t>"Прощавай!" — сказав Микита.&lt;br /&gt;</w:t>
        <w:br/>
        <w:t>А як Цап пішов, то скрита&lt;br /&gt;</w:t>
        <w:br/>
        <w:t>Вилилась словами злість:&lt;br /&gt;</w:t>
        <w:br/>
        <w:t>"Отсей дурень квадратовий&lt;br /&gt;</w:t>
        <w:br/>
        <w:t>Є секретар гоноровий!&lt;br /&gt;</w:t>
        <w:br/>
        <w:t>Ух, аж б'є на мене млість!</w:t>
      </w:r>
    </w:p>
    <w:p>
      <w:r>
        <w:br/>
        <w:t>Що за ряд! Яка держава!&lt;br /&gt;</w:t>
        <w:br/>
        <w:t>Дурням в ній гонори й слава,&lt;br /&gt;</w:t>
        <w:br/>
        <w:t>Бідний, слабший хижих лап&lt;br /&gt;</w:t>
        <w:br/>
        <w:t>Не уйде! А членом суду,&lt;br /&gt;</w:t>
        <w:br/>
        <w:t>Що мене судив на згубу,&lt;br /&gt;</w:t>
        <w:br/>
        <w:t>Чи ж не був сей глупий Цап?</w:t>
      </w:r>
    </w:p>
    <w:p>
      <w:r>
        <w:br/>
        <w:t>Але я помстивсь на тобі!&lt;br /&gt;</w:t>
        <w:br/>
        <w:t>Будеш жив чи ляжеш в гробі,-&lt;br /&gt;</w:t>
        <w:br/>
        <w:t>Вже не змиється сей хляп,&lt;br /&gt;</w:t>
        <w:br/>
        <w:t>Що прилип на твоїй пиці;&lt;br /&gt;</w:t>
        <w:br/>
        <w:t>Стане притчею в язиці&lt;br /&gt;</w:t>
        <w:br/>
        <w:t>Слово те: дурний, як Цап!"</w:t>
      </w:r>
    </w:p>
    <w:p>
      <w:r>
        <w:br/>
        <w:t>За той час Базьо поспішно&lt;br /&gt;</w:t>
        <w:br/>
        <w:t>В царський двір прибіг і втішно&lt;br /&gt;</w:t>
        <w:br/>
        <w:t>Перед троном гордо став:&lt;br /&gt;</w:t>
        <w:br/>
        <w:t>"Лис Микита із дороги&lt;br /&gt;</w:t>
        <w:br/>
        <w:t>Клониться цареві в ноги&lt;br /&gt;</w:t>
        <w:br/>
        <w:t>І отсей пакет прислав.</w:t>
      </w:r>
    </w:p>
    <w:p>
      <w:r>
        <w:br/>
        <w:t>Три листи є в нім грубезні;&lt;br /&gt;</w:t>
        <w:br/>
        <w:t>Стиль, язик, думки — чудесні!&lt;br /&gt;</w:t>
        <w:br/>
        <w:t>Се й не диво. Адже ж я&lt;br /&gt;</w:t>
        <w:br/>
        <w:t>Не одну йому дав раду&lt;br /&gt;</w:t>
        <w:br/>
        <w:t>Щодо стилю, щодо складу,-&lt;br /&gt;</w:t>
        <w:br/>
        <w:t>То й заслуга тут моя!"</w:t>
      </w:r>
    </w:p>
    <w:p>
      <w:r>
        <w:br/>
        <w:t>Цар до рук пакет приймає,&lt;br /&gt;</w:t>
        <w:br/>
        <w:t>Шнур за шнуром відпинає,&lt;br /&gt;</w:t>
        <w:br/>
        <w:t>Глип у торбу — аж з'умівсь.&lt;br /&gt;</w:t>
        <w:br/>
        <w:t>"Що се! Лист якийсь ухатий!&lt;br /&gt;</w:t>
        <w:br/>
        <w:t>Базю, Цапе ти проклятий,&lt;br /&gt;</w:t>
        <w:br/>
        <w:t>Ти кровавий лист приніс!"</w:t>
      </w:r>
    </w:p>
    <w:p>
      <w:r>
        <w:br/>
        <w:t>Зайця голову нещасну&lt;br /&gt;</w:t>
        <w:br/>
        <w:t>Вгору виняв, рикнув страшно,&lt;br /&gt;</w:t>
        <w:br/>
        <w:t>Що аж Цап на землю впав:&lt;br /&gt;</w:t>
        <w:br/>
        <w:t>"Так-то Лис сміється з мене!&lt;br /&gt;</w:t>
        <w:br/>
        <w:t>На таке письмо мерзенне&lt;br /&gt;</w:t>
        <w:br/>
        <w:t>Цап йому ще раду дав!</w:t>
      </w:r>
    </w:p>
    <w:p>
      <w:r>
        <w:br/>
        <w:t>Га, кленусь на царську гирю,&lt;br /&gt;</w:t>
        <w:br/>
        <w:t>Що вже більше не повірю&lt;br /&gt;</w:t>
        <w:br/>
        <w:t>Клятим Лисовим брехням!&lt;br /&gt;</w:t>
        <w:br/>
        <w:t>Гей, біжіть в тюрму щосила,&lt;br /&gt;</w:t>
        <w:br/>
        <w:t>Вовка, і Кота, й Бурмила&lt;br /&gt;</w:t>
        <w:br/>
        <w:t>Увільніть з тяжких кайдан!</w:t>
      </w:r>
    </w:p>
    <w:p>
      <w:r>
        <w:br/>
        <w:t>О безсовісний брехачу!&lt;br /&gt;</w:t>
        <w:br/>
        <w:t>Через тебе то я, бачу,&lt;br /&gt;</w:t>
        <w:br/>
        <w:t>Дурно мучив вірних слуг!&lt;br /&gt;</w:t>
        <w:br/>
        <w:t>Та за те даю їм плату:&lt;br /&gt;</w:t>
        <w:br/>
        <w:t>Цапа й всю рідню патлату,&lt;br /&gt;</w:t>
        <w:br/>
        <w:t>Щоб із неї дерли смух!</w:t>
      </w:r>
    </w:p>
    <w:p>
      <w:r>
        <w:br/>
        <w:t>А поганий той Лисюра,&lt;br /&gt;</w:t>
        <w:br/>
        <w:t>Що так вибрехавсь від шнура,&lt;br /&gt;</w:t>
        <w:br/>
        <w:t>Він є винятий з-під прав:&lt;br /&gt;</w:t>
        <w:br/>
        <w:t>Хто де здибле сю облуду,&lt;br /&gt;</w:t>
        <w:br/>
        <w:t>Може вбить його без суду&lt;br /&gt;</w:t>
        <w:br/>
        <w:t>І не буде кари мав".</w:t>
      </w:r>
    </w:p>
    <w:p>
      <w:r>
        <w:br/>
        <w:t>Так-то Яць і Цап Базилий&lt;br /&gt;</w:t>
        <w:br/>
        <w:t>Головами наложили,&lt;br /&gt;</w:t>
        <w:br/>
        <w:t>Винуваті без вини;&lt;br /&gt;</w:t>
        <w:br/>
        <w:t>А хоч жертви злоби й сили,&lt;br /&gt;</w:t>
        <w:br/>
        <w:t>Та проте не полишили&lt;br /&gt;</w:t>
        <w:br/>
        <w:t>Й згадки доброї вони.</w:t>
      </w:r>
    </w:p>
    <w:p>
      <w:r>
        <w:br/>
        <w:t>Особливо Цап сарака!&lt;br /&gt;</w:t>
        <w:br/>
        <w:t>Ну, скажіть, яка подяка&lt;br /&gt;</w:t>
        <w:br/>
        <w:t>Випала за те йому,&lt;br /&gt;</w:t>
        <w:br/>
        <w:t>Що до сильних він лестився,&lt;br /&gt;</w:t>
        <w:br/>
        <w:t>В царський двір він примостився,&lt;br /&gt;</w:t>
        <w:br/>
        <w:t>Мав царицю за куму?</w:t>
      </w:r>
    </w:p>
    <w:p>
      <w:r>
        <w:br/>
        <w:t>Що дворак був, ордеровий&lt;br /&gt;</w:t>
        <w:br/>
        <w:t>І секретар гоноровий,&lt;br /&gt;</w:t>
        <w:br/>
        <w:t>В трибуналі засідав?&lt;br /&gt;</w:t>
        <w:br/>
        <w:t>А проте на кпини, з жарту&lt;br /&gt;</w:t>
        <w:br/>
        <w:t>Через Лисову ту карту&lt;br /&gt;</w:t>
        <w:br/>
        <w:t>Душу цап'ячу віддав.</w:t>
      </w:r>
    </w:p>
    <w:p>
      <w:r>
        <w:br/>
        <w:t>І донині сю пригоду&lt;br /&gt;</w:t>
        <w:br/>
        <w:t>Хто з хрещеного народу&lt;br /&gt;</w:t>
        <w:br/>
        <w:t>Добрим словом ізгада?&lt;br /&gt;</w:t>
        <w:br/>
        <w:t>Як хто злий з марниці згине,&lt;br /&gt;</w:t>
        <w:br/>
        <w:t>Чи ж не кажуть: за цапине&lt;br /&gt;</w:t>
        <w:br/>
        <w:t>Покоління пропада?</w:t>
      </w:r>
    </w:p>
    <w:p>
      <w:r>
        <w:br/>
        <w:t>А хто дметься, і балює,&lt;br /&gt;</w:t>
        <w:br/>
        <w:t>І леститься, й спекулює&lt;br /&gt;</w:t>
        <w:br/>
        <w:t>На нечесні бариші,&lt;br /&gt;</w:t>
        <w:br/>
        <w:t>Всім любенько рад балакать,-&lt;br /&gt;</w:t>
        <w:br/>
        <w:t>Чи ж по нім не будуть плакать,&lt;br /&gt;</w:t>
        <w:br/>
        <w:t>Як по Цаповій душі?</w:t>
      </w:r>
    </w:p>
    <w:p>
      <w:r>
        <w:br/>
        <w:t>ПІСНЯ ДЕВ'ЯТА</w:t>
      </w:r>
    </w:p>
    <w:p>
      <w:r>
        <w:br/>
        <w:t>Лис Микита в своїм замку&lt;br /&gt;</w:t>
        <w:br/>
        <w:t>По обіді меду склянку&lt;br /&gt;</w:t>
        <w:br/>
        <w:t>Преспокійно спорожнив,&lt;br /&gt;</w:t>
        <w:br/>
        <w:t>Сів у кріслі, люльку курить&lt;br /&gt;</w:t>
        <w:br/>
        <w:t>І нічого ся не журить,&lt;br /&gt;</w:t>
        <w:br/>
        <w:t>Зла мов зроду не чинив.</w:t>
      </w:r>
    </w:p>
    <w:p>
      <w:r>
        <w:br/>
        <w:t>Втім почув: стук! стук! до брами.&lt;br /&gt;</w:t>
        <w:br/>
        <w:t>Скочив, вибіг враз з дітками —&lt;br /&gt;</w:t>
        <w:br/>
        <w:t>"Ах, Бабай! Се ти оп'ять!&lt;br /&gt;</w:t>
        <w:br/>
        <w:t>Ну, здоров, Бабаю! Що ж то,&lt;br /&gt;</w:t>
        <w:br/>
        <w:t>Ти, знать, від царя йдеш просто?&lt;br /&gt;</w:t>
        <w:br/>
        <w:t>Що ж там доброго чувать?"</w:t>
      </w:r>
    </w:p>
    <w:p>
      <w:r>
        <w:br/>
        <w:t>"Мало доброго! — журливо&lt;br /&gt;</w:t>
        <w:br/>
        <w:t>Рік Бабай.— Та щедре жниво&lt;br /&gt;</w:t>
        <w:br/>
        <w:t>На погані новини!&lt;br /&gt;</w:t>
        <w:br/>
        <w:t>Цар присяг тобі загладу,&lt;br /&gt;</w:t>
        <w:br/>
        <w:t>Військо кличе, радить раду,&lt;br /&gt;</w:t>
        <w:br/>
        <w:t>Будуть тутка за три дні!"</w:t>
      </w:r>
    </w:p>
    <w:p>
      <w:r>
        <w:br/>
        <w:t>"Тільки всього? — каже Лис.-&lt;br /&gt;</w:t>
        <w:br/>
        <w:t>Як лиш тільки, не журись,&lt;br /&gt;</w:t>
        <w:br/>
        <w:t>Друже мій, старий Бабаю!&lt;br /&gt;</w:t>
        <w:br/>
        <w:t>Тим погрозам ти не вір!&lt;br /&gt;</w:t>
        <w:br/>
        <w:t>Я з тобою в царський двір&lt;br /&gt;</w:t>
        <w:br/>
        <w:t>Ще сьогодні почвалаю.</w:t>
      </w:r>
    </w:p>
    <w:p>
      <w:r>
        <w:br/>
        <w:t>Вже я вибрешусь, будь певний!&lt;br /&gt;</w:t>
        <w:br/>
        <w:t>Та тепер, мій любий кревний,&lt;br /&gt;</w:t>
        <w:br/>
        <w:t>Прошу в хату! Вже пора&lt;br /&gt;</w:t>
        <w:br/>
        <w:t>Підвечіркувать. Аж в лапах&lt;br /&gt;</w:t>
        <w:br/>
        <w:t>В'єсь мені печені запах,&lt;br /&gt;</w:t>
        <w:br/>
        <w:t>Що зготовила стара!"</w:t>
      </w:r>
    </w:p>
    <w:p>
      <w:r>
        <w:br/>
        <w:t>Ось ввійшли, сидять, гостяться…&lt;br /&gt;</w:t>
        <w:br/>
        <w:t>Лисенята стали граться.&lt;br /&gt;</w:t>
        <w:br/>
        <w:t>"Бачиш, стрику,— Лис сказав,-&lt;br /&gt;</w:t>
        <w:br/>
        <w:t>Мінка ловить вже курчата,&lt;br /&gt;</w:t>
        <w:br/>
        <w:t>Міцько ж, бестійка завзята,&lt;br /&gt;</w:t>
        <w:br/>
        <w:t>Вчора Утку сполював!"</w:t>
      </w:r>
    </w:p>
    <w:p>
      <w:r>
        <w:br/>
        <w:t>"Справді, маєш чим гордиться! —&lt;br /&gt;</w:t>
        <w:br/>
        <w:t>Рік Бабай.— Та й не дивниця:&lt;br /&gt;</w:t>
        <w:br/>
        <w:t>В батька й діти удались!" —&lt;br /&gt;</w:t>
        <w:br/>
        <w:t>"Так-то, так! Талант — незгірше,&lt;br /&gt;</w:t>
        <w:br/>
        <w:t>Та виховання ще більше&lt;br /&gt;</w:t>
        <w:br/>
        <w:t>Тут значить!" — відмовив Лис.</w:t>
      </w:r>
    </w:p>
    <w:p>
      <w:r>
        <w:br/>
        <w:t>"Ну, та час нам в путь спішиться!"&lt;br /&gt;</w:t>
        <w:br/>
        <w:t>"Що? — аж скрикнула Лисиця.-&lt;br /&gt;</w:t>
        <w:br/>
        <w:t>Ти, Микито, знов кудись?&lt;br /&gt;</w:t>
        <w:br/>
        <w:t>В царський двір? Та бійся бога!&lt;br /&gt;</w:t>
        <w:br/>
        <w:t>Всиротить нас ся дорога!&lt;br /&gt;</w:t>
        <w:br/>
        <w:t>Скрийся дома, схаменись!"</w:t>
      </w:r>
    </w:p>
    <w:p>
      <w:r>
        <w:br/>
        <w:t>І сльозами залилася,&lt;br /&gt;</w:t>
        <w:br/>
        <w:t>І руками вчепилася,&lt;br /&gt;</w:t>
        <w:br/>
        <w:t>Щоб Микиту не пустить.&lt;br /&gt;</w:t>
        <w:br/>
        <w:t>Він, її поцілувавши&lt;br /&gt;</w:t>
        <w:br/>
        <w:t>І від себе відірвавши,&lt;br /&gt;</w:t>
        <w:br/>
        <w:t>Каже: "Жінко люба, цить!</w:t>
      </w:r>
    </w:p>
    <w:p>
      <w:r>
        <w:br/>
        <w:t>Цар не з'їсть мене там преці,&lt;br /&gt;</w:t>
        <w:br/>
        <w:t>А назустріч небезпеці&lt;br /&gt;</w:t>
        <w:br/>
        <w:t>Ліпше вийти, ніж в кутку&lt;br /&gt;</w:t>
        <w:br/>
        <w:t>Дожидать на себе грому!&lt;br /&gt;</w:t>
        <w:br/>
        <w:t>Я ж держу все по-старому&lt;br /&gt;</w:t>
        <w:br/>
        <w:t>Філософію таку:</w:t>
      </w:r>
    </w:p>
    <w:p>
      <w:r>
        <w:br/>
        <w:t>Наше все життя — війна є,&lt;br /&gt;</w:t>
        <w:br/>
        <w:t>Кождий боресь в ній, як знає:&lt;br /&gt;</w:t>
        <w:br/>
        <w:t>Сей зубами, той крильми,&lt;br /&gt;</w:t>
        <w:br/>
        <w:t>Третій кігтями міцними,&lt;br /&gt;</w:t>
        <w:br/>
        <w:t>Інший скоками прудкими…&lt;br /&gt;</w:t>
        <w:br/>
        <w:t>Чим же боремося ми?</w:t>
      </w:r>
    </w:p>
    <w:p>
      <w:r>
        <w:br/>
        <w:t>Ми ні силою не годні,&lt;br /&gt;</w:t>
        <w:br/>
        <w:t>Ні, як карпи, многоплодні.&lt;br /&gt;</w:t>
        <w:br/>
        <w:t>Ні нічвиди, як Сова,&lt;br /&gt;</w:t>
        <w:br/>
        <w:t>Ані бистрі, як той Заєць,&lt;br /&gt;</w:t>
        <w:br/>
        <w:t>В нас підмога лиш одна єсть —&lt;br /&gt;</w:t>
        <w:br/>
        <w:t>Се розумна голова.</w:t>
      </w:r>
    </w:p>
    <w:p>
      <w:r>
        <w:br/>
        <w:t>Нею треба нам крутити,&lt;br /&gt;</w:t>
        <w:br/>
        <w:t>Ум, мов бритву, наострити,&lt;br /&gt;</w:t>
        <w:br/>
        <w:t>Все обдумать в один миг,&lt;br /&gt;</w:t>
        <w:br/>
        <w:t>Іншим сіті наставляти,&lt;br /&gt;</w:t>
        <w:br/>
        <w:t>Але добре пильнувати,&lt;br /&gt;</w:t>
        <w:br/>
        <w:t>Щоб самим не впасти в них!</w:t>
      </w:r>
    </w:p>
    <w:p>
      <w:r>
        <w:br/>
        <w:t>Цар ось грозить нам війною.&lt;br /&gt;</w:t>
        <w:br/>
        <w:t>Хоть-то я не маю бою&lt;br /&gt;</w:t>
        <w:br/>
        <w:t>Перед військом тим його,&lt;br /&gt;</w:t>
        <w:br/>
        <w:t>Та все ліпше в самій річи&lt;br /&gt;</w:t>
        <w:br/>
        <w:t>Зразу злому запобічи,&lt;br /&gt;</w:t>
        <w:br/>
        <w:t>Ніж чекать бог зна чого.</w:t>
      </w:r>
    </w:p>
    <w:p>
      <w:r>
        <w:br/>
        <w:t>А на те вже я, небого,&lt;br /&gt;</w:t>
        <w:br/>
        <w:t>Чую в собі сили много!&lt;br /&gt;</w:t>
        <w:br/>
        <w:t>До таких я штук привик.&lt;br /&gt;</w:t>
        <w:br/>
        <w:t>А подумати, як цупко&lt;br /&gt;</w:t>
        <w:br/>
        <w:t>Я почну брехати, любко,&lt;br /&gt;</w:t>
        <w:br/>
        <w:t>Аж свербить мене язик!"</w:t>
      </w:r>
    </w:p>
    <w:p>
      <w:r>
        <w:br/>
        <w:t>Ще раз цілувались в лиця,&lt;br /&gt;</w:t>
        <w:br/>
        <w:t>І потішилась Лисиця;&lt;br /&gt;</w:t>
        <w:br/>
        <w:t>Але брами всі замкнуть&lt;br /&gt;</w:t>
        <w:br/>
        <w:t>Наказав Микита й жваво&lt;br /&gt;</w:t>
        <w:br/>
        <w:t>Стежечками вліво, вправо&lt;br /&gt;</w:t>
        <w:br/>
        <w:t>Почвалав з Бабаєм в путь.</w:t>
      </w:r>
    </w:p>
    <w:p>
      <w:r>
        <w:br/>
        <w:t>Гріє сонце, небо чисте,&lt;br /&gt;</w:t>
        <w:br/>
        <w:t>Ліс шумить, тріпочесь листя,&lt;br /&gt;</w:t>
        <w:br/>
        <w:t>Цвіти пахнуть — просто рай!&lt;br /&gt;</w:t>
        <w:br/>
        <w:t>Лис любуєсь красотою,&lt;br /&gt;</w:t>
        <w:br/>
        <w:t>Та, прибитий гризотою,&lt;br /&gt;</w:t>
        <w:br/>
        <w:t>Сумно штильгає Бабай.</w:t>
      </w:r>
    </w:p>
    <w:p>
      <w:r>
        <w:br/>
        <w:t>"Стрику, що тобі такого? —&lt;br /&gt;</w:t>
        <w:br/>
        <w:t>Весело рік Лис до нього.-&lt;br /&gt;</w:t>
        <w:br/>
        <w:t>Тьфу, об землю лихом вдар!&lt;br /&gt;</w:t>
        <w:br/>
        <w:t>Бач, що тут краси довкола!&lt;br /&gt;</w:t>
        <w:br/>
        <w:t>Блиск який, тепло і воля!&lt;br /&gt;</w:t>
        <w:br/>
        <w:t>Хто живий, той нині цар!"</w:t>
      </w:r>
    </w:p>
    <w:p>
      <w:r>
        <w:br/>
        <w:t>"Ой небоже,— рік Бабай,-&lt;br /&gt;</w:t>
        <w:br/>
        <w:t>Ти так надто не брикай!&lt;br /&gt;</w:t>
        <w:br/>
        <w:t>Не уйдеш ти кари!&lt;br /&gt;</w:t>
        <w:br/>
        <w:t>Де ж пак, Цапу в торбу дати&lt;br /&gt;</w:t>
        <w:br/>
        <w:t>Голову Зайця й послати&lt;br /&gt;</w:t>
        <w:br/>
        <w:t>Се цареві в дари!"</w:t>
      </w:r>
    </w:p>
    <w:p>
      <w:r>
        <w:br/>
        <w:t>"Ха-ха-ха! — смієсь Микита.-&lt;br /&gt;</w:t>
        <w:br/>
        <w:t>Штучка дешева й сердита!&lt;br /&gt;</w:t>
        <w:br/>
        <w:t>Дуже нею я горджусь.&lt;br /&gt;</w:t>
        <w:br/>
        <w:t>Трошки цар, мабуть, просапавсь,&lt;br /&gt;</w:t>
        <w:br/>
        <w:t>Поки правди в ній долапавсь…&lt;br /&gt;</w:t>
        <w:br/>
        <w:t>Та щоб карі буть — а дзусь!</w:t>
      </w:r>
    </w:p>
    <w:p>
      <w:r>
        <w:br/>
        <w:t>Нині хто рад жить, не схнути,&lt;br /&gt;</w:t>
        <w:br/>
        <w:t>Той святим не може бути,&lt;br /&gt;</w:t>
        <w:br/>
        <w:t>Як в пустині той монах.&lt;br /&gt;</w:t>
        <w:br/>
        <w:t>Кождий тут держись на тузі,&lt;br /&gt;</w:t>
        <w:br/>
        <w:t>Хто не хоче по заслузі&lt;br /&gt;</w:t>
        <w:br/>
        <w:t>Бути другому в зубах.</w:t>
      </w:r>
    </w:p>
    <w:p>
      <w:r>
        <w:br/>
        <w:t>Яць скакав поперед мене,&lt;br /&gt;</w:t>
        <w:br/>
        <w:t>Мов дитя новохрещене,&lt;br /&gt;</w:t>
        <w:br/>
        <w:t>Мов дразнив: "Ану, злови!"&lt;br /&gt;</w:t>
        <w:br/>
        <w:t>Аж мені так стало млісно,&lt;br /&gt;</w:t>
        <w:br/>
        <w:t>Що я хап його, й незвісно,&lt;br /&gt;</w:t>
        <w:br/>
        <w:t>Як він став без голови.</w:t>
      </w:r>
    </w:p>
    <w:p>
      <w:r>
        <w:br/>
        <w:t>Ну, а Цап! Скажи, будь ласкав!&lt;br /&gt;</w:t>
        <w:br/>
        <w:t>Він на мене в суді траскав:&lt;br /&gt;</w:t>
        <w:br/>
        <w:t>"Винен, винен! Най умре!"&lt;br /&gt;</w:t>
        <w:br/>
        <w:t>А як я вспів відбрехатись,&lt;br /&gt;</w:t>
        <w:br/>
        <w:t>То він лізе цілуватись!&lt;br /&gt;</w:t>
        <w:br/>
        <w:t>Най же чорт його бере!</w:t>
      </w:r>
    </w:p>
    <w:p>
      <w:r>
        <w:br/>
        <w:t>Що ж, мій гріх, а його шкода.&lt;br /&gt;</w:t>
        <w:br/>
        <w:t>Вбійство, пімста — се ж є мода&lt;br /&gt;</w:t>
        <w:br/>
        <w:t>Скрізь загальна у звірів.&lt;br /&gt;</w:t>
        <w:br/>
        <w:t>І сам цар грабує чисто,&lt;br /&gt;</w:t>
        <w:br/>
        <w:t>А не хоче особисто,&lt;br /&gt;</w:t>
        <w:br/>
        <w:t>Шле медведів і вовків".</w:t>
      </w:r>
    </w:p>
    <w:p>
      <w:r>
        <w:br/>
        <w:t>І всміхнувсь Микита стиха,&lt;br /&gt;</w:t>
        <w:br/>
        <w:t>Нюх табаки взяв і чихав,&lt;br /&gt;</w:t>
        <w:br/>
        <w:t>А відтак сказав оп'ять:&lt;br /&gt;</w:t>
        <w:br/>
        <w:t>"Ет, все байки, мій Бабайку!&lt;br /&gt;</w:t>
        <w:br/>
        <w:t>Слухай лиш отсюю байку,&lt;br /&gt;</w:t>
        <w:br/>
        <w:t>Що я хочу розказать.</w:t>
      </w:r>
    </w:p>
    <w:p>
      <w:r>
        <w:br/>
        <w:t>Кажуть: кара за рабунок!&lt;br /&gt;</w:t>
        <w:br/>
        <w:t>Ось тобі такий трафунок,&lt;br /&gt;</w:t>
        <w:br/>
        <w:t>Як наш брат хтів чесно жить.&lt;br /&gt;</w:t>
        <w:br/>
        <w:t>Є товар, є грошей досить,&lt;br /&gt;</w:t>
        <w:br/>
        <w:t>Він не скупиться, ще й просить,&lt;br /&gt;</w:t>
        <w:br/>
        <w:t>А хоч кинь, не мож купить.</w:t>
      </w:r>
    </w:p>
    <w:p>
      <w:r>
        <w:br/>
        <w:t>Раз от я і Вовк Неситий,&lt;br /&gt;</w:t>
        <w:br/>
        <w:t>Кинувши гостинець битий,&lt;br /&gt;</w:t>
        <w:br/>
        <w:t>На мандрівку ми пішли.&lt;br /&gt;</w:t>
        <w:br/>
        <w:t>Ба, зайшли за ліс, за води,-&lt;br /&gt;</w:t>
        <w:br/>
        <w:t>Ні притулку, ні господи,&lt;br /&gt;</w:t>
        <w:br/>
        <w:t>Лиш степи, луги були.</w:t>
      </w:r>
    </w:p>
    <w:p>
      <w:r>
        <w:br/>
        <w:t>Тут нас сонце припікає,&lt;br /&gt;</w:t>
        <w:br/>
        <w:t>Ба, вже й голод дотискає,&lt;br /&gt;</w:t>
        <w:br/>
        <w:t>Аж тут зирк. Лоша пасесь!&lt;br /&gt;</w:t>
        <w:br/>
        <w:t>Та таке гладке та любе,&lt;br /&gt;</w:t>
        <w:br/>
        <w:t>Що мій Вовк аж острить зуби,&lt;br /&gt;</w:t>
        <w:br/>
        <w:t>Шкіра вся на нім трясесь.</w:t>
      </w:r>
    </w:p>
    <w:p>
      <w:r>
        <w:br/>
        <w:t>Сів, бідняга, важко сапа…&lt;br /&gt;</w:t>
        <w:br/>
        <w:t>А з Лошатком мама Шкапа,&lt;br /&gt;</w:t>
        <w:br/>
        <w:t>Вкрасти вже вона не дасть.&lt;br /&gt;</w:t>
        <w:br/>
        <w:t>Каже Вовк: "Піди, Микитко,&lt;br /&gt;</w:t>
        <w:br/>
        <w:t>Запитай ту Шкапу швидко,&lt;br /&gt;</w:t>
        <w:br/>
        <w:t>Чи Лоша нам не продасть?"</w:t>
      </w:r>
    </w:p>
    <w:p>
      <w:r>
        <w:br/>
        <w:t>Я пішов, вклонивсь їй низько.&lt;br /&gt;</w:t>
        <w:br/>
        <w:t>"Що, матусю, пасовисько&lt;br /&gt;</w:t>
        <w:br/>
        <w:t>Тутка маєте незгірш?&lt;br /&gt;</w:t>
        <w:br/>
        <w:t>Та й Лошатко! От пахолок!&lt;br /&gt;</w:t>
        <w:br/>
        <w:t>Чей його нам на виховок&lt;br /&gt;</w:t>
        <w:br/>
        <w:t>Продасте за добрий гріш?"</w:t>
      </w:r>
    </w:p>
    <w:p>
      <w:r>
        <w:br/>
        <w:t>"Що ж, купуйте, люди божі!&lt;br /&gt;</w:t>
        <w:br/>
        <w:t>Я й не що великі гроші&lt;br /&gt;</w:t>
        <w:br/>
        <w:t>Буду правити від вас.&lt;br /&gt;</w:t>
        <w:br/>
        <w:t>Ось лиш прочитай значки ті,&lt;br /&gt;</w:t>
        <w:br/>
        <w:t>Що на задньому копті:&lt;br /&gt;</w:t>
        <w:br/>
        <w:t>Се тобі ціна якраз".</w:t>
      </w:r>
    </w:p>
    <w:p>
      <w:r>
        <w:br/>
        <w:t>Ну, та я не в тім'я битви&lt;br /&gt;</w:t>
        <w:br/>
        <w:t>До копита підходити!&lt;br /&gt;</w:t>
        <w:br/>
        <w:t>Шкапі поклонивсь до ніг&lt;br /&gt;</w:t>
        <w:br/>
        <w:t>Та й кажу: "Спасибі, мати,&lt;br /&gt;</w:t>
        <w:br/>
        <w:t>Та не вмію я читати".&lt;br /&gt;</w:t>
        <w:br/>
        <w:t>І до Вовка знов побіг.</w:t>
      </w:r>
    </w:p>
    <w:p>
      <w:r>
        <w:br/>
        <w:t>"Друже, Шкапа ся лагідва,&lt;br /&gt;</w:t>
        <w:br/>
        <w:t>І Лоша продати згідна,&lt;br /&gt;</w:t>
        <w:br/>
        <w:t>І ціни не хоче драть.&lt;br /&gt;</w:t>
        <w:br/>
        <w:t>Каже, в неї цінники ті&lt;br /&gt;</w:t>
        <w:br/>
        <w:t>Є на задньому копиті —&lt;br /&gt;</w:t>
        <w:br/>
        <w:t>Жаль, що я не вмів читать".</w:t>
      </w:r>
    </w:p>
    <w:p>
      <w:r>
        <w:br/>
        <w:t>"Що,— Вовк крикнув,— ти, нездаро!&lt;br /&gt;</w:t>
        <w:br/>
        <w:t>Навіть кінських літер пару&lt;br /&gt;</w:t>
        <w:br/>
        <w:t>Ти не вмієш прочитать?&lt;br /&gt;</w:t>
        <w:br/>
        <w:t>Я в письмі тім дуже вчений,&lt;br /&gt;</w:t>
        <w:br/>
        <w:t>До гімназій, академій&lt;br /&gt;</w:t>
        <w:br/>
        <w:t>Виходив років аж п'ять".</w:t>
      </w:r>
    </w:p>
    <w:p>
      <w:r>
        <w:br/>
        <w:t>І пішов мій Вовк Неситий&lt;br /&gt;</w:t>
        <w:br/>
        <w:t>Шкапу за Лоша просити.&lt;br /&gt;</w:t>
        <w:br/>
        <w:t>Шкапа ж відповіла: "На,&lt;br /&gt;</w:t>
        <w:br/>
        <w:t>Ось лиш прочитай значки ті,&lt;br /&gt;</w:t>
        <w:br/>
        <w:t>Що на задньому копиті,-&lt;br /&gt;</w:t>
        <w:br/>
        <w:t>Там написана ціна".</w:t>
      </w:r>
    </w:p>
    <w:p>
      <w:r>
        <w:br/>
        <w:t>Вовк Неситий нахиляєсь,&lt;br /&gt;</w:t>
        <w:br/>
        <w:t>До копита призираєсь,-&lt;br /&gt;</w:t>
        <w:br/>
        <w:t>Ех, як фрасне Шкапа враз,&lt;br /&gt;</w:t>
        <w:br/>
        <w:t>Як у лоб не вцідить просто,&lt;br /&gt;</w:t>
        <w:br/>
        <w:t>А була підкута остро,-&lt;br /&gt;</w:t>
        <w:br/>
        <w:t>То мій Вовк, мов свічка, згас.</w:t>
      </w:r>
    </w:p>
    <w:p>
      <w:r>
        <w:br/>
        <w:t>Шкапа ж як не зарегоче&lt;br /&gt;</w:t>
        <w:br/>
        <w:t>Та з Лошатком потеркоче,&lt;br /&gt;</w:t>
        <w:br/>
        <w:t>Що і слід обох пропав.&lt;br /&gt;</w:t>
        <w:br/>
        <w:t>А Вовчисько добру хвилю&lt;br /&gt;</w:t>
        <w:br/>
        <w:t>Полежав в такім знесиллю,&lt;br /&gt;</w:t>
        <w:br/>
        <w:t>Мов зовсім небіжчик став.</w:t>
      </w:r>
    </w:p>
    <w:p>
      <w:r>
        <w:br/>
        <w:t>Далі очі продирає,&lt;br /&gt;</w:t>
        <w:br/>
        <w:t>Доокола позирає,&lt;br /&gt;</w:t>
        <w:br/>
        <w:t>Але встати ані руш.&lt;br /&gt;</w:t>
        <w:br/>
        <w:t>"Гей,— кажу йому,— Неситий,&lt;br /&gt;</w:t>
        <w:br/>
        <w:t>Сам Лоша ти з'їв? Лишити&lt;br /&gt;</w:t>
        <w:br/>
        <w:t>Не хотів мені ні кус?</w:t>
      </w:r>
    </w:p>
    <w:p>
      <w:r>
        <w:br/>
        <w:t>Га, ненаїсна прочвало!&lt;br /&gt;</w:t>
        <w:br/>
        <w:t>З'їв усе, ще й того малої&lt;br /&gt;</w:t>
        <w:br/>
        <w:t>Друга на обід не клич!..&lt;br /&gt;</w:t>
        <w:br/>
        <w:t>Адже ж я, невдячний цапе,&lt;br /&gt;</w:t>
        <w:br/>
        <w:t>Перший торг робив у Шкапи,&lt;br /&gt;</w:t>
        <w:br/>
        <w:t>То належавсь могорич.</w:t>
      </w:r>
    </w:p>
    <w:p>
      <w:r>
        <w:br/>
        <w:t>Ну, скажи так правду гладко:&lt;br /&gt;</w:t>
        <w:br/>
        <w:t>Дешево купив Лошатко?&lt;br /&gt;</w:t>
        <w:br/>
        <w:t>Людська, знать, ціна була.&lt;br /&gt;</w:t>
        <w:br/>
        <w:t>Ви й не довго торгувались,&lt;br /&gt;</w:t>
        <w:br/>
        <w:t>По-приятельськи розстались —&lt;br /&gt;</w:t>
        <w:br/>
        <w:t>Втішна щось вона пішла.</w:t>
      </w:r>
    </w:p>
    <w:p>
      <w:r>
        <w:br/>
        <w:t>А проспавсь ти смачно, друже!&lt;br /&gt;</w:t>
        <w:br/>
        <w:t>По такім обіді дуже&lt;br /&gt;</w:t>
        <w:br/>
        <w:t>Се плявдує на живіт.&lt;br /&gt;</w:t>
        <w:br/>
        <w:t>А як славно ти, Вовчуку,&lt;br /&gt;</w:t>
        <w:br/>
        <w:t>Вмієш кінськую азбуку —&lt;br /&gt;</w:t>
        <w:br/>
        <w:t>Справді, чудо на весь світ!"</w:t>
      </w:r>
    </w:p>
    <w:p>
      <w:r>
        <w:br/>
        <w:t>Так я з Вовка кпив до ночі,&lt;br /&gt;</w:t>
        <w:br/>
        <w:t>Він же, витріщивши очі,&lt;br /&gt;</w:t>
        <w:br/>
        <w:t>Все лежав та лиш: "Ах, ах!"&lt;br /&gt;</w:t>
        <w:br/>
        <w:t>Далі каже: "Будь ти чесний!&lt;br /&gt;</w:t>
        <w:br/>
        <w:t>Що за торг би був чудесний,&lt;br /&gt;</w:t>
        <w:br/>
        <w:t>А та дич — б'є по зубах!"</w:t>
      </w:r>
    </w:p>
    <w:p>
      <w:r>
        <w:br/>
        <w:t>"Ой,— сказав Бабай,— Микито,&lt;br /&gt;</w:t>
        <w:br/>
        <w:t>Не смішний твій жарт, бо скрито&lt;br /&gt;</w:t>
        <w:br/>
        <w:t>В нім гіркої правди шмат.&lt;br /&gt;</w:t>
        <w:br/>
        <w:t>А найгірш те, що Неситий&lt;br /&gt;</w:t>
        <w:br/>
        <w:t>Нині ворог твій забитий,&lt;br /&gt;</w:t>
        <w:br/>
        <w:t>З світу рад тебе зігнать".</w:t>
      </w:r>
    </w:p>
    <w:p>
      <w:r>
        <w:br/>
        <w:t>"Е,— рік Лис,— наплюй на нього!&lt;br /&gt;</w:t>
        <w:br/>
        <w:t>Все у Вовка злоби много,&lt;br /&gt;</w:t>
        <w:br/>
        <w:t>Але злоба ум сліпить.&lt;br /&gt;</w:t>
        <w:br/>
        <w:t>Світ би весь пожер він скоро,&lt;br /&gt;</w:t>
        <w:br/>
        <w:t>Ба, коли не влізе в горло!&lt;br /&gt;</w:t>
        <w:br/>
        <w:t>А розумний з злоби кпить!"</w:t>
      </w:r>
    </w:p>
    <w:p>
      <w:r>
        <w:br/>
        <w:t>ПІСНЯ ДЕСЯТА</w:t>
      </w:r>
    </w:p>
    <w:p>
      <w:r>
        <w:br/>
        <w:t>При розмові шахом-махом&lt;br /&gt;</w:t>
        <w:br/>
        <w:t>Лис с Бабаєм битим шляхом&lt;br /&gt;</w:t>
        <w:br/>
        <w:t>Не спішаться, звільна йдуть.&lt;br /&gt;</w:t>
        <w:br/>
        <w:t>Втім Бабая штурк Микита.&lt;br /&gt;</w:t>
        <w:br/>
        <w:t>"Стрику, осьде ямка скрита,&lt;br /&gt;</w:t>
        <w:br/>
        <w:t>Живо заховаймось тут!"</w:t>
      </w:r>
    </w:p>
    <w:p>
      <w:r>
        <w:br/>
        <w:t>Під місток, що був на шляху,&lt;br /&gt;</w:t>
        <w:br/>
        <w:t>Втік Бабай в великім страху,&lt;br /&gt;</w:t>
        <w:br/>
        <w:t>Думав: може, де стрілець?&lt;br /&gt;</w:t>
        <w:br/>
        <w:t>А за ним шмигнув Микита,&lt;br /&gt;</w:t>
        <w:br/>
        <w:t>Та на шлях глядів з укриття…&lt;br /&gt;</w:t>
        <w:br/>
        <w:t>Пст! А сам трясеться ввесь.</w:t>
      </w:r>
    </w:p>
    <w:p>
      <w:r>
        <w:br/>
        <w:t>А тим шляхом ізо Львова&lt;br /&gt;</w:t>
        <w:br/>
        <w:t>Йде процесія здорова,&lt;br /&gt;</w:t>
        <w:br/>
        <w:t>Що ходила там на суд:&lt;br /&gt;</w:t>
        <w:br/>
        <w:t>Старий Півень перед веде,&lt;br /&gt;</w:t>
        <w:br/>
        <w:t>За ним його весь рід іде,&lt;br /&gt;</w:t>
        <w:br/>
        <w:t>Тільки мар вже не несуть.</w:t>
      </w:r>
    </w:p>
    <w:p>
      <w:r>
        <w:br/>
        <w:t>Заховавши жаль у серці,&lt;br /&gt;</w:t>
        <w:br/>
        <w:t>З горя випивши по чвертці,&lt;br /&gt;</w:t>
        <w:br/>
        <w:t>Всі співають "Комаря":&lt;br /&gt;</w:t>
        <w:br/>
        <w:t>"Гей, там в лісі шум зробився,&lt;br /&gt;</w:t>
        <w:br/>
        <w:t>Комар з дуба повалився!&lt;br /&gt;</w:t>
        <w:br/>
        <w:t>Кличте, кличте лікаря!</w:t>
      </w:r>
    </w:p>
    <w:p>
      <w:r>
        <w:br/>
        <w:t>Розбив собі головище&lt;br /&gt;</w:t>
        <w:br/>
        <w:t>На дубовий конарище&lt;br /&gt;</w:t>
        <w:br/>
        <w:t>(Соло Півень витяга);&lt;br /&gt;</w:t>
        <w:br/>
        <w:t>Вилетіла Муха з хати&lt;br /&gt;</w:t>
        <w:br/>
        <w:t>Комаренька рятувати&lt;br /&gt;</w:t>
        <w:br/>
        <w:t>(Вся рідня підпомага).</w:t>
      </w:r>
    </w:p>
    <w:p>
      <w:r>
        <w:br/>
        <w:t>"Ой Комарю, господарю,&lt;br /&gt;</w:t>
        <w:br/>
        <w:t>Жаль мені вас непомалу,-&lt;br /&gt;</w:t>
        <w:br/>
        <w:t>Тягне Півень голоском.-&lt;br /&gt;</w:t>
        <w:br/>
        <w:t>Чим же я тебе улічу?&lt;br /&gt;</w:t>
        <w:br/>
        <w:t>Бо тобі я щиро зичу! —&lt;br /&gt;</w:t>
        <w:br/>
        <w:t>Хор підхопив весь гуртком.-</w:t>
      </w:r>
    </w:p>
    <w:p>
      <w:r>
        <w:br/>
        <w:t>Продам хату, продам сіни,&lt;br /&gt;</w:t>
        <w:br/>
        <w:t>Щоб добути медицини,&lt;br /&gt;</w:t>
        <w:br/>
        <w:t>Ще й покличу лікаря,&lt;br /&gt;</w:t>
        <w:br/>
        <w:t>Продам граблі і мотику,&lt;br /&gt;</w:t>
        <w:br/>
        <w:t>Заплачу ще і аптику,&lt;br /&gt;</w:t>
        <w:br/>
        <w:t>А вздоровлю Комаря.</w:t>
      </w:r>
    </w:p>
    <w:p>
      <w:r>
        <w:br/>
        <w:t>Ой, як гукне Муха люба,&lt;br /&gt;</w:t>
        <w:br/>
        <w:t>Поскакали кліщі з дуба,&lt;br /&gt;</w:t>
        <w:br/>
        <w:t>Комарю спинили кров.&lt;br /&gt;</w:t>
        <w:br/>
        <w:t>Мурашечки прибувають,&lt;br /&gt;</w:t>
        <w:br/>
        <w:t>Подушечки підстеляють,&lt;br /&gt;</w:t>
        <w:br/>
        <w:t>Щоб на нього сон прийшов".</w:t>
      </w:r>
    </w:p>
    <w:p>
      <w:r>
        <w:br/>
        <w:t>Так-то куряча рідня вся&lt;br /&gt;</w:t>
        <w:br/>
        <w:t>Верещить, аж порівнявся&lt;br /&gt;</w:t>
        <w:br/>
        <w:t>Старий Півень із містком;&lt;br /&gt;</w:t>
        <w:br/>
        <w:t>Втім, мов блискавка, з укриття&lt;br /&gt;</w:t>
        <w:br/>
        <w:t>Як не скочить Лис Микита&lt;br /&gt;</w:t>
        <w:br/>
        <w:t>Та й хахап його мельком!</w:t>
      </w:r>
    </w:p>
    <w:p>
      <w:r>
        <w:br/>
        <w:t>"Га, ти тут мені, драбуго!" —&lt;br /&gt;</w:t>
        <w:br/>
        <w:t>Скржкнув Лис, і вхопив туго,&lt;br /&gt;</w:t>
        <w:br/>
        <w:t>І головку враз відгриз.&lt;br /&gt;</w:t>
        <w:br/>
        <w:t>Півень лиш крильцями стріпав&lt;br /&gt;</w:t>
        <w:br/>
        <w:t>І лапками довго сіпав:&lt;br /&gt;</w:t>
        <w:br/>
        <w:t>З трупом в яму скочив Лис.</w:t>
      </w:r>
    </w:p>
    <w:p>
      <w:r>
        <w:br/>
        <w:t>"Бійся бога, мій синашу,&lt;br /&gt;</w:t>
        <w:br/>
        <w:t>Заварив нову ти кашу!&lt;br /&gt;</w:t>
        <w:br/>
        <w:t>Чи зовсім ти з глузду збивсь?&lt;br /&gt;</w:t>
        <w:br/>
        <w:t>Півень сей — велика сила.&lt;br /&gt;</w:t>
        <w:br/>
        <w:t>Мав протекцію в Бурмила&lt;br /&gt;</w:t>
        <w:br/>
        <w:t>І цариці полюбивсь".</w:t>
      </w:r>
    </w:p>
    <w:p>
      <w:r>
        <w:br/>
        <w:t>Так Бабай остерігає,&lt;br /&gt;</w:t>
        <w:br/>
        <w:t>Та Микита вже не дбає,&lt;br /&gt;</w:t>
        <w:br/>
        <w:t>Півня радісно скубе.&lt;br /&gt;</w:t>
        <w:br/>
        <w:t>"Ти начхай на се, мосьпане!&lt;br /&gt;</w:t>
        <w:br/>
        <w:t>Глянь лиш, що тут за сніданнє!&lt;br /&gt;</w:t>
        <w:br/>
        <w:t>Пишно погощу тебе!</w:t>
      </w:r>
    </w:p>
    <w:p>
      <w:r>
        <w:br/>
        <w:t>А на Півня сього, стрику,&lt;br /&gt;</w:t>
        <w:br/>
        <w:t>Здавна злість я мав велику,&lt;br /&gt;</w:t>
        <w:br/>
        <w:t>В серці й досі ще кипить:&lt;br /&gt;</w:t>
        <w:br/>
        <w:t>Не за позов, не за шкоду,&lt;br /&gt;</w:t>
        <w:br/>
        <w:t>Але за одну пригоду,&lt;br /&gt;</w:t>
        <w:br/>
        <w:t>Про яку й згадати стид.</w:t>
      </w:r>
    </w:p>
    <w:p>
      <w:r>
        <w:br/>
        <w:t>Раз голодний, що аж плачу,&lt;br /&gt;</w:t>
        <w:br/>
        <w:t>Йду я попід сад і бачу:&lt;br /&gt;</w:t>
        <w:br/>
        <w:t>Півень піє на вербі.&lt;br /&gt;</w:t>
        <w:br/>
        <w:t>Як би тут його ошвабить,&lt;br /&gt;</w:t>
        <w:br/>
        <w:t>Із верби додолу звабить&lt;br /&gt;</w:t>
        <w:br/>
        <w:t>І до рук дістать собі?</w:t>
      </w:r>
    </w:p>
    <w:p>
      <w:r>
        <w:br/>
        <w:t>І як стій я для потреби&lt;br /&gt;</w:t>
        <w:br/>
        <w:t>Вдав пустинника із себе,&lt;br /&gt;</w:t>
        <w:br/>
        <w:t>Мимрю: "Господи воззвах";&lt;br /&gt;</w:t>
        <w:br/>
        <w:t>Далі під вербу підходжу,&lt;br /&gt;</w:t>
        <w:br/>
        <w:t>Очі скромно вверх підводжу&lt;br /&gt;</w:t>
        <w:br/>
        <w:t>Та й говорю, як монах:</w:t>
      </w:r>
    </w:p>
    <w:p>
      <w:r>
        <w:br/>
        <w:t>"Любая моя дитино,&lt;br /&gt;</w:t>
        <w:br/>
        <w:t>Дивна, райськая пташино,&lt;br /&gt;</w:t>
        <w:br/>
        <w:t>Здоровлю тебе сим днем!&lt;br /&gt;</w:t>
        <w:br/>
        <w:t>Дбаю я про тебе ревне,&lt;br /&gt;</w:t>
        <w:br/>
        <w:t>Про твоє добро душевне&lt;br /&gt;</w:t>
        <w:br/>
        <w:t>Дай розмову розпочнем!"</w:t>
      </w:r>
    </w:p>
    <w:p>
      <w:r>
        <w:br/>
        <w:t>Півень крикнув сміховито:&lt;br /&gt;</w:t>
        <w:br/>
        <w:t>"Ой мій таточку Микито,&lt;br /&gt;</w:t>
        <w:br/>
        <w:t>Видко, ти давно не їв!&lt;br /&gt;</w:t>
        <w:br/>
        <w:t>Любиш ти у мене, певне,&lt;br /&gt;</w:t>
        <w:br/>
        <w:t>Більш тілесне, ніж душевне!&lt;br /&gt;</w:t>
        <w:br/>
        <w:t>Зголоднів — то й спобожнів!"</w:t>
      </w:r>
    </w:p>
    <w:p>
      <w:r>
        <w:br/>
        <w:t>"Не гріши, душе честива!&lt;br /&gt;</w:t>
        <w:br/>
        <w:t>Я відрікся від м'ясива,&lt;br /&gt;</w:t>
        <w:br/>
        <w:t>Їм лиш мід да корінці,&lt;br /&gt;</w:t>
        <w:br/>
        <w:t>Піст твердий держу щоднини&lt;br /&gt;</w:t>
        <w:br/>
        <w:t>І живу собі в пустини&lt;br /&gt;</w:t>
        <w:br/>
        <w:t>В найтемнішому кінці".</w:t>
      </w:r>
    </w:p>
    <w:p>
      <w:r>
        <w:br/>
        <w:t>Півень крикнув сміховито:&lt;br /&gt;</w:t>
        <w:br/>
        <w:t>"Ой мій таточку Микито,&lt;br /&gt;</w:t>
        <w:br/>
        <w:t>Та й масні ж твої слова.&lt;br /&gt;</w:t>
        <w:br/>
        <w:t>І язик твій медом капле.&lt;br /&gt;</w:t>
        <w:br/>
        <w:t>Але зуб твій люто хапле,&lt;br /&gt;</w:t>
        <w:br/>
        <w:t>Злоби повна голова".</w:t>
      </w:r>
    </w:p>
    <w:p>
      <w:r>
        <w:br/>
        <w:t>Я кажу: "Ой гарна пташко,&lt;br /&gt;</w:t>
        <w:br/>
        <w:t>Знов грішиш ти дуже тяжко!&lt;br /&gt;</w:t>
        <w:br/>
        <w:t>Знай же: задля тебе я&lt;br /&gt;</w:t>
        <w:br/>
        <w:t>Із далекої пустині&lt;br /&gt;</w:t>
        <w:br/>
        <w:t>Вмисно аж сюди йду нині.&lt;br /&gt;</w:t>
        <w:br/>
        <w:t>Ось до тебе річ моя:</w:t>
      </w:r>
    </w:p>
    <w:p>
      <w:r>
        <w:br/>
        <w:t>В сні почув я голос з неба:&lt;br /&gt;</w:t>
        <w:br/>
        <w:t>"Встань, Микито, живо треба&lt;br /&gt;</w:t>
        <w:br/>
        <w:t>У село іти тобі.&lt;br /&gt;</w:t>
        <w:br/>
        <w:t>Ти не гайся й не лякайся,&lt;br /&gt;</w:t>
        <w:br/>
        <w:t>Якнайшвидше поспішайся,-&lt;br /&gt;</w:t>
        <w:br/>
        <w:t>Здиблеш півня на вербі.</w:t>
      </w:r>
    </w:p>
    <w:p>
      <w:r>
        <w:br/>
        <w:t>Півень сей — страшенний грішник,&lt;br /&gt;</w:t>
        <w:br/>
        <w:t>Многоженець, і насмішник,&lt;br /&gt;</w:t>
        <w:br/>
        <w:t>І безбожник. Тож іди&lt;br /&gt;</w:t>
        <w:br/>
        <w:t>Розворуш йому сумління,&lt;br /&gt;</w:t>
        <w:br/>
        <w:t>Змий гріховне затвердіння,&lt;br /&gt;</w:t>
        <w:br/>
        <w:t>До покути приведи!"</w:t>
      </w:r>
    </w:p>
    <w:p>
      <w:r>
        <w:br/>
        <w:t>Сичку ти мій гребенястий!&lt;br /&gt;</w:t>
        <w:br/>
        <w:t>Швидко можеш ти пропасти,&lt;br /&gt;</w:t>
        <w:br/>
        <w:t>І душа піде в смолу.&lt;br /&gt;</w:t>
        <w:br/>
        <w:t>Злізь з гілляки, сповідайся,&lt;br /&gt;</w:t>
        <w:br/>
        <w:t>У гріхах своїх покайся,&lt;br /&gt;</w:t>
        <w:br/>
        <w:t>Душу збережи цілу".</w:t>
      </w:r>
    </w:p>
    <w:p>
      <w:r>
        <w:br/>
        <w:t>Мовить Півень сміховито:&lt;br /&gt;</w:t>
        <w:br/>
        <w:t>"Ох мій таточку Микито,&lt;br /&gt;</w:t>
        <w:br/>
        <w:t>В чім же той тяжкий мій гріх?&lt;br /&gt;</w:t>
        <w:br/>
        <w:t>Чи то я краду, грабую,&lt;br /&gt;</w:t>
        <w:br/>
        <w:t>Чи вбиваю, чи мордую,&lt;br /&gt;</w:t>
        <w:br/>
        <w:t>Чи святе беру на сміх?"</w:t>
      </w:r>
    </w:p>
    <w:p>
      <w:r>
        <w:br/>
        <w:t>"Ей небоже,— мовлю грізно,-&lt;br /&gt;</w:t>
        <w:br/>
        <w:t>Кайся, щоб не було пізно!&lt;br /&gt;</w:t>
        <w:br/>
        <w:t>З серця гордість вилинь пріч!&lt;br /&gt;</w:t>
        <w:br/>
        <w:t>У тяжких гріхах конаєш,&lt;br /&gt;</w:t>
        <w:br/>
        <w:t>А і сам про них не знаєш —&lt;br /&gt;</w:t>
        <w:br/>
        <w:t>Се погана дуже річ.</w:t>
      </w:r>
    </w:p>
    <w:p>
      <w:r>
        <w:br/>
        <w:t>Чи ж не маєш ти, признайся,&lt;br /&gt;</w:t>
        <w:br/>
        <w:t>По дванадцять, по п'ятнадцять&lt;br /&gt;</w:t>
        <w:br/>
        <w:t>І по більше ще жінок?&lt;br /&gt;</w:t>
        <w:br/>
        <w:t>По якому се закону&lt;br /&gt;</w:t>
        <w:br/>
        <w:t>Ти жиєш в грісі такому?&lt;br /&gt;</w:t>
        <w:br/>
        <w:t>Будеш в пеклі в сірці мок!"</w:t>
      </w:r>
    </w:p>
    <w:p>
      <w:r>
        <w:br/>
        <w:t>Тут мій Півень став, мов змитий:&lt;br /&gt;</w:t>
        <w:br/>
        <w:t>Тон мій, острий і сердитий,&lt;br /&gt;</w:t>
        <w:br/>
        <w:t>Зрушив, бач, його нутро.&lt;br /&gt;</w:t>
        <w:br/>
        <w:t>"Ой мій таточку Микито,&lt;br /&gt;</w:t>
        <w:br/>
        <w:t>Бачу ясно і відкрито&lt;br /&gt;</w:t>
        <w:br/>
        <w:t>Се гріховнеє тавро!</w:t>
      </w:r>
    </w:p>
    <w:p>
      <w:r>
        <w:br/>
        <w:t>Та сей раз ще змилостився!&lt;br /&gt;</w:t>
        <w:br/>
        <w:t>Я не постив, не молився,&lt;br /&gt;</w:t>
        <w:br/>
        <w:t>В серці скрухи не збудив.&lt;br /&gt;</w:t>
        <w:br/>
        <w:t>Кепська сповідь бути може,&lt;br /&gt;</w:t>
        <w:br/>
        <w:t>Тож лякаюся, крий боже,&lt;br /&gt;</w:t>
        <w:br/>
        <w:t>Щоб і тут не поблудив".</w:t>
      </w:r>
    </w:p>
    <w:p>
      <w:r>
        <w:br/>
        <w:t>"Грішнику! — ревнув я строго.-&lt;br /&gt;</w:t>
        <w:br/>
        <w:t>Чорт говорить з горла твого!&lt;br /&gt;</w:t>
        <w:br/>
        <w:t>Сповіді боїться біс!&lt;br /&gt;</w:t>
        <w:br/>
        <w:t>Геть жени його! Покайся!&lt;br /&gt;</w:t>
        <w:br/>
        <w:t>Із покутою не гайся!&lt;br /&gt;</w:t>
        <w:br/>
        <w:t>Зараз тут до мене злізь!"</w:t>
      </w:r>
    </w:p>
    <w:p>
      <w:r>
        <w:br/>
        <w:t>Отакого-то я шваба&lt;br /&gt;</w:t>
        <w:br/>
        <w:t>Підпустивши, сього драба&lt;br /&gt;</w:t>
        <w:br/>
        <w:t>Таки за печінку взяв.&lt;br /&gt;</w:t>
        <w:br/>
        <w:t>Звільна з гільки він на гільку&lt;br /&gt;</w:t>
        <w:br/>
        <w:t>Став злітати і за хвильку&lt;br /&gt;</w:t>
        <w:br/>
        <w:t>На землі край мене став.</w:t>
      </w:r>
    </w:p>
    <w:p>
      <w:r>
        <w:br/>
        <w:t>Тут я хап його та й кличу:&lt;br /&gt;</w:t>
        <w:br/>
        <w:t>"А, ти тут мені, паничу!&lt;br /&gt;</w:t>
        <w:br/>
        <w:t>Сповідайсь, не сповідайсь,&lt;br /&gt;</w:t>
        <w:br/>
        <w:t>А великої покути&lt;br /&gt;</w:t>
        <w:br/>
        <w:t>Вже тобі не оминути.&lt;br /&gt;</w:t>
        <w:br/>
        <w:t>Зараз із життям прощайсь!</w:t>
      </w:r>
    </w:p>
    <w:p>
      <w:r>
        <w:br/>
        <w:t>Будь я пес, не Лис Микита!&lt;br /&gt;</w:t>
        <w:br/>
        <w:t>Буде кров твоя пролита,&lt;br /&gt;</w:t>
        <w:br/>
        <w:t>А жупан червоний твій&lt;br /&gt;</w:t>
        <w:br/>
        <w:t>Я розмикаю й розкину,&lt;br /&gt;</w:t>
        <w:br/>
        <w:t>Грішне тіло в домовину&lt;br /&gt;</w:t>
        <w:br/>
        <w:t>У живіт спакую свій".</w:t>
      </w:r>
    </w:p>
    <w:p>
      <w:r>
        <w:br/>
        <w:t>Зміркувавши, де попався,&lt;br /&gt;</w:t>
        <w:br/>
        <w:t>Півень стишивсь, не тріпався,&lt;br /&gt;</w:t>
        <w:br/>
        <w:t>Звісив голову униз&lt;br /&gt;</w:t>
        <w:br/>
        <w:t>І промовив сумовито:&lt;br /&gt;</w:t>
        <w:br/>
        <w:t>"Ой мій таточку Микито,&lt;br /&gt;</w:t>
        <w:br/>
        <w:t>Що вже діяти, живись!</w:t>
      </w:r>
    </w:p>
    <w:p>
      <w:r>
        <w:br/>
        <w:t>Видко, бог судив так, любий,&lt;br /&gt;</w:t>
        <w:br/>
        <w:t>Щоб через твої я зуби&lt;br /&gt;</w:t>
        <w:br/>
        <w:t>В рай блаженний увійшов.&lt;br /&gt;</w:t>
        <w:br/>
        <w:t>Так бери ж собі те тіло,&lt;br /&gt;</w:t>
        <w:br/>
        <w:t>Щоб в зубах твоїх хрумтіло,-&lt;br /&gt;</w:t>
        <w:br/>
        <w:t>Поживай і будь здоров!</w:t>
      </w:r>
    </w:p>
    <w:p>
      <w:r>
        <w:br/>
        <w:t>І жупан отсей червоний,&lt;br /&gt;</w:t>
        <w:br/>
        <w:t>Що ним часто во дні они&lt;br /&gt;</w:t>
        <w:br/>
        <w:t>Я пишавсь серед курок,&lt;br /&gt;</w:t>
        <w:br/>
        <w:t>Рви, шматуй,— я не жалію,&lt;br /&gt;</w:t>
        <w:br/>
        <w:t>Тільки дай мені надію,&lt;br /&gt;</w:t>
        <w:br/>
        <w:t>Що в смолі не буду мок.</w:t>
      </w:r>
    </w:p>
    <w:p>
      <w:r>
        <w:br/>
        <w:t>Лиш один ще жаль сердечний&lt;br /&gt;</w:t>
        <w:br/>
        <w:t>В світ загробний, безконечний&lt;br /&gt;</w:t>
        <w:br/>
        <w:t>Понесу з собою я,&lt;br /&gt;</w:t>
        <w:br/>
        <w:t>Жаль тяжкий для серця мого,&lt;br /&gt;</w:t>
        <w:br/>
        <w:t>Бо й для тебе шкоди много&lt;br /&gt;</w:t>
        <w:br/>
        <w:t>Принесе та смерть моя.</w:t>
      </w:r>
    </w:p>
    <w:p>
      <w:r>
        <w:br/>
        <w:t>Бачиш, голос мій чудовий&lt;br /&gt;</w:t>
        <w:br/>
        <w:t>Так сподобався попови,&lt;br /&gt;</w:t>
        <w:br/>
        <w:t>Слава скрізь о нім така,&lt;br /&gt;</w:t>
        <w:br/>
        <w:t>Що в єпископськім соборі&lt;br /&gt;</w:t>
        <w:br/>
        <w:t>При архієрейськім хорі&lt;br /&gt;</w:t>
        <w:br/>
        <w:t>Мав я стати за дяка.</w:t>
      </w:r>
    </w:p>
    <w:p>
      <w:r>
        <w:br/>
        <w:t>Обіцяли паляниці,&lt;br /&gt;</w:t>
        <w:br/>
        <w:t>Штири кірчики пшениці,&lt;br /&gt;</w:t>
        <w:br/>
        <w:t>Ще й м'якого хавтуря;&lt;br /&gt;</w:t>
        <w:br/>
        <w:t>Та я пункт поклав конечний,&lt;br /&gt;</w:t>
        <w:br/>
        <w:t>Щоб Микита, муж сердечний,&lt;br /&gt;</w:t>
        <w:br/>
        <w:t>Був там за паламаря.</w:t>
      </w:r>
    </w:p>
    <w:p>
      <w:r>
        <w:br/>
        <w:t>Ось тепер, коли я гину,&lt;br /&gt;</w:t>
        <w:br/>
        <w:t>Мали у твою пустиню&lt;br /&gt;</w:t>
        <w:br/>
        <w:t>Три каноніки прийти&lt;br /&gt;</w:t>
        <w:br/>
        <w:t>Закінчить твоє злидарство,&lt;br /&gt;</w:t>
        <w:br/>
        <w:t>Запросить на паламарство&lt;br /&gt;</w:t>
        <w:br/>
        <w:t>І завдаток принести".</w:t>
      </w:r>
    </w:p>
    <w:p>
      <w:r>
        <w:br/>
        <w:t>Я артист є, любий стрику!&lt;br /&gt;</w:t>
        <w:br/>
        <w:t>Кожде слово в мні велику&lt;br /&gt;</w:t>
        <w:br/>
        <w:t>Силу вражень підійма.&lt;br /&gt;</w:t>
        <w:br/>
        <w:t>Тож, як вчув слова такії,&lt;br /&gt;</w:t>
        <w:br/>
        <w:t>Розгулялись в мене мрії,&lt;br /&gt;</w:t>
        <w:br/>
        <w:t>Скокнула душа сама.</w:t>
      </w:r>
    </w:p>
    <w:p>
      <w:r>
        <w:br/>
        <w:t>Рот роззявивши без тями,&lt;br /&gt;</w:t>
        <w:br/>
        <w:t>Живо сплеснувши руками,&lt;br /&gt;</w:t>
        <w:br/>
        <w:t>Мовлю: "Отакий пан Лис!"&lt;br /&gt;</w:t>
        <w:br/>
        <w:t>А в тій хвилі півень-злюка&lt;br /&gt;</w:t>
        <w:br/>
        <w:t>Скочив, пурхнув, мов гадюка,&lt;br /&gt;</w:t>
        <w:br/>
        <w:t>Та й на гілку тільки блис.</w:t>
      </w:r>
    </w:p>
    <w:p>
      <w:r>
        <w:br/>
        <w:t>"Ой мій таточку Микито,-&lt;br /&gt;</w:t>
        <w:br/>
        <w:t>Мовить відтам гордовито,-&lt;br /&gt;</w:t>
        <w:br/>
        <w:t>Так ти паном буть забаг?&lt;br /&gt;</w:t>
        <w:br/>
        <w:t>Для мерзкого паламарства&lt;br /&gt;</w:t>
        <w:br/>
        <w:t>Зрікся б ти і неба, й царства!&lt;br /&gt;</w:t>
        <w:br/>
        <w:t>А мене ти мав в зубах!"</w:t>
      </w:r>
    </w:p>
    <w:p>
      <w:r>
        <w:br/>
        <w:t>Тьфу, та й згадувати годі,&lt;br /&gt;</w:t>
        <w:br/>
        <w:t>Як із мене кпив сей злодій,&lt;br /&gt;</w:t>
        <w:br/>
        <w:t>Як пишавсь, мов генерал!&lt;br /&gt;</w:t>
        <w:br/>
        <w:t>Я звір тихий і рахманний,&lt;br /&gt;</w:t>
        <w:br/>
        <w:t>Все дарую, бійку, рани,-&lt;br /&gt;</w:t>
        <w:br/>
        <w:t>Та до смерті мщу скандал".</w:t>
      </w:r>
    </w:p>
    <w:p>
      <w:r>
        <w:br/>
        <w:t>Отакеє розповівши,&lt;br /&gt;</w:t>
        <w:br/>
        <w:t>Враз з Бабаєм півня з'ївши&lt;br /&gt;</w:t>
        <w:br/>
        <w:t>І спочивши під містким,&lt;br /&gt;</w:t>
        <w:br/>
        <w:t>Наші любі подорожні,&lt;br /&gt;</w:t>
        <w:br/>
        <w:t>Мов святії та побожні,&lt;br /&gt;</w:t>
        <w:br/>
        <w:t>Далі тюпали пішком.</w:t>
      </w:r>
    </w:p>
    <w:p>
      <w:r>
        <w:br/>
        <w:t>"Кажеш, стрику: Півень — сила,&lt;br /&gt;</w:t>
        <w:br/>
        <w:t>Мав протекцію в Бурмила&lt;br /&gt;</w:t>
        <w:br/>
        <w:t>І в цариці в ласку вліз?&lt;br /&gt;</w:t>
        <w:br/>
        <w:t>То-то й є наш лад, нівроку:&lt;br /&gt;</w:t>
        <w:br/>
        <w:t>Без протекції ні кроку!&lt;br /&gt;</w:t>
        <w:br/>
        <w:t>Щоб вас божий грім розтріс!</w:t>
      </w:r>
    </w:p>
    <w:p>
      <w:r>
        <w:br/>
        <w:t>Чи ти вчитель, чи фаховець,&lt;br /&gt;</w:t>
        <w:br/>
        <w:t>Чи урядник, промисловець,&lt;br /&gt;</w:t>
        <w:br/>
        <w:t>Чи поет, чи ремісник,&lt;br /&gt;</w:t>
        <w:br/>
        <w:t>Будь ти здібний, пильний дуже,-&lt;br /&gt;</w:t>
        <w:br/>
        <w:t>Без протекції, мій друже,&lt;br /&gt;</w:t>
        <w:br/>
        <w:t>За весь труд свій маєш шпик.</w:t>
      </w:r>
    </w:p>
    <w:p>
      <w:r>
        <w:br/>
        <w:t>Ласка панська, вплив жіноцтва&lt;br /&gt;</w:t>
        <w:br/>
        <w:t>Вищі понад всі свідоцтва;&lt;br /&gt;</w:t>
        <w:br/>
        <w:t>Шепне слово пан барон,&lt;br /&gt;</w:t>
        <w:br/>
        <w:t>Чи прийде білет княгині,-&lt;br /&gt;</w:t>
        <w:br/>
        <w:t>Весь твій труд в одній хвилині&lt;br /&gt;</w:t>
        <w:br/>
        <w:t>В пил розсиплеться, мов сон.</w:t>
      </w:r>
    </w:p>
    <w:p>
      <w:r>
        <w:br/>
        <w:t>Так-то, любий мій Бабаю!&lt;br /&gt;</w:t>
        <w:br/>
        <w:t>Силу ту я добре знаю,&lt;br /&gt;</w:t>
        <w:br/>
        <w:t>А як знаю — не боюсь.&lt;br /&gt;</w:t>
        <w:br/>
        <w:t>Адже ж я не в тім'я битий&lt;br /&gt;</w:t>
        <w:br/>
        <w:t>І для себе вмів зробити&lt;br /&gt;</w:t>
        <w:br/>
        <w:t>Там протекційку якусь.</w:t>
      </w:r>
    </w:p>
    <w:p>
      <w:r>
        <w:br/>
        <w:t>При дворі коло цариці&lt;br /&gt;</w:t>
        <w:br/>
        <w:t>Є на місці фельдшериці&lt;br /&gt;</w:t>
        <w:br/>
        <w:t>Малпа Фрузя, удова:&lt;br /&gt;</w:t>
        <w:br/>
        <w:t>Ніби лікарка потрошка,&lt;br /&gt;</w:t>
        <w:br/>
        <w:t>Ніби знахарка, ворожка,&lt;br /&gt;</w:t>
        <w:br/>
        <w:t>А вродлива, як сова.</w:t>
      </w:r>
    </w:p>
    <w:p>
      <w:r>
        <w:br/>
        <w:t>Хоч давно вже не панянка&lt;br /&gt;</w:t>
        <w:br/>
        <w:t>І страшна емансипантка,&lt;br /&gt;</w:t>
        <w:br/>
        <w:t>Всіх ненавидить мужчин,&lt;br /&gt;</w:t>
        <w:br/>
        <w:t>А до мене потихенько,&lt;br /&gt;</w:t>
        <w:br/>
        <w:t>Чує щось її серденько,-&lt;br /&gt;</w:t>
        <w:br/>
        <w:t>Звісно, що не без причин.</w:t>
      </w:r>
    </w:p>
    <w:p>
      <w:r>
        <w:br/>
        <w:t>Правду рікши, у цариці&lt;br /&gt;</w:t>
        <w:br/>
        <w:t>Я їй місце фельдшериці&lt;br /&gt;</w:t>
        <w:br/>
        <w:t>Виєднав — і дуже рад;&lt;br /&gt;</w:t>
        <w:br/>
        <w:t>А тепер вона, небоже,&lt;br /&gt;</w:t>
        <w:br/>
        <w:t>Все в дворі зробити може,&lt;br /&gt;</w:t>
        <w:br/>
        <w:t>Всіх на свій звертає лад.</w:t>
      </w:r>
    </w:p>
    <w:p>
      <w:r>
        <w:br/>
        <w:t>Та хоч би мене й не знала,&lt;br /&gt;</w:t>
        <w:br/>
        <w:t>То за мною би обстала,&lt;br /&gt;</w:t>
        <w:br/>
        <w:t>Бо не любить Вовка — страх.&lt;br /&gt;</w:t>
        <w:br/>
        <w:t>Чом не любить — се я знаю&lt;br /&gt;</w:t>
        <w:br/>
        <w:t>І скажу тобі, Бабаю,-&lt;br /&gt;</w:t>
        <w:br/>
        <w:t>Швидше нам минеться шлях.</w:t>
      </w:r>
    </w:p>
    <w:p>
      <w:r>
        <w:br/>
        <w:t>Ще як з Вовком мандрував я,&lt;br /&gt;</w:t>
        <w:br/>
        <w:t>Раз в чужину заблукав я&lt;br /&gt;</w:t>
        <w:br/>
        <w:t>Аж над море, в Малпин край.&lt;br /&gt;</w:t>
        <w:br/>
        <w:t>Змучені оба, голодні,&lt;br /&gt;</w:t>
        <w:br/>
        <w:t>Нічого зловить не годні,&lt;br /&gt;</w:t>
        <w:br/>
        <w:t>Хоч лягай та умирай.</w:t>
      </w:r>
    </w:p>
    <w:p>
      <w:r>
        <w:br/>
        <w:t>Глянь — між скалами криївка,&lt;br /&gt;</w:t>
        <w:br/>
        <w:t>Малпи Фрузі се домівка,&lt;br /&gt;</w:t>
        <w:br/>
        <w:t>От Неситий повіда:&lt;br /&gt;</w:t>
        <w:br/>
        <w:t>"Йди, Микито, в сю хатину,&lt;br /&gt;</w:t>
        <w:br/>
        <w:t>Може, нас приймуть в гостину,&lt;br /&gt;</w:t>
        <w:br/>
        <w:t>Бо тяжка нам тут біда".</w:t>
      </w:r>
    </w:p>
    <w:p>
      <w:r>
        <w:br/>
        <w:t>Йду я, входжу — серед хати&lt;br /&gt;</w:t>
        <w:br/>
        <w:t>Малпа, наче чорт лабатий.&lt;br /&gt;</w:t>
        <w:br/>
        <w:t>А круг неї діточки,&lt;br /&gt;</w:t>
        <w:br/>
        <w:t>Та такі вам обридливі!&lt;br /&gt;</w:t>
        <w:br/>
        <w:t>Чортенята всі правдиві,&lt;br /&gt;</w:t>
        <w:br/>
        <w:t>Щи аж страшно, бідочки.</w:t>
      </w:r>
    </w:p>
    <w:p>
      <w:r>
        <w:br/>
        <w:t>Визвірились всі на мене,&lt;br /&gt;</w:t>
        <w:br/>
        <w:t>Аж пробігло щось студене&lt;br /&gt;</w:t>
        <w:br/>
        <w:t>Попід шкіру — тьфу, пропадь!&lt;br /&gt;</w:t>
        <w:br/>
        <w:t>Очі всі повитріщали,&lt;br /&gt;</w:t>
        <w:br/>
        <w:t>Зуби так понаставляли,-&lt;br /&gt;</w:t>
        <w:br/>
        <w:t>Думалось: от-от з'їдять.</w:t>
      </w:r>
    </w:p>
    <w:p>
      <w:r>
        <w:br/>
        <w:t>А Малпиня, та прочвара,&lt;br /&gt;</w:t>
        <w:br/>
        <w:t>ІІідступа, мов чорна хмара:&lt;br /&gt;</w:t>
        <w:br/>
        <w:t>"Що вам треба? Хто ви є?"&lt;br /&gt;</w:t>
        <w:br/>
        <w:t>Ну, я їй давай брехати:&lt;br /&gt;</w:t>
        <w:br/>
        <w:t>"Я прийшов, щоб вам віддати&lt;br /&gt;</w:t>
        <w:br/>
        <w:t>Ушановання своє.</w:t>
      </w:r>
    </w:p>
    <w:p>
      <w:r>
        <w:br/>
        <w:t>Із далекого Підгір'я&lt;br /&gt;</w:t>
        <w:br/>
        <w:t>Богомільний, чесний звір я&lt;br /&gt;</w:t>
        <w:br/>
        <w:t>І, мабуть, свояк ваш єсть,-&lt;br /&gt;</w:t>
        <w:br/>
        <w:t>З прощі йду — та, чувши масу&lt;br /&gt;</w:t>
        <w:br/>
        <w:t>Про красу і мудрість вашу,&lt;br /&gt;</w:t>
        <w:br/>
        <w:t>Я прийшов віддать вам честь".</w:t>
      </w:r>
    </w:p>
    <w:p>
      <w:r>
        <w:br/>
        <w:t>Подобріла Малпа зараз,&lt;br /&gt;</w:t>
        <w:br/>
        <w:t>Від, тих слів аж облизалась.&lt;br /&gt;</w:t>
        <w:br/>
        <w:t>"Прошу сісти! Так, значить,&lt;br /&gt;</w:t>
        <w:br/>
        <w:t>Ви про мене щось чували?" —&lt;br /&gt;</w:t>
        <w:br/>
        <w:t>"Пані, ах, які похвали&lt;br /&gt;</w:t>
        <w:br/>
        <w:t>Фама скрізь про вас кричить!</w:t>
      </w:r>
    </w:p>
    <w:p>
      <w:r>
        <w:br/>
        <w:t>А сі любі ангелятка —&lt;br /&gt;</w:t>
        <w:br/>
        <w:t>Ваші діточки? А татка,&lt;br /&gt;</w:t>
        <w:br/>
        <w:t>Певно, дома десь нема?" —&lt;br /&gt;</w:t>
        <w:br/>
        <w:t>"Ох, мій пане, я вдовиця!&lt;br /&gt;</w:t>
        <w:br/>
        <w:t>Та вам, може б, поживиться?&lt;br /&gt;</w:t>
        <w:br/>
        <w:t>Зараз зладжу я сама!"</w:t>
      </w:r>
    </w:p>
    <w:p>
      <w:r>
        <w:br/>
        <w:t>"О спасибі, люба пані!&lt;br /&gt;</w:t>
        <w:br/>
        <w:t>(А в кишках, мов в барабані,&lt;br /&gt;</w:t>
        <w:br/>
        <w:t>Пусто, марша тне живіт!)&lt;br /&gt;</w:t>
        <w:br/>
        <w:t>Їсти в вас я й не посмів би!&lt;br /&gt;</w:t>
        <w:br/>
        <w:t>Вашим любим словом хтів би&lt;br /&gt;</w:t>
        <w:br/>
        <w:t>Ум свій, серце напоїть!"</w:t>
      </w:r>
    </w:p>
    <w:p>
      <w:r>
        <w:br/>
        <w:t>"Бачу, друже, що ти чемний,&lt;br /&gt;</w:t>
        <w:br/>
        <w:t>І розумний, і приємний,-&lt;br /&gt;</w:t>
        <w:br/>
        <w:t>Любий гість мені такий!&lt;br /&gt;</w:t>
        <w:br/>
        <w:t>Будем говорити много,&lt;br /&gt;</w:t>
        <w:br/>
        <w:t>Та проте поперед всього&lt;br /&gt;</w:t>
        <w:br/>
        <w:t>Зараз їж мені і пий!"</w:t>
      </w:r>
    </w:p>
    <w:p>
      <w:r>
        <w:br/>
        <w:t>І метнулась до комірка,&lt;br /&gt;</w:t>
        <w:br/>
        <w:t>Принесла аж три тарілки&lt;br /&gt;</w:t>
        <w:br/>
        <w:t>М'яса, шницлів, ковбаси:&lt;br /&gt;</w:t>
        <w:br/>
        <w:t>Перед мене все приносить,&lt;br /&gt;</w:t>
        <w:br/>
        <w:t>Потім сіла, та ще й просить:&lt;br /&gt;</w:t>
        <w:br/>
        <w:t>"Їж! Чом більше не їси?"</w:t>
      </w:r>
    </w:p>
    <w:p>
      <w:r>
        <w:br/>
        <w:t>Ну, я їм, аж хата хоцить!&lt;br /&gt;</w:t>
        <w:br/>
        <w:t>Малпа тим часом розводить&lt;br /&gt;</w:t>
        <w:br/>
        <w:t>Теревені всі свої&lt;br /&gt;</w:t>
        <w:br/>
        <w:t>Про жіночі нерви ніжні,&lt;br /&gt;</w:t>
        <w:br/>
        <w:t>Про мужчин чуття побіжні,&lt;br /&gt;</w:t>
        <w:br/>
        <w:t>Про рабство жінок в сім'ї.</w:t>
      </w:r>
    </w:p>
    <w:p>
      <w:r>
        <w:br/>
        <w:t>Про "небіжчика" спімнула&lt;br /&gt;</w:t>
        <w:br/>
        <w:t>Та й тяженько так зітхнула:&lt;br /&gt;</w:t>
        <w:br/>
        <w:t>"Він мене не розумів!"&lt;br /&gt;</w:t>
        <w:br/>
        <w:t>Далі скочила в культуру,&lt;br /&gt;</w:t>
        <w:br/>
        <w:t>Ворожбу, літературу,&lt;br /&gt;</w:t>
        <w:br/>
        <w:t>Стрій, політику і спів.</w:t>
      </w:r>
    </w:p>
    <w:p>
      <w:r>
        <w:br/>
        <w:t>Я потакую й смакую,&lt;br /&gt;</w:t>
        <w:br/>
        <w:t>Та для форми десь-якую&lt;br /&gt;</w:t>
        <w:br/>
        <w:t>Опозицію зведу;&lt;br /&gt;</w:t>
        <w:br/>
        <w:t>Малпа спорить, гарячиться,&lt;br /&gt;</w:t>
        <w:br/>
        <w:t>Бачу, потік не скінчиться,&lt;br /&gt;</w:t>
        <w:br/>
        <w:t>Тож, наївшись, більш не жду.</w:t>
      </w:r>
    </w:p>
    <w:p>
      <w:r>
        <w:br/>
        <w:t>"Пані люба, я щасливий,&lt;br /&gt;</w:t>
        <w:br/>
        <w:t>Що такий тут скарб правдивий&lt;br /&gt;</w:t>
        <w:br/>
        <w:t>Несподівано знайшов!&lt;br /&gt;</w:t>
        <w:br/>
        <w:t>Тут скріпив я тіло й душу,&lt;br /&gt;</w:t>
        <w:br/>
        <w:t>Та простіть, спішити мушу,&lt;br /&gt;</w:t>
        <w:br/>
        <w:t>Та прийду швиденько знов".</w:t>
      </w:r>
    </w:p>
    <w:p>
      <w:r>
        <w:br/>
        <w:t>Малпа щось там ще плескала,&lt;br /&gt;</w:t>
        <w:br/>
        <w:t>Я не слухав, як дам драла,&lt;br /&gt;</w:t>
        <w:br/>
        <w:t>Коло Вовка опинивсь.&lt;br /&gt;</w:t>
        <w:br/>
        <w:t>"Ах, Микито, я тут гину,&lt;br /&gt;</w:t>
        <w:br/>
        <w:t>А ти там цілу годину!&lt;br /&gt;</w:t>
        <w:br/>
        <w:t>Ну, приніс що? Пожививсь?"</w:t>
      </w:r>
    </w:p>
    <w:p>
      <w:r>
        <w:br/>
        <w:t>"Пожививсь,— говорю,— брате,&lt;br /&gt;</w:t>
        <w:br/>
        <w:t>Та з собою страву брати&lt;br /&gt;</w:t>
        <w:br/>
        <w:t>Не подоба, просто стид.&lt;br /&gt;</w:t>
        <w:br/>
        <w:t>То ти йди до хати, друже,&lt;br /&gt;</w:t>
        <w:br/>
        <w:t>Малпа гостям рада дуже,&lt;br /&gt;</w:t>
        <w:br/>
        <w:t>То й тебе вона вгостить".</w:t>
      </w:r>
    </w:p>
    <w:p>
      <w:r>
        <w:br/>
        <w:t>Вовк у хату. Я се бачу,&lt;br /&gt;</w:t>
        <w:br/>
        <w:t>Добре знаю вовчу вдачу,&lt;br /&gt;</w:t>
        <w:br/>
        <w:t>То під стінку притуливсь,&lt;br /&gt;</w:t>
        <w:br/>
        <w:t>Слухаю. Ось Вовк вітаєсь,&lt;br /&gt;</w:t>
        <w:br/>
        <w:t>Малпа щось його питаєсь,-&lt;br /&gt;</w:t>
        <w:br/>
        <w:t>Вовк на лавці розваливсь.</w:t>
      </w:r>
    </w:p>
    <w:p>
      <w:r>
        <w:br/>
        <w:t>"Дай обідать, Малпо глупа!&lt;br /&gt;</w:t>
        <w:br/>
        <w:t>А се що? Чортяток купа?&lt;br /&gt;</w:t>
        <w:br/>
        <w:t>Ну, та й погань, боже крий!&lt;br /&gt;</w:t>
        <w:br/>
        <w:t>Та-бо й ти — хай дундер свисне!&lt;br /&gt;</w:t>
        <w:br/>
        <w:t>Глянеш — молоко аж кисне…&lt;br /&gt;</w:t>
        <w:br/>
        <w:t>Ну, а де твій чорт старий?"</w:t>
      </w:r>
    </w:p>
    <w:p>
      <w:r>
        <w:br/>
        <w:t>Так Вовчисько ляпав здуру.&lt;br /&gt;</w:t>
        <w:br/>
        <w:t>А втім Малпа цеглу з муру&lt;br /&gt;</w:t>
        <w:br/>
        <w:t>Як ухопить, як шпурне&lt;br /&gt;</w:t>
        <w:br/>
        <w:t>В саму морду — боже любий!&lt;br /&gt;</w:t>
        <w:br/>
        <w:t>Висипала штири зуби…&lt;br /&gt;</w:t>
        <w:br/>
        <w:t>Мій Неситий як ревне!</w:t>
      </w:r>
    </w:p>
    <w:p>
      <w:r>
        <w:br/>
        <w:t>Був би Малпу вбив на місці,&lt;br /&gt;</w:t>
        <w:br/>
        <w:t>Ба, коли Малпи звинниці,&lt;br /&gt;</w:t>
        <w:br/>
        <w:t>Як не скочать діточки:&lt;br /&gt;</w:t>
        <w:br/>
        <w:t>Сей камінням Вовка пряжить,&lt;br /&gt;</w:t>
        <w:br/>
        <w:t>Той знов очі видрать важить,&lt;br /&gt;</w:t>
        <w:br/>
        <w:t>Двоє хапле за дрючки.</w:t>
      </w:r>
    </w:p>
    <w:p>
      <w:r>
        <w:br/>
        <w:t>Лущать, б'ють без милосердя!&lt;br /&gt;</w:t>
        <w:br/>
        <w:t>Ледво-не-ледво відпер я&lt;br /&gt;</w:t>
        <w:br/>
        <w:t>Двері й крикнув: "Вовче, йди!"&lt;br /&gt;</w:t>
        <w:br/>
        <w:t>От він вискочив в тій хвили,&lt;br /&gt;</w:t>
        <w:br/>
        <w:t>Бо були б його убили,&lt;br /&gt;</w:t>
        <w:br/>
        <w:t>Ніби гамана жиди.</w:t>
      </w:r>
    </w:p>
    <w:p>
      <w:r>
        <w:br/>
        <w:t>Відтоді у Малпи Фрузі&lt;br /&gt;</w:t>
        <w:br/>
        <w:t>Став я в ласках по заслузі,&lt;br /&gt;</w:t>
        <w:br/>
        <w:t>Вовк же гірший полину.&lt;br /&gt;</w:t>
        <w:br/>
        <w:t>Тож я вірю щастю свому:&lt;br /&gt;</w:t>
        <w:br/>
        <w:t>Серед бурі, серед грому&lt;br /&gt;</w:t>
        <w:br/>
        <w:t>Інші тонуть, я сплину".</w:t>
      </w:r>
    </w:p>
    <w:p>
      <w:r>
        <w:br/>
        <w:t>Отака велась розмова,&lt;br /&gt;</w:t>
        <w:br/>
        <w:t>Поки шляхом Лис до Львова&lt;br /&gt;</w:t>
        <w:br/>
        <w:t>Враз з Бабаєм дочвалав!&lt;br /&gt;</w:t>
        <w:br/>
        <w:t>Саме в пообідню пору&lt;br /&gt;</w:t>
        <w:br/>
        <w:t>На майдані просто двору&lt;br /&gt;</w:t>
        <w:br/>
        <w:t>Він на суднім місці став.</w:t>
      </w:r>
    </w:p>
    <w:p>
      <w:r>
        <w:br/>
        <w:t>ПІСНЯ ОДИНАДЦЯТА</w:t>
      </w:r>
    </w:p>
    <w:p>
      <w:r>
        <w:br/>
        <w:t>Повідають мудрі люде:&lt;br /&gt;</w:t>
        <w:br/>
        <w:t>Прибудь розум, щастя буде.&lt;br /&gt;</w:t>
        <w:br/>
        <w:t>Того й Лис державсь усе:&lt;br /&gt;</w:t>
        <w:br/>
        <w:t>Хоч мороз шкребе по тілі,&lt;br /&gt;</w:t>
        <w:br/>
        <w:t>Але рухи бистрі, смілі,&lt;br /&gt;</w:t>
        <w:br/>
        <w:t>Гордо голову несе.</w:t>
      </w:r>
    </w:p>
    <w:p>
      <w:r>
        <w:br/>
        <w:t>Так він виступив охоче:&lt;br /&gt;</w:t>
        <w:br/>
        <w:t>Всі на нього вперли очі,&lt;br /&gt;</w:t>
        <w:br/>
        <w:t>Всім зробилось прикро так,&lt;br /&gt;</w:t>
        <w:br/>
        <w:t>Мов чекали грому, бурі…&lt;br /&gt;</w:t>
        <w:br/>
        <w:t>Між ряди німі, понурі&lt;br /&gt;</w:t>
        <w:br/>
        <w:t>Лис вступив, мов весельчак.</w:t>
      </w:r>
    </w:p>
    <w:p>
      <w:r>
        <w:br/>
        <w:t>"Га, убійце ти проклятий!&lt;br /&gt;</w:t>
        <w:br/>
        <w:t>Ти ще смієш тут ставати? —&lt;br /&gt;</w:t>
        <w:br/>
        <w:t>Грізно з трону крикнув цар.-&lt;br /&gt;</w:t>
        <w:br/>
        <w:t>Гляньте, панство, він ступає&lt;br /&gt;</w:t>
        <w:br/>
        <w:t>Так свобідно, мов не знає,&lt;br /&gt;</w:t>
        <w:br/>
        <w:t>Як гидкий прислав нам дар.</w:t>
      </w:r>
    </w:p>
    <w:p>
      <w:r>
        <w:br/>
        <w:t>Га, ти міх брехень і зради!&lt;br /&gt;</w:t>
        <w:br/>
        <w:t>Ні, не надійся пощади!&lt;br /&gt;</w:t>
        <w:br/>
        <w:t>Яця ти на смерть загриз!&lt;br /&gt;</w:t>
        <w:br/>
        <w:t>Цап, твій спільник в Яця смерти,&lt;br /&gt;</w:t>
        <w:br/>
        <w:t>Вже на штуки є роздертий,-&lt;br /&gt;</w:t>
        <w:br/>
        <w:t>Се й тебе жде, пане Лис!"</w:t>
      </w:r>
    </w:p>
    <w:p>
      <w:r>
        <w:br/>
        <w:t>Лис поблід, почав тремтіти,&lt;br /&gt;</w:t>
        <w:br/>
        <w:t>Наче перший раз на світі&lt;br /&gt;</w:t>
        <w:br/>
        <w:t>Новину таку почув;&lt;br /&gt;</w:t>
        <w:br/>
        <w:t>Далі, руки заламавши&lt;br /&gt;</w:t>
        <w:br/>
        <w:t>І лице слізьми облявши.&lt;br /&gt;</w:t>
        <w:br/>
        <w:t>На все горло так зарув:</w:t>
      </w:r>
    </w:p>
    <w:p>
      <w:r>
        <w:br/>
        <w:t>"Ой-ой-ой, годино чорна!&lt;br /&gt;</w:t>
        <w:br/>
        <w:t>Яць загиб, душа моторна,&lt;br /&gt;</w:t>
        <w:br/>
        <w:t>І проклятий Цап іздох!&lt;br /&gt;</w:t>
        <w:br/>
        <w:t>Ох, окрадений Микито,&lt;br /&gt;</w:t>
        <w:br/>
        <w:t>Твій найбільший скарб десь скрито!&lt;br /&gt;</w:t>
        <w:br/>
        <w:t>Що ж почну я! Ох-ох-ох!"</w:t>
      </w:r>
    </w:p>
    <w:p>
      <w:r>
        <w:br/>
        <w:t>"Що се ти верзеш, брехуне?" —&lt;br /&gt;</w:t>
        <w:br/>
        <w:t>Цар до нього гнівно суне.&lt;br /&gt;</w:t>
        <w:br/>
        <w:t>"Царю, вбий мене тепер!&lt;br /&gt;</w:t>
        <w:br/>
        <w:t>Се ж мій скарб пропав безцінний,&lt;br /&gt;</w:t>
        <w:br/>
        <w:t>То й я жити вже не склінний,&lt;br /&gt;</w:t>
        <w:br/>
        <w:t>Ліпше б я відразу вмер!</w:t>
      </w:r>
    </w:p>
    <w:p>
      <w:r>
        <w:br/>
        <w:t>Га, я думав, що на Яця&lt;br /&gt;</w:t>
        <w:br/>
        <w:t>І на Цапа можна здаться.&lt;br /&gt;</w:t>
        <w:br/>
        <w:t>Через них я й передав&lt;br /&gt;</w:t>
        <w:br/>
        <w:t>В запечатанім пакунку&lt;br /&gt;</w:t>
        <w:br/>
        <w:t>Скарб для тебе в подарунку —&lt;br /&gt;</w:t>
        <w:br/>
        <w:t>Світ такого не видав.</w:t>
      </w:r>
    </w:p>
    <w:p>
      <w:r>
        <w:br/>
        <w:t>Там діамант був чудовний,&lt;br /&gt;</w:t>
        <w:br/>
        <w:t>Що вночі, мов місяць повний,&lt;br /&gt;</w:t>
        <w:br/>
        <w:t>Серед потемків світив;&lt;br /&gt;</w:t>
        <w:br/>
        <w:t>Там був перстінь рубіновий,&lt;br /&gt;</w:t>
        <w:br/>
        <w:t>Що склоняв всіх до любови&lt;br /&gt;</w:t>
        <w:br/>
        <w:t>К тому, хто його носив.</w:t>
      </w:r>
    </w:p>
    <w:p>
      <w:r>
        <w:br/>
        <w:t>Се цареві слав я радо,&lt;br /&gt;</w:t>
        <w:br/>
        <w:t>Для цариці ж ще свічадо [1]&lt;br /&gt;</w:t>
        <w:br/>
        <w:t>Смарагдове приложив:&lt;br /&gt;</w:t>
        <w:br/>
        <w:t>Хто глядівсь в нім за погоди,&lt;br /&gt;</w:t>
        <w:br/>
        <w:t>Набирав здоровля, вроди,&lt;br /&gt;</w:t>
        <w:br/>
        <w:t>Навіть мертвий би ожив.</w:t>
      </w:r>
    </w:p>
    <w:p>
      <w:r>
        <w:br/>
        <w:t>Отакі цінні клейноди&lt;br /&gt;</w:t>
        <w:br/>
        <w:t>Я, не надіючись шкоди,&lt;br /&gt;</w:t>
        <w:br/>
        <w:t>Через Яця передав.&lt;br /&gt;</w:t>
        <w:br/>
        <w:t>Чи ж міг думать я хоть хвильку,&lt;br /&gt;</w:t>
        <w:br/>
        <w:t>Що вб'є Яця Цап Базилько,&lt;br /&gt;</w:t>
        <w:br/>
        <w:t>Щоб дарунки зграбував?</w:t>
      </w:r>
    </w:p>
    <w:p>
      <w:r>
        <w:br/>
        <w:t>А тепер же, рідна мамо!&lt;br /&gt;</w:t>
        <w:br/>
        <w:t>Яць погиб і Цап то само,&lt;br /&gt;</w:t>
        <w:br/>
        <w:t>Де ж я скарб свій віднайду?&lt;br /&gt;</w:t>
        <w:br/>
        <w:t>А на мене злі язики&lt;br /&gt;</w:t>
        <w:br/>
        <w:t>Тут звалили гріх великий,&lt;br /&gt;</w:t>
        <w:br/>
        <w:t>Щоб упхати у біду.</w:t>
      </w:r>
    </w:p>
    <w:p>
      <w:r>
        <w:br/>
        <w:t>Царю, й ти, Царице-пані,&lt;br /&gt;</w:t>
        <w:br/>
        <w:t>Всі підозріння погані&lt;br /&gt;</w:t>
        <w:br/>
        <w:t>Геть відкиньте, сплітки всі!&lt;br /&gt;</w:t>
        <w:br/>
        <w:t>Щоб потомки не судили,&lt;br /&gt;</w:t>
        <w:br/>
        <w:t>Що ви шилом відплатили&lt;br /&gt;</w:t>
        <w:br/>
        <w:t>Найвірнішому слузі!"</w:t>
      </w:r>
    </w:p>
    <w:p>
      <w:r>
        <w:br/>
        <w:t>Втих Лис. Цар насупив лиця,&lt;br /&gt;</w:t>
        <w:br/>
        <w:t>Та захлипала Цариця —&lt;br /&gt;</w:t>
        <w:br/>
        <w:t>Страх чутливая була,&lt;br /&gt;</w:t>
        <w:br/>
        <w:t>Ще й по добрім підвечірку,&lt;br /&gt;</w:t>
        <w:br/>
        <w:t>Бо сама, обдерши шкірку,&lt;br /&gt;</w:t>
        <w:br/>
        <w:t>З'їла смачно чверть Вола.</w:t>
      </w:r>
    </w:p>
    <w:p>
      <w:r>
        <w:br/>
        <w:t>"Ні,— почав знов Лис по хвили,-&lt;br /&gt;</w:t>
        <w:br/>
        <w:t>Бачу, вороги закрили&lt;br /&gt;</w:t>
        <w:br/>
        <w:t>Ваші царські очі знов!&lt;br /&gt;</w:t>
        <w:br/>
        <w:t>То й мені життя обридло!&lt;br /&gt;</w:t>
        <w:br/>
        <w:t>Бо підданих сила й світло —&lt;br /&gt;</w:t>
        <w:br/>
        <w:t>Царська ласка і любов.</w:t>
      </w:r>
    </w:p>
    <w:p>
      <w:r>
        <w:br/>
        <w:t>Так прощай же, білий світе!&lt;br /&gt;</w:t>
        <w:br/>
        <w:t>А ви, кляті, виходіте,&lt;br /&gt;</w:t>
        <w:br/>
        <w:t>Завзятущі вороги!&lt;br /&gt;</w:t>
        <w:br/>
        <w:t>Хто що мав мені закинуть,&lt;br /&gt;</w:t>
        <w:br/>
        <w:t>Виступай! Чи жить, чи згинуть,&lt;br /&gt;</w:t>
        <w:br/>
        <w:t>Будем биться без ваги!</w:t>
      </w:r>
    </w:p>
    <w:p>
      <w:r>
        <w:br/>
        <w:t>Що ж вас, труси, не видати?&lt;br /&gt;</w:t>
        <w:br/>
        <w:t>Лиш позаочі шептати&lt;br /&gt;</w:t>
        <w:br/>
        <w:t>Вмієте, а щоб в лице&lt;br /&gt;</w:t>
        <w:br/>
        <w:t>Стати сміло, доказ дати&lt;br /&gt;</w:t>
        <w:br/>
        <w:t>І життям за правду стати,-&lt;br /&gt;</w:t>
        <w:br/>
        <w:t>О, то вас нема на це!"</w:t>
      </w:r>
    </w:p>
    <w:p>
      <w:r>
        <w:br/>
        <w:t>"Брешеш, навісний брехуне! —&lt;br /&gt;</w:t>
        <w:br/>
        <w:t>Крикнув Вовк і сміло суне&lt;br /&gt;</w:t>
        <w:br/>
        <w:t>З-між звірячої товпи.-&lt;br /&gt;</w:t>
        <w:br/>
        <w:t>Я з тобою биться хочу.&lt;br /&gt;</w:t>
        <w:br/>
        <w:t>Клятий твій язик вкорочу,&lt;br /&gt;</w:t>
        <w:br/>
        <w:t>Щоб не брав ти нас на кпи!</w:t>
      </w:r>
    </w:p>
    <w:p>
      <w:r>
        <w:br/>
        <w:t>Перед бога й царські очі&lt;br /&gt;</w:t>
        <w:br/>
        <w:t>Я стаю й бороться хочу,&lt;br /&gt;</w:t>
        <w:br/>
        <w:t>Та на смерть, не на життє,&lt;br /&gt;</w:t>
        <w:br/>
        <w:t>Щоб ствердить, що ти поганець,&lt;br /&gt;</w:t>
        <w:br/>
        <w:t>І брехун, і ошуканець,&lt;br /&gt;</w:t>
        <w:br/>
        <w:t>Топчеш все, що є святе!</w:t>
      </w:r>
    </w:p>
    <w:p>
      <w:r>
        <w:br/>
        <w:t>Не те, що мені творив ти,&lt;br /&gt;</w:t>
        <w:br/>
        <w:t>Але всі звірячі кривди&lt;br /&gt;</w:t>
        <w:br/>
        <w:t>Против тебе ставлю я.&lt;br /&gt;</w:t>
        <w:br/>
        <w:t>Не за себе хочу мститься,&lt;br /&gt;</w:t>
        <w:br/>
        <w:t>А за теє, що Вовчиця&lt;br /&gt;</w:t>
        <w:br/>
        <w:t>Перетерпіла моя.</w:t>
      </w:r>
    </w:p>
    <w:p>
      <w:r>
        <w:br/>
        <w:t>Слухайте, яку публіку&lt;br /&gt;</w:t>
        <w:br/>
        <w:t>Він зробив їй, що й довіку&lt;br /&gt;</w:t>
        <w:br/>
        <w:t>Не позбуться їй знаку.&lt;br /&gt;</w:t>
        <w:br/>
        <w:t>Над ставом сидить Вовчиця,&lt;br /&gt;</w:t>
        <w:br/>
        <w:t>Лис надбіг і аж давиться,&lt;br /&gt;</w:t>
        <w:br/>
        <w:t>Смачно рибу їсть жарку.</w:t>
      </w:r>
    </w:p>
    <w:p>
      <w:r>
        <w:br/>
        <w:t>"Що се ти їси, Микитко?" —&lt;br /&gt;</w:t>
        <w:br/>
        <w:t>"Адже рибу",— каже швидко&lt;br /&gt;</w:t>
        <w:br/>
        <w:t>Лис. "Та дай же ж і мені!" —&lt;br /&gt;</w:t>
        <w:br/>
        <w:t>Просить жінка. "Що вам, тітко,&lt;br /&gt;</w:t>
        <w:br/>
        <w:t>Риби хочесь? Поглядіть-ко,&lt;br /&gt;</w:t>
        <w:br/>
        <w:t>Тут в ставку їх тьма на дні!"</w:t>
      </w:r>
    </w:p>
    <w:p>
      <w:r>
        <w:br/>
        <w:t>"Е, в ставку! Чи я не знаю?&lt;br /&gt;</w:t>
        <w:br/>
        <w:t>Що ж, коли їх не спіймаю!" —&lt;br /&gt;</w:t>
        <w:br/>
        <w:t>"Тіточко, я вас навчу.&lt;br /&gt;</w:t>
        <w:br/>
        <w:t>Я ж їх ловлю всяку днину:&lt;br /&gt;</w:t>
        <w:br/>
        <w:t>Де лиш сіть свою закину,&lt;br /&gt;</w:t>
        <w:br/>
        <w:t>Десятками їх тащу!"</w:t>
      </w:r>
    </w:p>
    <w:p>
      <w:r>
        <w:br/>
        <w:t>"Що за сіть?" — пита Вовчиця.&lt;br /&gt;</w:t>
        <w:br/>
        <w:t>"Сього зараз мож навчиться.&lt;br /&gt;</w:t>
        <w:br/>
        <w:t>Ось зо мною лиш ходи!"&lt;br /&gt;</w:t>
        <w:br/>
        <w:t>Сніг був, вітер на болоню,&lt;br /&gt;</w:t>
        <w:br/>
        <w:t>Став замерз, одну лиш тоню&lt;br /&gt;</w:t>
        <w:br/>
        <w:t>Хтось протяв серед води.</w:t>
      </w:r>
    </w:p>
    <w:p>
      <w:r>
        <w:br/>
        <w:t>От сюди-то припровадив&lt;br /&gt;</w:t>
        <w:br/>
        <w:t>Лис Вовчицю й так їй радив:&lt;br /&gt;</w:t>
        <w:br/>
        <w:t>"Тітко, гляньте, що тут їх!&lt;br /&gt;</w:t>
        <w:br/>
        <w:t>Лиш у воду хвіст запхайте,&lt;br /&gt;</w:t>
        <w:br/>
        <w:t>Подержіть та й витягайте —&lt;br /&gt;</w:t>
        <w:br/>
        <w:t>Риб спіймете повен міх!"</w:t>
      </w:r>
    </w:p>
    <w:p>
      <w:r>
        <w:br/>
        <w:t>І так щирим він чинився,&lt;br /&gt;</w:t>
        <w:br/>
        <w:t>Так Вовчиці піддобрився,&lt;br /&gt;</w:t>
        <w:br/>
        <w:t>Що повірила вона:&lt;br /&gt;</w:t>
        <w:br/>
        <w:t>Поквапно на лід присіла,&lt;br /&gt;</w:t>
        <w:br/>
        <w:t>В ополонку хвіст встромила&lt;br /&gt;</w:t>
        <w:br/>
        <w:t>Та й держить, держить — дурна!</w:t>
      </w:r>
    </w:p>
    <w:p>
      <w:r>
        <w:br/>
        <w:t>"Лисе,— каже,— щось щипає!" —&lt;br /&gt;</w:t>
        <w:br/>
        <w:t>"Цить, то риба так хапає".&lt;br /&gt;</w:t>
        <w:br/>
        <w:t>А то хвіст хапав мороз.&lt;br /&gt;</w:t>
        <w:br/>
        <w:t>"Лисе, може, вже тягнути?" —&lt;br /&gt;</w:t>
        <w:br/>
        <w:t>"Е, ще мало мусить бути,&lt;br /&gt;</w:t>
        <w:br/>
        <w:t>Ще потримай, поки мож!"</w:t>
      </w:r>
    </w:p>
    <w:p>
      <w:r>
        <w:br/>
        <w:t>"Лисе, тисне щось і мика!" —&lt;br /&gt;</w:t>
        <w:br/>
        <w:t>"Цить, се щука є велика,&lt;br /&gt;</w:t>
        <w:br/>
        <w:t>Та така, немов баран!"&lt;br /&gt;</w:t>
        <w:br/>
        <w:t>А то хвіст обмерз вже кріпко.&lt;br /&gt;</w:t>
        <w:br/>
        <w:t>"Лисе, тягну!" — "Ні, ще дрібку!&lt;br /&gt;</w:t>
        <w:br/>
        <w:t>Бач, хапається шаран!"</w:t>
      </w:r>
    </w:p>
    <w:p>
      <w:r>
        <w:br/>
        <w:t>Далі вже терпцю не стало,&lt;br /&gt;</w:t>
        <w:br/>
        <w:t>Шарпнула вона помало —&lt;br /&gt;</w:t>
        <w:br/>
        <w:t>Не пускає. "Ой, тягни,-&lt;br /&gt;</w:t>
        <w:br/>
        <w:t>Каже Лис,— тут риб так много!&lt;br /&gt;</w:t>
        <w:br/>
        <w:t>Витягай же їх, небого,&lt;br /&gt;</w:t>
        <w:br/>
        <w:t>Щоб не розтеклись вони!"</w:t>
      </w:r>
    </w:p>
    <w:p>
      <w:r>
        <w:br/>
        <w:t>Шарпнула ще раз Вовчиця,-&lt;br /&gt;</w:t>
        <w:br/>
        <w:t>Ні, хвіст у леду держиться!&lt;br /&gt;</w:t>
        <w:br/>
        <w:t>Тягне міцно — аші руш.&lt;br /&gt;</w:t>
        <w:br/>
        <w:t>"Тітко,— Лис рік,— дякуй богу,&lt;br /&gt;</w:t>
        <w:br/>
        <w:t>Ось з села нам на підмогу&lt;br /&gt;</w:t>
        <w:br/>
        <w:t>Люди йдуть, зо двадцять душ!"</w:t>
      </w:r>
    </w:p>
    <w:p>
      <w:r>
        <w:br/>
        <w:t>Як Вовчиця теє вчула,&lt;br /&gt;</w:t>
        <w:br/>
        <w:t>Зо страху себе забула —&lt;br /&gt;</w:t>
        <w:br/>
        <w:t>Як завиє!.. Боже мій!&lt;br /&gt;</w:t>
        <w:br/>
        <w:t>Люди люті, гульк, надбігли,&lt;br /&gt;</w:t>
        <w:br/>
        <w:t>Як її, примерзлу, вздріли,&lt;br /&gt;</w:t>
        <w:br/>
        <w:t>Хап за палички як стій.</w:t>
      </w:r>
    </w:p>
    <w:p>
      <w:r>
        <w:br/>
        <w:t>Сиплються удари градом!..&lt;br /&gt;</w:t>
        <w:br/>
        <w:t>Бідна жінка крутить задом,&lt;br /&gt;</w:t>
        <w:br/>
        <w:t>В'ється, рветься, а ті б'ють!&lt;br /&gt;</w:t>
        <w:br/>
        <w:t>Далі шарпнула щосила,&lt;br /&gt;</w:t>
        <w:br/>
        <w:t>Півхвоста в леду лишила&lt;br /&gt;</w:t>
        <w:br/>
        <w:t>Та й шмигнула в божу путь!"</w:t>
      </w:r>
    </w:p>
    <w:p>
      <w:r>
        <w:br/>
        <w:t>А на се Микита ґречно:&lt;br /&gt;</w:t>
        <w:br/>
        <w:t>"Так, се правда, безперечно,&lt;br /&gt;</w:t>
        <w:br/>
        <w:t>Лиш крихітка в ній брехні!&lt;br /&gt;</w:t>
        <w:br/>
        <w:t>Непотрібно, Вовче, тільки&lt;br /&gt;</w:t>
        <w:br/>
        <w:t>Всю захланність свої жінки&lt;br /&gt;</w:t>
        <w:br/>
        <w:t>Ти приписуєш мені.</w:t>
      </w:r>
    </w:p>
    <w:p>
      <w:r>
        <w:br/>
        <w:t>Будь вона порядна й чесна,&lt;br /&gt;</w:t>
        <w:br/>
        <w:t>Швидко б хвіст з води піднесла,&lt;br /&gt;</w:t>
        <w:br/>
        <w:t>Мала б рибу й хвіст увесь.&lt;br /&gt;</w:t>
        <w:br/>
        <w:t>Та вона мов оцапіла,&lt;br /&gt;</w:t>
        <w:br/>
        <w:t>Став весь виловить хотіла,&lt;br /&gt;</w:t>
        <w:br/>
        <w:t>Ще й на мене жалуєсь".</w:t>
      </w:r>
    </w:p>
    <w:p>
      <w:r>
        <w:br/>
        <w:t>Збір увесь зареготався,&lt;br /&gt;</w:t>
        <w:br/>
        <w:t>А Неситий аж стікався,&lt;br /&gt;</w:t>
        <w:br/>
        <w:t>Під собою землю гриз.&lt;br /&gt;</w:t>
        <w:br/>
        <w:t>"Га, поганець! — крикнув лютий.-&lt;br /&gt;</w:t>
        <w:br/>
        <w:t>Ось як він вертить і крутить.&lt;br /&gt;</w:t>
        <w:br/>
        <w:t>Щоб невинним все був Лис!</w:t>
      </w:r>
    </w:p>
    <w:p>
      <w:r>
        <w:br/>
        <w:t>Та не дочекаєш, клятий,&lt;br /&gt;</w:t>
        <w:br/>
        <w:t>Нас усіх на сміх підняти!&lt;br /&gt;</w:t>
        <w:br/>
        <w:t>Підлих справок твоїх — тьма,&lt;br /&gt;</w:t>
        <w:br/>
        <w:t>Ну, скажи, там при криниці&lt;br /&gt;</w:t>
        <w:br/>
        <w:t>Чи була вина Вовчиці,&lt;br /&gt;</w:t>
        <w:br/>
        <w:t>Чи твоя лиш злість сама?</w:t>
      </w:r>
    </w:p>
    <w:p>
      <w:r>
        <w:br/>
        <w:t>При цімброваній криниці&lt;br /&gt;</w:t>
        <w:br/>
        <w:t>Висіли два відра з криці&lt;br /&gt;</w:t>
        <w:br/>
        <w:t>На валу на ланцюзі.&lt;br /&gt;</w:t>
        <w:br/>
        <w:t>Лис води хотів напиться —&lt;br /&gt;</w:t>
        <w:br/>
        <w:t>Скік в відро, щоб вниз спуститься&lt;br /&gt;</w:t>
        <w:br/>
        <w:t>Друге ж звисло на версі.</w:t>
      </w:r>
    </w:p>
    <w:p>
      <w:r>
        <w:br/>
        <w:t>Ну, п'є воду і смакує&lt;br /&gt;</w:t>
        <w:br/>
        <w:t>І нараз собі міркує:&lt;br /&gt;</w:t>
        <w:br/>
        <w:t>"Боже, що се я вчинив?&lt;br /&gt;</w:t>
        <w:br/>
        <w:t>Вниз я з'їхав, але вгору&lt;br /&gt;</w:t>
        <w:br/>
        <w:t>Хто ж мене підтягне впору?"&lt;br /&gt;</w:t>
        <w:br/>
        <w:t>Бідний з жаху аж завив.</w:t>
      </w:r>
    </w:p>
    <w:p>
      <w:r>
        <w:br/>
        <w:t>Треба ж тій біді лучиться,&lt;br /&gt;</w:t>
        <w:br/>
        <w:t>Щоб той плач його Вовчиця&lt;br /&gt;</w:t>
        <w:br/>
        <w:t>Вчула, йдучи бережком.&lt;br /&gt;</w:t>
        <w:br/>
        <w:t>До криниці зазирає…&lt;br /&gt;</w:t>
        <w:br/>
        <w:t>"Лисе, що там є?" — питає&lt;br /&gt;</w:t>
        <w:br/>
        <w:t>Своїм ніжним голоском.</w:t>
      </w:r>
    </w:p>
    <w:p>
      <w:r>
        <w:br/>
        <w:t>Лис мій сквапно забалакав:&lt;br /&gt;</w:t>
        <w:br/>
        <w:t>"Ах, тітусю, риби, раків&lt;br /&gt;</w:t>
        <w:br/>
        <w:t>В тій криниці осьде гук!&lt;br /&gt;</w:t>
        <w:br/>
        <w:t>Півгодини тут лапаю,&lt;br /&gt;</w:t>
        <w:br/>
        <w:t>Піввідра вже ось їх маю&lt;br /&gt;</w:t>
        <w:br/>
        <w:t>Та й наївсь, неначе струк!</w:t>
      </w:r>
    </w:p>
    <w:p>
      <w:r>
        <w:br/>
        <w:t>Жаль, що стільки їх ся лишить!&lt;br /&gt;</w:t>
        <w:br/>
        <w:t>Влізь в відро, що тамка висить,&lt;br /&gt;</w:t>
        <w:br/>
        <w:t>Та й до мене їдь униз!&lt;br /&gt;</w:t>
        <w:br/>
        <w:t>Наїсися, ще й додому&lt;br /&gt;</w:t>
        <w:br/>
        <w:t>Купу занесеш старому!"&lt;br /&gt;</w:t>
        <w:br/>
        <w:t>Так брехав їй хитро Лис.</w:t>
      </w:r>
    </w:p>
    <w:p>
      <w:r>
        <w:br/>
        <w:t>Ну, а се вже вам не тайно,&lt;br /&gt;</w:t>
        <w:br/>
        <w:t>Що Вовчиця, як звичайно,&lt;br /&gt;</w:t>
        <w:br/>
        <w:t>Страх голодная була.&lt;br /&gt;</w:t>
        <w:br/>
        <w:t>Як про рибу й раки вчула,&lt;br /&gt;</w:t>
        <w:br/>
        <w:t>Зараз у відро стрибнула&lt;br /&gt;</w:t>
        <w:br/>
        <w:t>Та й з ним шусть! униз пішла.</w:t>
      </w:r>
    </w:p>
    <w:p>
      <w:r>
        <w:br/>
        <w:t>Вниз пішло відро Вовчиці,&lt;br /&gt;</w:t>
        <w:br/>
        <w:t>Вверх пішло зо дна криниці&lt;br /&gt;</w:t>
        <w:br/>
        <w:t>Те відро, де Лис сидів.&lt;br /&gt;</w:t>
        <w:br/>
        <w:t>"Ну, тітусю, будь здорова!&lt;br /&gt;</w:t>
        <w:br/>
        <w:t>Я спішу до Магерова! —&lt;br /&gt;</w:t>
        <w:br/>
        <w:t>Крикнув Лис, як вверх летів.-</w:t>
      </w:r>
    </w:p>
    <w:p>
      <w:r>
        <w:br/>
        <w:t>Славну ти вдала драбину:&lt;br /&gt;</w:t>
        <w:br/>
        <w:t>Я йду вгору, ти вдолину;&lt;br /&gt;</w:t>
        <w:br/>
        <w:t>Так-то в світі все ведесь.&lt;br /&gt;</w:t>
        <w:br/>
        <w:t>Риб там не знайдеш, небого,&lt;br /&gt;</w:t>
        <w:br/>
        <w:t>Та подумать можно довго,&lt;br /&gt;</w:t>
        <w:br/>
        <w:t>Як дістаться вгору днесь!"</w:t>
      </w:r>
    </w:p>
    <w:p>
      <w:r>
        <w:br/>
        <w:t>Вчула жінка річ лайдацьку;&lt;br /&gt;</w:t>
        <w:br/>
        <w:t>Страх такий напав бідачку,&lt;br /&gt;</w:t>
        <w:br/>
        <w:t>Що аж сперли в бік кольки.&lt;br /&gt;</w:t>
        <w:br/>
        <w:t>Втім з відром у воду впала,-&lt;br /&gt;</w:t>
        <w:br/>
        <w:t>То завила, застогнала,&lt;br /&gt;</w:t>
        <w:br/>
        <w:t>Аж піднеслися бульки.</w:t>
      </w:r>
    </w:p>
    <w:p>
      <w:r>
        <w:br/>
        <w:t>Вчули люди крик Вовчиці,&lt;br /&gt;</w:t>
        <w:br/>
        <w:t>Позбігались до криниці;&lt;br /&gt;</w:t>
        <w:br/>
        <w:t>Мислите, що хоть один&lt;br /&gt;</w:t>
        <w:br/>
        <w:t>Змилувавсь, хтів поміч дати,&lt;br /&gt;</w:t>
        <w:br/>
        <w:t>Що є жінка й дітям мати?&lt;br /&gt;</w:t>
        <w:br/>
        <w:t>Ні, в їх руки впав, то гинь!</w:t>
      </w:r>
    </w:p>
    <w:p>
      <w:r>
        <w:br/>
        <w:t>"Вовк в криниці! Вовк в криниці!&lt;br /&gt;</w:t>
        <w:br/>
        <w:t>За лошата і ягниці&lt;br /&gt;</w:t>
        <w:br/>
        <w:t>Відплатім йому тепер!&lt;br /&gt;</w:t>
        <w:br/>
        <w:t>Витягайте осторожно.&lt;br /&gt;</w:t>
        <w:br/>
        <w:t>Але бийте, скільки можно,&lt;br /&gt;</w:t>
        <w:br/>
        <w:t>Щоб нам зараз тут умер!"</w:t>
      </w:r>
    </w:p>
    <w:p>
      <w:r>
        <w:br/>
        <w:t>Ну, подумайте, вашеці,&lt;br /&gt;</w:t>
        <w:br/>
        <w:t>Що там діялось в їй серці,&lt;br /&gt;</w:t>
        <w:br/>
        <w:t>Як ті вверх її тягли!&lt;br /&gt;</w:t>
        <w:br/>
        <w:t>Там внизу вода, потопа,&lt;br /&gt;</w:t>
        <w:br/>
        <w:t>А вверху зо двадцять хлопа,&lt;br /&gt;</w:t>
        <w:br/>
        <w:t>А з палками всі були!</w:t>
      </w:r>
    </w:p>
    <w:p>
      <w:r>
        <w:br/>
        <w:t>Лиш на світ вона вказалась,&lt;br /&gt;</w:t>
        <w:br/>
        <w:t>Як не знімесь лускіт, галас —&lt;br /&gt;</w:t>
        <w:br/>
        <w:t>Б'ють, товчуть, мов околіт!&lt;br /&gt;</w:t>
        <w:br/>
        <w:t>Бідна знітилась в відерці,&lt;br /&gt;</w:t>
        <w:br/>
        <w:t>А тут вже розпука в серці&lt;br /&gt;</w:t>
        <w:br/>
        <w:t>І в очах померк їй світ.</w:t>
      </w:r>
    </w:p>
    <w:p>
      <w:r>
        <w:br/>
        <w:t>Сил їй додала тривога:&lt;br /&gt;</w:t>
        <w:br/>
        <w:t>Скочила з відра, небога,&lt;br /&gt;</w:t>
        <w:br/>
        <w:t>В найгустіший стиск палиць:&lt;br /&gt;</w:t>
        <w:br/>
        <w:t>Навіть в казці не сказати,&lt;br /&gt;</w:t>
        <w:br/>
        <w:t>Кілько їй пришлось набрати&lt;br /&gt;</w:t>
        <w:br/>
        <w:t>Суковатих паляниць.</w:t>
      </w:r>
    </w:p>
    <w:p>
      <w:r>
        <w:br/>
        <w:t>Як вона спастися вспіла&lt;br /&gt;</w:t>
        <w:br/>
        <w:t>І жива з їх рук убігла,&lt;br /&gt;</w:t>
        <w:br/>
        <w:t>Сього вже не знаю я.&lt;br /&gt;</w:t>
        <w:br/>
        <w:t>Се, брехуне ти огидний,&lt;br /&gt;</w:t>
        <w:br/>
        <w:t>Твій був поступок єхидний,&lt;br /&gt;</w:t>
        <w:br/>
        <w:t>Справка підлая твоя!"</w:t>
      </w:r>
    </w:p>
    <w:p>
      <w:r>
        <w:br/>
        <w:t>"Ой Вовцуню, коб ти знав,&lt;br /&gt;</w:t>
        <w:br/>
        <w:t>Як то я їй дякував&lt;br /&gt;</w:t>
        <w:br/>
        <w:t>За той вчинок милосердний,&lt;br /&gt;</w:t>
        <w:br/>
        <w:t>Що дала собі накласти&lt;br /&gt;</w:t>
        <w:br/>
        <w:t>Те, що правно мало впасти&lt;br /&gt;</w:t>
        <w:br/>
        <w:t>Та на мій хребет мізерний!..</w:t>
      </w:r>
    </w:p>
    <w:p>
      <w:r>
        <w:br/>
        <w:t>Благородная Вовчиця!&lt;br /&gt;</w:t>
        <w:br/>
        <w:t>Вчинком тим ти б міг гордиться.&lt;br /&gt;</w:t>
        <w:br/>
        <w:t>Є заслуга тут моя…&lt;br /&gt;</w:t>
        <w:br/>
        <w:t>А при тім вона, нівроку,&lt;br /&gt;</w:t>
        <w:br/>
        <w:t>Суковатого оброку&lt;br /&gt;</w:t>
        <w:br/>
        <w:t>Знести може більш, ніж я!"</w:t>
      </w:r>
    </w:p>
    <w:p>
      <w:r>
        <w:br/>
        <w:t>Так-то Лис з Вовчиці кпився.&lt;br /&gt;</w:t>
        <w:br/>
        <w:t>Всі сміялись, Вовк казився.&lt;br /&gt;</w:t>
        <w:br/>
        <w:t>"Брехо! Митко! — він кричав.-&lt;br /&gt;</w:t>
        <w:br/>
        <w:t>Най кордюк язик твій сточить!&lt;br /&gt;</w:t>
        <w:br/>
        <w:t>Як ти все в живії очі&lt;br /&gt;</w:t>
        <w:br/>
        <w:t>Біле в чорне пробрехав!</w:t>
      </w:r>
    </w:p>
    <w:p>
      <w:r>
        <w:br/>
        <w:t>Але ні, не язиками,&lt;br /&gt;</w:t>
        <w:br/>
        <w:t>А зубами і руками&lt;br /&gt;</w:t>
        <w:br/>
        <w:t>Будем биться! Най умру,&lt;br /&gt;</w:t>
        <w:br/>
        <w:t>А тобі, брехуне, вбійце,&lt;br /&gt;</w:t>
        <w:br/>
        <w:t>Зраднику і кровопійце,&lt;br /&gt;</w:t>
        <w:br/>
        <w:t>Хавку клятую запру!"</w:t>
      </w:r>
    </w:p>
    <w:p>
      <w:r>
        <w:br/>
        <w:t>Крикнув Лис: "Ти, грубіяне!&lt;br /&gt;</w:t>
        <w:br/>
        <w:t>Думаєш, що лайка стане&lt;br /&gt;</w:t>
        <w:br/>
        <w:t>Латкою на честь твою?&lt;br /&gt;</w:t>
        <w:br/>
        <w:t>В лайці ти міцніший, синку,&lt;br /&gt;</w:t>
        <w:br/>
        <w:t>А як хочеш поєдинку,-&lt;br /&gt;</w:t>
        <w:br/>
        <w:t>То почуєш, як я б'ю!"</w:t>
      </w:r>
    </w:p>
    <w:p>
      <w:r>
        <w:br/>
        <w:t>"Ну, досить тих сварів! Годі!&lt;br /&gt;</w:t>
        <w:br/>
        <w:t>Чортзна-хто з вас прав, хто злодій!&lt;br /&gt;</w:t>
        <w:br/>
        <w:t>Вставши з трону, цар сказав.-&lt;br /&gt;</w:t>
        <w:br/>
        <w:t>Завтра рано бій остатний&lt;br /&gt;</w:t>
        <w:br/>
        <w:t>Вкаже, хто лихий, хто вдатний.&lt;br /&gt;</w:t>
        <w:br/>
        <w:t>Ось вам проба ваших прав!"</w:t>
      </w:r>
    </w:p>
    <w:p>
      <w:r>
        <w:br/>
        <w:t>ПІСНЯ ДВАНАДЦЯТА</w:t>
      </w:r>
    </w:p>
    <w:p>
      <w:r>
        <w:br/>
        <w:t>Рано сонечко схопилось,&lt;br /&gt;</w:t>
        <w:br/>
        <w:t>У росі перлистій вмилось&lt;br /&gt;</w:t>
        <w:br/>
        <w:t>І сміється, не пече...&lt;br /&gt;</w:t>
        <w:br/>
        <w:t>Лис Микита ще любісько&lt;br /&gt;</w:t>
        <w:br/>
        <w:t>Спить, розлягтись на все ліжко,&lt;br /&gt;</w:t>
        <w:br/>
        <w:t>Втім, хтось штурк його в плече.</w:t>
      </w:r>
    </w:p>
    <w:p>
      <w:r>
        <w:br/>
        <w:t>"Гей, ти, спюху, час вставати!&lt;br /&gt;</w:t>
        <w:br/>
        <w:t>Зазирає день до хати;&lt;br /&gt;</w:t>
        <w:br/>
        <w:t>А ти знаєш, що за день?&lt;br /&gt;</w:t>
        <w:br/>
        <w:t>Він рішить, чи до побіди&lt;br /&gt;</w:t>
        <w:br/>
        <w:t>Ти дійдеш, чи смерть і біди&lt;br /&gt;</w:t>
        <w:br/>
        <w:t>З бою винесеш лишень!"</w:t>
      </w:r>
    </w:p>
    <w:p>
      <w:r>
        <w:br/>
        <w:t>Так при ліжку Лиса ставши&lt;br /&gt;</w:t>
        <w:br/>
        <w:t>І його за руку взявши,&lt;br /&gt;</w:t>
        <w:br/>
        <w:t>Малпа Фрузя прорекла.&lt;br /&gt;</w:t>
        <w:br/>
        <w:t>Всю ту ніч вона не спала,&lt;br /&gt;</w:t>
        <w:br/>
        <w:t>Все за Лисом промовляла,&lt;br /&gt;</w:t>
        <w:br/>
        <w:t>Де в кого лише могла.</w:t>
      </w:r>
    </w:p>
    <w:p>
      <w:r>
        <w:br/>
        <w:t>Буркнув Лис крізь сон гнівливо,&lt;br /&gt;</w:t>
        <w:br/>
        <w:t>Та, протерши очі живо,&lt;br /&gt;</w:t>
        <w:br/>
        <w:t>Коло ліжка Малпу вздрів.&lt;br /&gt;</w:t>
        <w:br/>
        <w:t>"Фрузю, ти се? — скрикнув втішно&lt;br /&gt;</w:t>
        <w:br/>
        <w:t>З ліжка схопився поспішно.-&lt;br /&gt;</w:t>
        <w:br/>
        <w:t>З чим же бог тебе привів?"</w:t>
      </w:r>
    </w:p>
    <w:p>
      <w:r>
        <w:br/>
        <w:t>Фрузя каже: "Ах, Микито,&lt;br /&gt;</w:t>
        <w:br/>
        <w:t>Що колись було прожито,&lt;br /&gt;</w:t>
        <w:br/>
        <w:t>В мене з тямки не зійде!&lt;br /&gt;</w:t>
        <w:br/>
        <w:t>Бо жіноче серце любить&lt;br /&gt;</w:t>
        <w:br/>
        <w:t>Вічно того, хто нас губить,&lt;br /&gt;</w:t>
        <w:br/>
        <w:t>Навіть вдячності не жде.</w:t>
      </w:r>
    </w:p>
    <w:p>
      <w:r>
        <w:br/>
        <w:t>Так тобою я турбуюсь&lt;br /&gt;</w:t>
        <w:br/>
        <w:t>І за тебе все піклуюсь,&lt;br /&gt;</w:t>
        <w:br/>
        <w:t>Хоч про се ніхто й не зна.&lt;br /&gt;</w:t>
        <w:br/>
        <w:t>Але нині бійка люта&lt;br /&gt;</w:t>
        <w:br/>
        <w:t>Привела мене аж тута.&lt;br /&gt;</w:t>
        <w:br/>
        <w:t>Мучить мисль мене страшна!..</w:t>
      </w:r>
    </w:p>
    <w:p>
      <w:r>
        <w:br/>
        <w:t>Ой Микито, Вовк могучий,&lt;br /&gt;</w:t>
        <w:br/>
        <w:t>А хоч хитрий ти, і ручий,&lt;br /&gt;</w:t>
        <w:br/>
        <w:t>І проворний на язик,&lt;br /&gt;</w:t>
        <w:br/>
        <w:t>То все ж легко бути може,&lt;br /&gt;</w:t>
        <w:br/>
        <w:t>Що пропадеш ти, небоже,&lt;br /&gt;</w:t>
        <w:br/>
        <w:t>Жартувати Вовк не звик!</w:t>
      </w:r>
    </w:p>
    <w:p>
      <w:r>
        <w:br/>
        <w:t>Тим стурбована я дуже&lt;br /&gt;</w:t>
        <w:br/>
        <w:t>І прийшла сюди, мій друже,&lt;br /&gt;</w:t>
        <w:br/>
        <w:t>Щоб тобі допомогти.&lt;br /&gt;</w:t>
        <w:br/>
        <w:t>Знаєш, де прийде до звади,&lt;br /&gt;</w:t>
        <w:br/>
        <w:t>Добра й баба до поради,-&lt;br /&gt;</w:t>
        <w:br/>
        <w:t>Слухай моїх рад і ти!"</w:t>
      </w:r>
    </w:p>
    <w:p>
      <w:r>
        <w:br/>
        <w:t>Лис сміється: "Фрузю люба,&lt;br /&gt;</w:t>
        <w:br/>
        <w:t>В тебе ні одного зуба&lt;br /&gt;</w:t>
        <w:br/>
        <w:t>Не хибує! Що ж притьмом&lt;br /&gt;</w:t>
        <w:br/>
        <w:t>Бабою тобі чиниться?&lt;br /&gt;</w:t>
        <w:br/>
        <w:t>Ти ще можеш похвалиться&lt;br /&gt;</w:t>
        <w:br/>
        <w:t>І красою, і умом!</w:t>
      </w:r>
    </w:p>
    <w:p>
      <w:r>
        <w:br/>
        <w:t>Вчинок твій великодушний!&lt;br /&gt;</w:t>
        <w:br/>
        <w:t>Радо буду я послушний&lt;br /&gt;</w:t>
        <w:br/>
        <w:t>Твоїй раді, тільки радь!"&lt;br /&gt;</w:t>
        <w:br/>
        <w:t>Фрузя плеснула в долоні —&lt;br /&gt;</w:t>
        <w:br/>
        <w:t>Гей, Малпи, що на вигоні&lt;br /&gt;</w:t>
        <w:br/>
        <w:t>Ждали, всі гуртом біжать.</w:t>
      </w:r>
    </w:p>
    <w:p>
      <w:r>
        <w:br/>
        <w:t>"Го-го-го,— сказав Микита,-&lt;br /&gt;</w:t>
        <w:br/>
        <w:t>Тут рідня вся знакомита!&lt;br /&gt;</w:t>
        <w:br/>
        <w:t>Фрузю, що ж се все значить!"&lt;br /&gt;</w:t>
        <w:br/>
        <w:t>Фрузя каже: "Не журися,&lt;br /&gt;</w:t>
        <w:br/>
        <w:t>Сядь на лавці, простягнися,&lt;br /&gt;</w:t>
        <w:br/>
        <w:t>А про решту тихо, цить!"</w:t>
      </w:r>
    </w:p>
    <w:p>
      <w:r>
        <w:br/>
        <w:t>Тут нараз три Малпи-злюки&lt;br /&gt;</w:t>
        <w:br/>
        <w:t>Як візьмуть Микиту в руки:&lt;br /&gt;</w:t>
        <w:br/>
        <w:t>Голять, миють, милом труть;&lt;br /&gt;</w:t>
        <w:br/>
        <w:t>Гладко тіло все обстригли,&lt;br /&gt;</w:t>
        <w:br/>
        <w:t>Потім принесли оливи&lt;br /&gt;</w:t>
        <w:br/>
        <w:t>І на хвіст кудлатий ллють.</w:t>
      </w:r>
    </w:p>
    <w:p>
      <w:r>
        <w:br/>
        <w:t>Каже Фрузя: "Ну, Микито,&lt;br /&gt;</w:t>
        <w:br/>
        <w:t>Все обстрижено, обмито,&lt;br /&gt;</w:t>
        <w:br/>
        <w:t>Тільки в кудлах хвіст лишивсь:&lt;br /&gt;</w:t>
        <w:br/>
        <w:t>Се на те, щоб Вовк нікуди,&lt;br /&gt;</w:t>
        <w:br/>
        <w:t>Ні за крижі, ні за груди,&lt;br /&gt;</w:t>
        <w:br/>
        <w:t>Ні за лоб тебе не ймивсь.</w:t>
      </w:r>
    </w:p>
    <w:p>
      <w:r>
        <w:br/>
        <w:t>Як на тебе він накинесь,&lt;br /&gt;</w:t>
        <w:br/>
        <w:t>Ти чинись, мов з страху гинеш,&lt;br /&gt;</w:t>
        <w:br/>
        <w:t>Втеки! Та не дуже квап!&lt;br /&gt;</w:t>
        <w:br/>
        <w:t>А як буде Вовк вже близько,&lt;br /&gt;</w:t>
        <w:br/>
        <w:t>Обваляй в пісок хвостисько&lt;br /&gt;</w:t>
        <w:br/>
        <w:t>Та й в лице йому талап!</w:t>
      </w:r>
    </w:p>
    <w:p>
      <w:r>
        <w:br/>
        <w:t>Буде се йому несмачно&lt;br /&gt;</w:t>
        <w:br/>
        <w:t>І остудить запал значно;&lt;br /&gt;</w:t>
        <w:br/>
        <w:t>Поки очі він протре,&lt;br /&gt;</w:t>
        <w:br/>
        <w:t>Всядь на карк йому ти сміло&lt;br /&gt;</w:t>
        <w:br/>
        <w:t>І велике зробиш діло,&lt;br /&gt;</w:t>
        <w:br/>
        <w:t>Вовка дідько забере.</w:t>
      </w:r>
    </w:p>
    <w:p>
      <w:r>
        <w:br/>
        <w:t>А тепер клякни покірно,&lt;br /&gt;</w:t>
        <w:br/>
        <w:t>Чари дам тобі, що вірно&lt;br /&gt;</w:t>
        <w:br/>
        <w:t>Доведуть все до пуття:&lt;br /&gt;</w:t>
        <w:br/>
        <w:t>"Іракі чо й рачіш реп,&lt;br /&gt;</w:t>
        <w:br/>
        <w:t>Йирям узори рачін веп,&lt;br /&gt;</w:t>
        <w:br/>
        <w:t>Яттучь цімішь ліб й анат". [2]</w:t>
      </w:r>
    </w:p>
    <w:p>
      <w:r>
        <w:br/>
        <w:t>Ну, тепер вставай, мій друже,&lt;br /&gt;</w:t>
        <w:br/>
        <w:t>Йди здоров, не гайся дуже&lt;br /&gt;</w:t>
        <w:br/>
        <w:t>І з побідою вертай!&lt;br /&gt;</w:t>
        <w:br/>
        <w:t>Ви ж ведіть, Малпятка, Лиса&lt;br /&gt;</w:t>
        <w:br/>
        <w:t>Там, де звірі всі зійшлися,&lt;br /&gt;</w:t>
        <w:br/>
        <w:t>На ту толоку під гай!"</w:t>
      </w:r>
    </w:p>
    <w:p>
      <w:r>
        <w:br/>
        <w:t>Йде дружина знакомита,&lt;br /&gt;</w:t>
        <w:br/>
        <w:t>Гордо суне Лис Микита,&lt;br /&gt;</w:t>
        <w:br/>
        <w:t>Просто перед царський трон.&lt;br /&gt;</w:t>
        <w:br/>
        <w:t>Цар, уздрівши, як він вбрався,&lt;br /&gt;</w:t>
        <w:br/>
        <w:t>За живіт зо сміху взявся.&lt;br /&gt;</w:t>
        <w:br/>
        <w:t>"Хитрий же ти, бестіон!"</w:t>
      </w:r>
    </w:p>
    <w:p>
      <w:r>
        <w:br/>
        <w:t>Але Лис, поважний, строгий,&lt;br /&gt;</w:t>
        <w:br/>
        <w:t>Поклонивсь цареві в ноги,&lt;br /&gt;</w:t>
        <w:br/>
        <w:t>А цариці до колін,&lt;br /&gt;</w:t>
        <w:br/>
        <w:t>А відтак на місце бою,&lt;br /&gt;</w:t>
        <w:br/>
        <w:t>Вкруг обступлене юрбою,&lt;br /&gt;</w:t>
        <w:br/>
        <w:t>Виступив спокійно він.</w:t>
      </w:r>
    </w:p>
    <w:p>
      <w:r>
        <w:br/>
        <w:t>Озирнувсь — аж Вовк вже тута:&lt;br /&gt;</w:t>
        <w:br/>
        <w:t>Наче чорна хмара люта,&lt;br /&gt;</w:t>
        <w:br/>
        <w:t>Виступає з-між рядів;&lt;br /&gt;</w:t>
        <w:br/>
        <w:t>Аж зубами він скрегоче,&lt;br /&gt;</w:t>
        <w:br/>
        <w:t>Мов свічки, блищаться очі —&lt;br /&gt;</w:t>
        <w:br/>
        <w:t>Так з кістьми би Лиса й з'їв.</w:t>
      </w:r>
    </w:p>
    <w:p>
      <w:r>
        <w:br/>
        <w:t>І махнув цар головою,&lt;br /&gt;</w:t>
        <w:br/>
        <w:t>Знак подав їм булавою&lt;br /&gt;</w:t>
        <w:br/>
        <w:t>Починати боротьбу.&lt;br /&gt;</w:t>
        <w:br/>
        <w:t>Сурми, труби загриміли,&lt;br /&gt;</w:t>
        <w:br/>
        <w:t>Всі затихли, заніміли,&lt;br /&gt;</w:t>
        <w:br/>
        <w:t>На непевну ждуть судьбу.</w:t>
      </w:r>
    </w:p>
    <w:p>
      <w:r>
        <w:br/>
        <w:t>Перший скочив Вовк лапастий,&lt;br /&gt;</w:t>
        <w:br/>
        <w:t>Лиса в зуби щоб попасти&lt;br /&gt;</w:t>
        <w:br/>
        <w:t>І зробить йому капут.&lt;br /&gt;</w:t>
        <w:br/>
        <w:t>Лис завив, перелякався&lt;br /&gt;</w:t>
        <w:br/>
        <w:t>І швиденько взад подався,-&lt;br /&gt;</w:t>
        <w:br/>
        <w:t>Вовк за ним ось тут… ось тут!</w:t>
      </w:r>
    </w:p>
    <w:p>
      <w:r>
        <w:br/>
        <w:t>Наздогнав його вже близько,&lt;br /&gt;</w:t>
        <w:br/>
        <w:t>А втім Лис в бігу хвостисько&lt;br /&gt;</w:t>
        <w:br/>
        <w:t>По піску проволочив,-&lt;br /&gt;</w:t>
        <w:br/>
        <w:t>Як не свисне Вовка в очі,&lt;br /&gt;</w:t>
        <w:br/>
        <w:t>Так його темніше ночі&lt;br /&gt;</w:t>
        <w:br/>
        <w:t>Світ увесь заморочив.</w:t>
      </w:r>
    </w:p>
    <w:p>
      <w:r>
        <w:br/>
        <w:t>"Ой та й сучий же ти злодій!" —&lt;br /&gt;</w:t>
        <w:br/>
        <w:t>Крикнув Вовк, та гнать вже годі,&lt;br /&gt;</w:t>
        <w:br/>
        <w:t>Став і тре з очей пісок.&lt;br /&gt;</w:t>
        <w:br/>
        <w:t>"Що, Вовцуню, будем биться,-&lt;br /&gt;</w:t>
        <w:br/>
        <w:t>Рік Микита,— чи мириться?&lt;br /&gt;</w:t>
        <w:br/>
        <w:t>Ну, подай свій голосок!"</w:t>
      </w:r>
    </w:p>
    <w:p>
      <w:r>
        <w:br/>
        <w:t>Обернувсь Микита скоро,&lt;br /&gt;</w:t>
        <w:br/>
        <w:t>Вовка вхопити за горло&lt;br /&gt;</w:t>
        <w:br/>
        <w:t>Вже ось-ось він наостривсь —&lt;br /&gt;</w:t>
        <w:br/>
        <w:t>Але Вовк скакіць до нього&lt;br /&gt;</w:t>
        <w:br/>
        <w:t>І зубами хап за ногу —&lt;br /&gt;</w:t>
        <w:br/>
        <w:t>Лис на землю поваливсь.</w:t>
      </w:r>
    </w:p>
    <w:p>
      <w:r>
        <w:br/>
        <w:t>"Га, собако ти брехлива,&lt;br /&gt;</w:t>
        <w:br/>
        <w:t>Ось тепер приходять жнива:&lt;br /&gt;</w:t>
        <w:br/>
        <w:t>Все, що сіяв, те й пожнеш!&lt;br /&gt;</w:t>
        <w:br/>
        <w:t>Раз в мої попав ти руки,&lt;br /&gt;</w:t>
        <w:br/>
        <w:t>За всі кривди, збитки, штуки&lt;br /&gt;</w:t>
        <w:br/>
        <w:t>Ти заплату відбереш!"</w:t>
      </w:r>
    </w:p>
    <w:p>
      <w:r>
        <w:br/>
        <w:t>"Ов,— подумав Лис,— се бридко,&lt;br /&gt;</w:t>
        <w:br/>
        <w:t>Тут пропасти можна швидко!&lt;br /&gt;</w:t>
        <w:br/>
        <w:t>Нумо з смирного кінпя!"&lt;br /&gt;</w:t>
        <w:br/>
        <w:t>І щоб час лиш протягнути,&lt;br /&gt;</w:t>
        <w:br/>
        <w:t>Він почав на жальні нути&lt;br /&gt;</w:t>
        <w:br/>
        <w:t>Промовлять такі слівця:</w:t>
      </w:r>
    </w:p>
    <w:p>
      <w:r>
        <w:br/>
        <w:t>"Стрику, майте бога в серці!&lt;br /&gt;</w:t>
        <w:br/>
        <w:t>Я ж якась рідня вам преці!&lt;br /&gt;</w:t>
        <w:br/>
        <w:t>Що се ви так завзялись?&lt;br /&gt;</w:t>
        <w:br/>
        <w:t>Чи ж то честь, гонори знатні,&lt;br /&gt;</w:t>
        <w:br/>
        <w:t>Що, мов бестії остатні,&lt;br /&gt;</w:t>
        <w:br/>
        <w:t>Б'ються на смерть Вовк і Лис?</w:t>
      </w:r>
    </w:p>
    <w:p>
      <w:r>
        <w:br/>
        <w:t>Ой стрицуню рідний, чуйте,&lt;br /&gt;</w:t>
        <w:br/>
        <w:t>Лиш сей раз мені даруйте,-&lt;br /&gt;</w:t>
        <w:br/>
        <w:t>А кленусь вам, поки жить,&lt;br /&gt;</w:t>
        <w:br/>
        <w:t>Я і всі мої народи&lt;br /&gt;</w:t>
        <w:br/>
        <w:t>Сумирно, без перешкоди,&lt;br /&gt;</w:t>
        <w:br/>
        <w:t>Вірно будем вам служить.</w:t>
      </w:r>
    </w:p>
    <w:p>
      <w:r>
        <w:br/>
        <w:t>Все робитиму для тебе,&lt;br /&gt;</w:t>
        <w:br/>
        <w:t>Всякий труд прийму на себе,&lt;br /&gt;</w:t>
        <w:br/>
        <w:t>Не доїм і не досплю,&lt;br /&gt;</w:t>
        <w:br/>
        <w:t>А тобі гусей, качаток,&lt;br /&gt;</w:t>
        <w:br/>
        <w:t>Риб, і раків, і курчаток&lt;br /&gt;</w:t>
        <w:br/>
        <w:t>Повну кухню наловлю.</w:t>
      </w:r>
    </w:p>
    <w:p>
      <w:r>
        <w:br/>
        <w:t>Га й згадай, чи то я бою&lt;br /&gt;</w:t>
        <w:br/>
        <w:t>Іменно хотів з тобою?&lt;br /&gt;</w:t>
        <w:br/>
        <w:t>Як я довго вагувавсь!&lt;br /&gt;</w:t>
        <w:br/>
        <w:t>І тепер як дбав я пильно,&lt;br /&gt;</w:t>
        <w:br/>
        <w:t>Щоб тебе не вдарить сильно,&lt;br /&gt;</w:t>
        <w:br/>
        <w:t>В своїй силі гамувавсь!</w:t>
      </w:r>
    </w:p>
    <w:p>
      <w:r>
        <w:br/>
        <w:t>Що лиш хочеш, хоч як трудно,&lt;br /&gt;</w:t>
        <w:br/>
        <w:t>Все я вчиню! Хоч прилюдно&lt;br /&gt;</w:t>
        <w:br/>
        <w:t>Підлим брехуном назвусь!&lt;br /&gt;</w:t>
        <w:br/>
        <w:t>Ой, болить! Рідненький стрику!&lt;br /&gt;</w:t>
        <w:br/>
        <w:t>Милість покажи велику,&lt;br /&gt;</w:t>
        <w:br/>
        <w:t>Най надарма не молюсь!"</w:t>
      </w:r>
    </w:p>
    <w:p>
      <w:r>
        <w:br/>
        <w:t>"Ні,— гарчить Неситий, годі!&lt;br /&gt;</w:t>
        <w:br/>
        <w:t>Знаю я, який ти злодій,&lt;br /&gt;</w:t>
        <w:br/>
        <w:t>Бреха і крутій єси!&lt;br /&gt;</w:t>
        <w:br/>
        <w:t>Обіцяєш злота мірку,&lt;br /&gt;</w:t>
        <w:br/>
        <w:t>А по тому завше дірку&lt;br /&gt;</w:t>
        <w:br/>
        <w:t>Із обарінка даси.</w:t>
      </w:r>
    </w:p>
    <w:p>
      <w:r>
        <w:br/>
        <w:t>Та тепер хоч присягни ти&lt;br /&gt;</w:t>
        <w:br/>
        <w:t>Нас усіх озолотити,&lt;br /&gt;</w:t>
        <w:br/>
        <w:t>Віри я тобі не йму!&lt;br /&gt;</w:t>
        <w:br/>
        <w:t>Гамувавсь ги в бою ладно,&lt;br /&gt;</w:t>
        <w:br/>
        <w:t>Що мені у очі зрадно&lt;br /&gt;</w:t>
        <w:br/>
        <w:t>Впер піску чортівську тьму!</w:t>
      </w:r>
    </w:p>
    <w:p>
      <w:r>
        <w:br/>
        <w:t>Ні, хоч як бреши й ввивайся,&lt;br /&gt;</w:t>
        <w:br/>
        <w:t>А з життям уже прощайся!&lt;br /&gt;</w:t>
        <w:br/>
        <w:t>Я здурить себе не дам.&lt;br /&gt;</w:t>
        <w:br/>
        <w:t>Помолися швидко богу.&lt;br /&gt;</w:t>
        <w:br/>
        <w:t>Кайся всіх гріхів — в дорогу&lt;br /&gt;</w:t>
        <w:br/>
        <w:t>Мусиш нині йти к дідам!"</w:t>
      </w:r>
    </w:p>
    <w:p>
      <w:r>
        <w:br/>
        <w:t>Так гарчав Неситий гордо,&lt;br /&gt;</w:t>
        <w:br/>
        <w:t>Рад би Лиса взять за горло,&lt;br /&gt;</w:t>
        <w:br/>
        <w:t>Але ногу мав в зубах.&lt;br /&gt;</w:t>
        <w:br/>
        <w:t>А Микита, поки рюмав,&lt;br /&gt;</w:t>
        <w:br/>
        <w:t>Хитрість вже нову обдумав,&lt;br /&gt;</w:t>
        <w:br/>
        <w:t>Як минувся перший страх.</w:t>
      </w:r>
    </w:p>
    <w:p>
      <w:r>
        <w:br/>
        <w:t>Ніби молиться він богу,&lt;br /&gt;</w:t>
        <w:br/>
        <w:t>А тим часом задню ногу&lt;br /&gt;</w:t>
        <w:br/>
        <w:t>Всунув Вовку під живіт…&lt;br /&gt;</w:t>
        <w:br/>
        <w:t>Як нараз запоре жмінку&lt;br /&gt;</w:t>
        <w:br/>
        <w:t>Попід саму селезінку,&lt;br /&gt;</w:t>
        <w:br/>
        <w:t>Вовкові змінився світ.</w:t>
      </w:r>
    </w:p>
    <w:p>
      <w:r>
        <w:br/>
        <w:t>"Ай!" — ревнув, згадавши бабу.&lt;br /&gt;</w:t>
        <w:br/>
        <w:t>Фіть! Лис з пащі вирвав лапу,&lt;br /&gt;</w:t>
        <w:br/>
        <w:t>Задньою ж ще раз потис:&lt;br /&gt;</w:t>
        <w:br/>
        <w:t>Вовк зомлів і повалився —&lt;br /&gt;</w:t>
        <w:br/>
        <w:t>Гульк, наверху опинився&lt;br /&gt;</w:t>
        <w:br/>
        <w:t>Й хап його за горло Лис.</w:t>
      </w:r>
    </w:p>
    <w:p>
      <w:r>
        <w:br/>
        <w:t>"Га, тепер проси пощади!&lt;br /&gt;</w:t>
        <w:br/>
        <w:t>Тут заплату за всі зради&lt;br /&gt;</w:t>
        <w:br/>
        <w:t>Ти дістанеш!" — Лис кричав.&lt;br /&gt;</w:t>
        <w:br/>
        <w:t>Вовк, запінений, заїлий,&lt;br /&gt;</w:t>
        <w:br/>
        <w:t>Лиш метавсь, мов ошалілий,&lt;br /&gt;</w:t>
        <w:br/>
        <w:t>І, слабіючи, гарчав.</w:t>
      </w:r>
    </w:p>
    <w:p>
      <w:r>
        <w:br/>
        <w:t>Та Микита, вже не глупий,&lt;br /&gt;</w:t>
        <w:br/>
        <w:t>Силу всю зібрав докупи,&lt;br /&gt;</w:t>
        <w:br/>
        <w:t>Мов кліщами, горло тис;&lt;br /&gt;</w:t>
        <w:br/>
        <w:t>Тягне, шарпає, термосить,&lt;br /&gt;</w:t>
        <w:br/>
        <w:t>Аж Лев крикнув: "Досить! Досить!&lt;br /&gt;</w:t>
        <w:br/>
        <w:t>Побідив сим разом Лис!"</w:t>
      </w:r>
    </w:p>
    <w:p>
      <w:r>
        <w:br/>
        <w:t>Лис на тес царське слово&lt;br /&gt;</w:t>
        <w:br/>
        <w:t>Вовка відпустив здорово.&lt;br /&gt;</w:t>
        <w:br/>
        <w:t>"Царю,— каже,— я корюсь!&lt;br /&gt;</w:t>
        <w:br/>
        <w:t>Я хотів лиш пляму стерти,&lt;br /&gt;</w:t>
        <w:br/>
        <w:t>Вовчої не хочу смерти,&lt;br /&gt;</w:t>
        <w:br/>
        <w:t>На безсильнім я не мщусь".</w:t>
      </w:r>
    </w:p>
    <w:p>
      <w:r>
        <w:br/>
        <w:t>Тут піднявсь утіхи галас!&lt;br /&gt;</w:t>
        <w:br/>
        <w:t>Малпа крізь юрбу пропхалась&lt;br /&gt;</w:t>
        <w:br/>
        <w:t>Із лавровим вже вінцем.&lt;br /&gt;</w:t>
        <w:br/>
        <w:t>Всі приятелі зійшлися,&lt;br /&gt;</w:t>
        <w:br/>
        <w:t>Славили й вітали Лиса.&lt;br /&gt;</w:t>
        <w:br/>
        <w:t>Що таким явивсь борцем.</w:t>
      </w:r>
    </w:p>
    <w:p>
      <w:r>
        <w:br/>
        <w:t>Не один, що ще недавно&lt;br /&gt;</w:t>
        <w:br/>
        <w:t>Був би з'їв його, вив: "Славно!&lt;br /&gt;</w:t>
        <w:br/>
        <w:t>Жий, Микито, много літ!"&lt;br /&gt;</w:t>
        <w:br/>
        <w:t>Лис подякував уклоном,&lt;br /&gt;</w:t>
        <w:br/>
        <w:t>Потім клякнув перед троном,&lt;br /&gt;</w:t>
        <w:br/>
        <w:t>Щоб чуть царський заповіт.</w:t>
      </w:r>
    </w:p>
    <w:p>
      <w:r>
        <w:br/>
        <w:t>"Встань, Микито! — цар озвався.-&lt;br /&gt;</w:t>
        <w:br/>
        <w:t>Славно, сину, ти списався,&lt;br /&gt;</w:t>
        <w:br/>
        <w:t>Честь свою оборонив.&lt;br /&gt;</w:t>
        <w:br/>
        <w:t>Що було, нехай минає!&lt;br /&gt;</w:t>
        <w:br/>
        <w:t>Цар дарує і прощає,&lt;br /&gt;</w:t>
        <w:br/>
        <w:t>Що коли ти завинив.</w:t>
      </w:r>
    </w:p>
    <w:p>
      <w:r>
        <w:br/>
        <w:t>Днесь конець сварні і зваді,&lt;br /&gt;</w:t>
        <w:br/>
        <w:t>І віднині в царській раді&lt;br /&gt;</w:t>
        <w:br/>
        <w:t>Ти про спільне благо радь!&lt;br /&gt;</w:t>
        <w:br/>
        <w:t>Честь прийми від мене тую:&lt;br /&gt;</w:t>
        <w:br/>
        <w:t>Канцлером тебе йменую,&lt;br /&gt;</w:t>
        <w:br/>
        <w:t>Віддаю тобі печать.</w:t>
      </w:r>
    </w:p>
    <w:p>
      <w:r>
        <w:br/>
        <w:t>Як ти мудро вмів держаться,&lt;br /&gt;</w:t>
        <w:br/>
        <w:t>Від біди обороняться,&lt;br /&gt;</w:t>
        <w:br/>
        <w:t>Так державу борони!&lt;br /&gt;</w:t>
        <w:br/>
        <w:t>Що порадиш — цар прикаже,&lt;br /&gt;</w:t>
        <w:br/>
        <w:t>Що напишеш — цар не змаже,&lt;br /&gt;</w:t>
        <w:br/>
        <w:t>Лиш сумлінно все чини!"</w:t>
      </w:r>
    </w:p>
    <w:p>
      <w:r>
        <w:br/>
        <w:t>Каже Лис: "Мій царю й тату,&lt;br /&gt;</w:t>
        <w:br/>
        <w:t>За так щедру і багату&lt;br /&gt;</w:t>
        <w:br/>
        <w:t>Ласку чим я відплачусь?&lt;br /&gt;</w:t>
        <w:br/>
        <w:t>Сил у мене є не много,&lt;br /&gt;</w:t>
        <w:br/>
        <w:t>Але весь для блага твого&lt;br /&gt;</w:t>
        <w:br/>
        <w:t>Й для держави посвячусь.</w:t>
      </w:r>
    </w:p>
    <w:p>
      <w:r>
        <w:br/>
        <w:t>Ще лиш на однім прости мя!&lt;br /&gt;</w:t>
        <w:br/>
        <w:t>На деньок домів пусти мя:&lt;br /&gt;</w:t>
        <w:br/>
        <w:t>Жінка й діточки десь там&lt;br /&gt;</w:t>
        <w:br/>
        <w:t>Плачуть, тужать… Най же нині&lt;br /&gt;</w:t>
        <w:br/>
        <w:t>О щасливій переміні&lt;br /&gt;</w:t>
        <w:br/>
        <w:t>Сам я звістку їм подам".</w:t>
      </w:r>
    </w:p>
    <w:p>
      <w:r>
        <w:br/>
        <w:t>Цар сказав: "Іди, мій друже!&lt;br /&gt;</w:t>
        <w:br/>
        <w:t>Я й цариця раді дуже,&lt;br /&gt;</w:t>
        <w:br/>
        <w:t>Щоб весь смуток їх пропав.&lt;br /&gt;</w:t>
        <w:br/>
        <w:t>Маєш дозвіл на три днини,&lt;br /&gt;</w:t>
        <w:br/>
        <w:t>А вертай же разом з ними,&lt;br /&gt;</w:t>
        <w:br/>
        <w:t>Щоб я тут їх привітав".</w:t>
      </w:r>
    </w:p>
    <w:p>
      <w:r>
        <w:br/>
        <w:t>Тут кінчиться наша казка.&lt;br /&gt;</w:t>
        <w:br/>
        <w:t>Всім, хто слухати був ласка,&lt;br /&gt;</w:t>
        <w:br/>
        <w:t>Дай же боже много літ!&lt;br /&gt;</w:t>
        <w:br/>
        <w:t>Най і наш весь сум пропаде!&lt;br /&gt;</w:t>
        <w:br/>
        <w:t>А тим, хто нам коїть зради,&lt;br /&gt;</w:t>
        <w:br/>
        <w:t>Най зійдеться клином світ!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 Микита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