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Лірика</w:t>
      </w:r>
    </w:p>
    <w:p>
      <w:r>
        <w:br/>
        <w:t xml:space="preserve"> ЛІРИКА</w:t>
      </w:r>
    </w:p>
    <w:p>
      <w:r>
        <w:br/>
        <w:t>із книжки "ЖМЕНЯ ПІСКУ"&lt;br /&gt;</w:t>
        <w:br/>
        <w:t>(1910)&lt;br /&gt;</w:t>
        <w:br/>
        <w:t>ПІСНІ, ЗАКОХАНІ В МЕНЕ&lt;br /&gt;</w:t>
        <w:br/>
        <w:t>1 У Східному морі,&lt;br /&gt;</w:t>
        <w:br/>
        <w:t>на острівці,&lt;br /&gt;</w:t>
        <w:br/>
        <w:t>на прибережнім білім піску&lt;br /&gt;</w:t>
        <w:br/>
        <w:t>я, не втираючи сліз,&lt;br /&gt;</w:t>
        <w:br/>
        <w:t>бавлюся з крабеням.&lt;br /&gt;</w:t>
        <w:br/>
        <w:t>2 3 обличчя сліз&lt;br /&gt;</w:t>
        <w:br/>
        <w:t>не стала утирати —&lt;br /&gt;</w:t>
        <w:br/>
        <w:t>піску лиш&lt;br /&gt;</w:t>
        <w:br/>
        <w:t>показала жменю...&lt;br /&gt;</w:t>
        <w:br/>
        <w:t>Не можу я її забути!&lt;br /&gt;</w:t>
        <w:br/>
        <w:t>3 Перед безкраїм морем —&lt;br /&gt;</w:t>
        <w:br/>
        <w:t>я сам-один.&lt;br /&gt;</w:t>
        <w:br/>
        <w:t>Котрий вже день отак:&lt;br /&gt;</w:t>
        <w:br/>
        <w:t>навернуться на очі сльози —&lt;br /&gt;</w:t>
        <w:br/>
        <w:t>виходжу з хати.&lt;br /&gt;</w:t>
        <w:br/>
        <w:t>4 Геть поржавілий&lt;br /&gt;</w:t>
        <w:br/>
        <w:t>пістолет&lt;br /&gt;</w:t>
        <w:br/>
        <w:t>показався раптом,&lt;br /&gt;</w:t>
        <w:br/>
        <w:t>коли я пальцями розгрібав&lt;br /&gt;</w:t>
        <w:br/>
        <w:t>пісок на схилі дюни.&lt;br /&gt;</w:t>
        <w:br/>
        <w:t>5 Оця піщана кучугура,&lt;br /&gt;</w:t>
        <w:br/>
        <w:t>яку борвій&lt;br /&gt;</w:t>
        <w:br/>
        <w:t>за ніч одну</w:t>
      </w:r>
    </w:p>
    <w:p>
      <w:r>
        <w:br/>
        <w:t>згромадив,—&lt;br /&gt;</w:t>
        <w:br/>
        <w:t>чия могщіа це?&lt;br /&gt;</w:t>
        <w:br/>
        <w:t>6 Сьогодні цілий день&lt;br /&gt;</w:t>
        <w:br/>
        <w:t>лежав долілиць на піску&lt;br /&gt;</w:t>
        <w:br/>
        <w:t>і згадував&lt;br /&gt;</w:t>
        <w:br/>
        <w:t>той перший біль&lt;br /&gt;</w:t>
        <w:br/>
        <w:t>далекого юнацького кохання.&lt;br /&gt;</w:t>
        <w:br/>
        <w:t>7 До підніжжя великої дюни&lt;br /&gt;</w:t>
        <w:br/>
        <w:t>хвиля прибила колоду.&lt;br /&gt;</w:t>
        <w:br/>
        <w:t>На ній умостившись,&lt;br /&gt;</w:t>
        <w:br/>
        <w:t>дивлюся навкруг —&lt;br /&gt;</w:t>
        <w:br/>
        <w:t>пробую щось говорити.&lt;br /&gt;</w:t>
        <w:br/>
        <w:t>8 О мертвого піску печаль! 3&lt;br /&gt;</w:t>
        <w:br/>
        <w:t>Варто лиш&lt;br /&gt;</w:t>
        <w:br/>
        <w:t>стиснути в руці —&lt;br /&gt;</w:t>
        <w:br/>
        <w:t>уже й зашурхотів&lt;br /&gt;</w:t>
        <w:br/>
        <w:t>між пальцями додолу.&lt;br /&gt;</w:t>
        <w:br/>
        <w:t>9 Сльоза, упавши на пісок,&lt;br /&gt;</w:t>
        <w:br/>
        <w:t>всотала в себе&lt;br /&gt;</w:t>
        <w:br/>
        <w:t>тисячу піщинок.&lt;br /&gt;</w:t>
        <w:br/>
        <w:t>Яка вона важка,&lt;br /&gt;</w:t>
        <w:br/>
        <w:t>ця намистина — моя сльоза!&lt;br /&gt;</w:t>
        <w:br/>
        <w:t>10 Разів сто ієрогліф "велике"&lt;br /&gt;</w:t>
        <w:br/>
        <w:t>я написаз на піску&lt;br /&gt;</w:t>
        <w:br/>
        <w:t>і, геть відкинувши&lt;br /&gt;</w:t>
        <w:br/>
        <w:t>думку про смерть,&lt;br /&gt;</w:t>
        <w:br/>
        <w:t>вернувся додому.&lt;br /&gt;</w:t>
        <w:br/>
        <w:t>11 Дурна дитяча звичка:&lt;br /&gt;</w:t>
        <w:br/>
        <w:t>прокинуся —&lt;br /&gt;</w:t>
        <w:br/>
        <w:t>і довго ще лежу...&lt;br /&gt;</w:t>
        <w:br/>
        <w:t>Така вже прикра звичка,&lt;br /&gt;</w:t>
        <w:br/>
        <w:t>Не дорікай мені за неї, мамо!&lt;br /&gt;</w:t>
        <w:br/>
        <w:t>12 Послинив грудку глини, розім'яв&lt;br /&gt;</w:t>
        <w:br/>
        <w:t>і виліпив обличчя матері —&lt;br /&gt;</w:t>
        <w:br/>
        <w:t>таке, коли вона заплаче.&lt;br /&gt;</w:t>
        <w:br/>
        <w:t>О, скільки туги&lt;br /&gt;</w:t>
        <w:br/>
        <w:t>в цім "портреті"!</w:t>
      </w:r>
    </w:p>
    <w:p>
      <w:r>
        <w:br/>
        <w:t>13 Сидів у кімнаті&lt;br /&gt;</w:t>
        <w:br/>
        <w:t>без світла.&lt;br /&gt;</w:t>
        <w:br/>
        <w:t>Коли — із стіни,&lt;br /&gt;</w:t>
        <w:br/>
        <w:t>на ціпки обпираючись,&lt;br /&gt;</w:t>
        <w:br/>
        <w:t>батько і мати виходять...&lt;br /&gt;</w:t>
        <w:br/>
        <w:t>14 Жартуючи,&lt;br /&gt;</w:t>
        <w:br/>
        <w:t>на спину матір підхопив,&lt;br /&gt;</w:t>
        <w:br/>
        <w:t>але була вона така легка,&lt;br /&gt;</w:t>
        <w:br/>
        <w:t>що я заплакав,&lt;br /&gt;</w:t>
        <w:br/>
        <w:t>не ступивши й кроку.&lt;br /&gt;</w:t>
        <w:br/>
        <w:t>15 Схоплюся&lt;br /&gt;</w:t>
        <w:br/>
        <w:t>й вийду мовчки з дому,&lt;br /&gt;</w:t>
        <w:br/>
        <w:t>а потім повернуся мовчки —&lt;br /&gt;</w:t>
        <w:br/>
        <w:t>таку-от маю звичку!&lt;br /&gt;</w:t>
        <w:br/>
        <w:t>Хоча й кепкують з мене друзі...&lt;br /&gt;</w:t>
        <w:br/>
        <w:t>16 Лиш батько мій&lt;br /&gt;</w:t>
        <w:br/>
        <w:t>зайдеться кашлем —&lt;br /&gt;</w:t>
        <w:br/>
        <w:t>"Адже ж так само&lt;br /&gt;</w:t>
        <w:br/>
        <w:t>кашляю і я!&lt;br /&gt;</w:t>
        <w:br/>
        <w:t>Якщо заслаб — то справи кепські"!&lt;br /&gt;</w:t>
        <w:br/>
        <w:t>17 Якби дівчата&lt;br /&gt;</w:t>
        <w:br/>
        <w:t>мій почули плач —&lt;br /&gt;</w:t>
        <w:br/>
        <w:t>вони б сказали, мабуть:&lt;br /&gt;</w:t>
        <w:br/>
        <w:t>неначе хворий пес&lt;br /&gt;</w:t>
        <w:br/>
        <w:t>на місяць виє.&lt;br /&gt;</w:t>
        <w:br/>
        <w:t>18 Вона —&lt;br /&gt;</w:t>
        <w:br/>
        <w:t>як далеке сюрчання цикади,&lt;br /&gt;</w:t>
        <w:br/>
        <w:t>моя печаль.&lt;br /&gt;</w:t>
        <w:br/>
        <w:t>І сьогодні&lt;br /&gt;</w:t>
        <w:br/>
        <w:t>чую її в серці.&lt;br /&gt;</w:t>
        <w:br/>
        <w:t>19 І, тільки уявивши,&lt;br /&gt;</w:t>
        <w:br/>
        <w:t>ніби серце&lt;br /&gt;</w:t>
        <w:br/>
        <w:t>затягнуте&lt;br /&gt;</w:t>
        <w:br/>
        <w:t>у глибоченну яму,—&lt;br /&gt;</w:t>
        <w:br/>
        <w:t>я, стомлений, заснув.&lt;br /&gt;</w:t>
        <w:br/>
        <w:t>20 Якби таке&lt;br /&gt;</w:t>
        <w:br/>
        <w:t>у руки діло,&lt;br /&gt;</w:t>
        <w:br/>
        <w:t>щоб аж горіли очі!</w:t>
      </w:r>
    </w:p>
    <w:p>
      <w:r>
        <w:br/>
        <w:t>А вже коли б зробив —&lt;br /&gt;</w:t>
        <w:br/>
        <w:t>тоді й померти можна.&lt;br /&gt;</w:t>
        <w:br/>
        <w:t>21 В трамваї переповненім&lt;br /&gt;</w:t>
        <w:br/>
        <w:t>щовечора&lt;br /&gt;</w:t>
        <w:br/>
        <w:t>в кутку тулюся.&lt;br /&gt;</w:t>
        <w:br/>
        <w:t>Який-бо жалюгідний&lt;br /&gt;</w:t>
        <w:br/>
        <w:t>я тоді!&lt;br /&gt;</w:t>
        <w:br/>
        <w:t>22 Увечері в парку Асакуса&lt;br /&gt;</w:t>
        <w:br/>
        <w:t>замішався у збуджений натовп.&lt;br /&gt;</w:t>
        <w:br/>
        <w:t>Із натовпу вийшов,&lt;br /&gt;</w:t>
        <w:br/>
        <w:t>а в серці —&lt;br /&gt;</w:t>
        <w:br/>
        <w:t>та сама печаль.&lt;br /&gt;</w:t>
        <w:br/>
        <w:t>24 В люстерко дивлюсь,&lt;br /&gt;</w:t>
        <w:br/>
        <w:t>виробляючи&lt;br /&gt;</w:t>
        <w:br/>
        <w:t>всякі гримаси,&lt;br /&gt;</w:t>
        <w:br/>
        <w:t>бо плакати&lt;br /&gt;</w:t>
        <w:br/>
        <w:t>вже набридло.&lt;br /&gt;</w:t>
        <w:br/>
        <w:t>25 Сльози, сльози —&lt;br /&gt;</w:t>
        <w:br/>
        <w:t>диво, та й годі!&lt;br /&gt;</w:t>
        <w:br/>
        <w:t>Серце,&lt;br /&gt;</w:t>
        <w:br/>
        <w:t>омите сльозами,&lt;br /&gt;</w:t>
        <w:br/>
        <w:t>знов веселитися хоче.&lt;br /&gt;</w:t>
        <w:br/>
        <w:t>26 Тільки здивований&lt;br /&gt;</w:t>
        <w:br/>
        <w:t>материн оклик&lt;br /&gt;</w:t>
        <w:br/>
        <w:t>привів мене до тями.&lt;br /&gt;</w:t>
        <w:br/>
        <w:t>Сиджу й паличками по чашці&lt;br /&gt;</w:t>
        <w:br/>
        <w:t>все стукаю...&lt;br /&gt;</w:t>
        <w:br/>
        <w:t>27 Лежу в траві,&lt;br /&gt;</w:t>
        <w:br/>
        <w:t>а в голові ні думки.&lt;br /&gt;</w:t>
        <w:br/>
        <w:t>Капку на чоло мені&lt;br /&gt;</w:t>
        <w:br/>
        <w:t>скинувши,&lt;br /&gt;</w:t>
        <w:br/>
        <w:t>грає у небі пташина.&lt;br /&gt;</w:t>
        <w:br/>
        <w:t>28 Я завжди&lt;br /&gt;</w:t>
        <w:br/>
        <w:t>закручував вуса вниз,&lt;br /&gt;</w:t>
        <w:br/>
        <w:t>а тепер це дратує мене —&lt;br /&gt;</w:t>
        <w:br/>
        <w:t>так само ж бо носить вуса&lt;br /&gt;</w:t>
        <w:br/>
        <w:t>людина, яку я зненавидів!</w:t>
      </w:r>
    </w:p>
    <w:p>
      <w:r>
        <w:br/>
        <w:t>30 До грубого стовбура&lt;br /&gt;</w:t>
        <w:br/>
        <w:t>вухом припав&lt;br /&gt;</w:t>
        <w:br/>
        <w:t>і майже півднини&lt;br /&gt;</w:t>
        <w:br/>
        <w:t>общипував&lt;br /&gt;</w:t>
        <w:br/>
        <w:t>кору цупку.&lt;br /&gt;</w:t>
        <w:br/>
        <w:t>31 "І задля цього-от&lt;br /&gt;</w:t>
        <w:br/>
        <w:t>жити?"&lt;br /&gt;</w:t>
        <w:br/>
        <w:t>"І через таке-от&lt;br /&gt;</w:t>
        <w:br/>
        <w:t>померти?"&lt;br /&gt;</w:t>
        <w:br/>
        <w:t>Годі, годі-бо сперечатись!&lt;br /&gt;</w:t>
        <w:br/>
        <w:t>32 Коли у серці&lt;br /&gt;</w:t>
        <w:br/>
        <w:t>спокій —&lt;br /&gt;</w:t>
        <w:br/>
        <w:t>такий нечастий,—&lt;br /&gt;</w:t>
        <w:br/>
        <w:t>то навіть бій годинника&lt;br /&gt;</w:t>
        <w:br/>
        <w:t>послухати цікаво.&lt;br /&gt;</w:t>
        <w:br/>
        <w:t>34 Зійшов&lt;br /&gt;</w:t>
        <w:br/>
        <w:t>на високу гору,&lt;br /&gt;</w:t>
        <w:br/>
        <w:t>картузом&lt;br /&gt;</w:t>
        <w:br/>
        <w:t>помахав комусь —&lt;br /&gt;</w:t>
        <w:br/>
        <w:t>і знову спустир.ся.&lt;br /&gt;</w:t>
        <w:br/>
        <w:t>35 Десь багато людей,&lt;br /&gt;</w:t>
        <w:br/>
        <w:t>сперечаючись, тягнуть жереб.&lt;br /&gt;</w:t>
        <w:br/>
        <w:t>І мені б&lt;br /&gt;</w:t>
        <w:br/>
        <w:t>разом з ними&lt;br /&gt;</w:t>
        <w:br/>
        <w:t>щось витягнути!&lt;br /&gt;</w:t>
        <w:br/>
        <w:t>36 Розгніваюсь — одне бажання маю:&lt;br /&gt;</w:t>
        <w:br/>
        <w:t>розбити б миску,&lt;br /&gt;</w:t>
        <w:br/>
        <w:t>дев'ятсот дев'яносто дев'ять&lt;br /&gt;</w:t>
        <w:br/>
        <w:t>мисок розбити б —&lt;br /&gt;</w:t>
        <w:br/>
        <w:t>і вмерти.&lt;br /&gt;</w:t>
        <w:br/>
        <w:t>37 Гострий погляд&lt;br /&gt;</w:t>
        <w:br/>
        <w:t>низенького чоловіка,&lt;br /&gt;</w:t>
        <w:br/>
        <w:t>котрого я щоразу бачу в трамваї^&lt;br /&gt;</w:t>
        <w:br/>
        <w:t>запав мені в душу&lt;br /&gt;</w:t>
        <w:br/>
        <w:t>останнім часом.&lt;br /&gt;</w:t>
        <w:br/>
        <w:t>38 Підійшов&lt;br /&gt;</w:t>
        <w:br/>
        <w:t>до крамниці дзеркал —&lt;br /&gt;</w:t>
        <w:br/>
        <w:t>і став, уражений:</w:t>
      </w:r>
    </w:p>
    <w:p>
      <w:r>
        <w:br/>
        <w:t>Боже, який я ходжу&lt;br /&gt;</w:t>
        <w:br/>
        <w:t>злиденний!&lt;br /&gt;</w:t>
        <w:br/>
        <w:t>Раптом захотілося —&lt;br /&gt;</w:t>
        <w:br/>
        <w:t>чого б це? —&lt;br /&gt;</w:t>
        <w:br/>
        <w:t>поїздом поїхати.&lt;br /&gt;</w:t>
        <w:br/>
        <w:t>От з поїзда зійшов —&lt;br /&gt;</w:t>
        <w:br/>
        <w:t>а йти нема куди.&lt;br /&gt;</w:t>
        <w:br/>
        <w:t>Зайшов я в пустку-дім,&lt;br /&gt;</w:t>
        <w:br/>
        <w:t>скурив цигарку.&lt;br /&gt;</w:t>
        <w:br/>
        <w:t>Бо захотів&lt;br /&gt;</w:t>
        <w:br/>
        <w:t>побути&lt;br /&gt;</w:t>
        <w:br/>
        <w:t>тільки сам з собою&lt;br /&gt;</w:t>
        <w:br/>
        <w:t>Чомусь,&lt;br /&gt;</w:t>
        <w:br/>
        <w:t>як засумую,&lt;br /&gt;</w:t>
        <w:br/>
        <w:t>іду блукати містом.&lt;br /&gt;</w:t>
        <w:br/>
        <w:t>Вже третій місяць,&lt;br /&gt;</w:t>
        <w:br/>
        <w:t>як таким я став.&lt;br /&gt;</w:t>
        <w:br/>
        <w:t>В пухнасту&lt;br /&gt;</w:t>
        <w:br/>
        <w:t>снігу кучугуру —&lt;br /&gt;</w:t>
        <w:br/>
        <w:t>гарячими&lt;br /&gt;</w:t>
        <w:br/>
        <w:t>щоками!&lt;br /&gt;</w:t>
        <w:br/>
        <w:t>Отак би покохати...&lt;br /&gt;</w:t>
        <w:br/>
        <w:t>Як сумно мені,&lt;br /&gt;</w:t>
        <w:br/>
        <w:t>що маю&lt;br /&gt;</w:t>
        <w:br/>
        <w:t>аж забагато волі&lt;br /&gt;</w:t>
        <w:br/>
        <w:t>в нестямному своєму&lt;br /&gt;</w:t>
        <w:br/>
        <w:t>себелюбстві!&lt;br /&gt;</w:t>
        <w:br/>
        <w:t>Так, ніби прокинувся&lt;br /&gt;</w:t>
        <w:br/>
        <w:t>після столітнього&lt;br /&gt;</w:t>
        <w:br/>
        <w:t>довгого сну,—&lt;br /&gt;</w:t>
        <w:br/>
        <w:t>забаглося позіхнути,&lt;br /&gt;</w:t>
        <w:br/>
        <w:t>ані про що не думаючи.&lt;br /&gt;</w:t>
        <w:br/>
        <w:t>Останнім часом,&lt;br /&gt;</w:t>
        <w:br/>
        <w:t>схрестивши руки на грудях,&lt;br /&gt;</w:t>
        <w:br/>
        <w:t>я інколи думаю:&lt;br /&gt;</w:t>
        <w:br/>
        <w:t>"Якби оце вискочив перед мене&lt;br /&gt;</w:t>
        <w:br/>
        <w:t>велетень-ворог!"</w:t>
      </w:r>
    </w:p>
    <w:p>
      <w:r>
        <w:br/>
        <w:t>47 Білими стали&lt;br /&gt;</w:t>
        <w:br/>
        <w:t>й побільшали руки.&lt;br /&gt;</w:t>
        <w:br/>
        <w:t>Говорять про нього:&lt;br /&gt;</w:t>
        <w:br/>
        <w:t>"Це надзвичайна людина!"&lt;br /&gt;</w:t>
        <w:br/>
        <w:t>І ось я зустрівся з ним...&lt;br /&gt;</w:t>
        <w:br/>
        <w:t>48 Так захотілось мені&lt;br /&gt;</w:t>
        <w:br/>
        <w:t>похвалити іншу людину!&lt;br /&gt;</w:t>
        <w:br/>
        <w:t>У серці&lt;br /&gt;</w:t>
        <w:br/>
        <w:t>від себелюбства —&lt;br /&gt;</w:t>
        <w:br/>
        <w:t>вже гидко та сумно.&lt;br /&gt;</w:t>
        <w:br/>
        <w:t>49 Шумить-шумить надворі дощ —&lt;br /&gt;</w:t>
        <w:br/>
        <w:t>і дома в наших геть у всіх&lt;br /&gt;</w:t>
        <w:br/>
        <w:t>такі обличчя хмарні...&lt;br /&gt;</w:t>
        <w:br/>
        <w:t>Та угамуйся ж,&lt;br /&gt;</w:t>
        <w:br/>
        <w:t>дуже прошу, дощику!&lt;br /&gt;</w:t>
        <w:br/>
        <w:t>50 Ніби злетів&lt;br /&gt;</w:t>
        <w:br/>
        <w:t>з висоти височенної —&lt;br /&gt;</w:t>
        <w:br/>
        <w:t>якби ж поталанило&lt;br /&gt;</w:t>
        <w:br/>
        <w:t>з таким відчуттям&lt;br /&gt;</w:t>
        <w:br/>
        <w:t>життя своє закінчити!&lt;br /&gt;</w:t>
        <w:br/>
        <w:t>51 Вже кілька днів,&lt;br /&gt;</w:t>
        <w:br/>
        <w:t>як у грудях мені почало&lt;br /&gt;</w:t>
        <w:br/>
        <w:t>потроху, ледь чутно&lt;br /&gt;</w:t>
        <w:br/>
        <w:t>зароджуватися каяття.&lt;br /&gt;</w:t>
        <w:br/>
        <w:t>І це не смішить мене.&lt;br /&gt;</w:t>
        <w:br/>
        <w:t>52 Чуючи лестощі,&lt;br /&gt;</w:t>
        <w:br/>
        <w:t>навісніє серце моє,&lt;br /&gt;</w:t>
        <w:br/>
        <w:t>бо знає мене,&lt;br /&gt;</w:t>
        <w:br/>
        <w:t>як облупленого!&lt;br /&gt;</w:t>
        <w:br/>
        <w:t>А через це — і смуток.&lt;br /&gt;</w:t>
        <w:br/>
        <w:t>53 У незнайомому будинку&lt;br /&gt;</w:t>
        <w:br/>
        <w:t>постукати вночі у двері&lt;br /&gt;</w:t>
        <w:br/>
        <w:t>і вшитися швиденько —&lt;br /&gt;</w:t>
        <w:br/>
        <w:t>ото було цікаво!&lt;br /&gt;</w:t>
        <w:br/>
        <w:t>Як я за цим сумую...&lt;br /&gt;</w:t>
        <w:br/>
        <w:t>54 Часом поводжусь,&lt;br /&gt;</w:t>
        <w:br/>
        <w:t>неначе якийсь великий пан.&lt;br /&gt;</w:t>
        <w:br/>
        <w:t>Зате після цього</w:t>
      </w:r>
    </w:p>
    <w:p>
      <w:r>
        <w:br/>
        <w:t>така на душі гіркота —&lt;br /&gt;</w:t>
        <w:br/>
        <w:t>ні з чим її не зрівняти!&lt;br /&gt;</w:t>
        <w:br/>
        <w:t>56 Не здатним у житті&lt;br /&gt;</w:t>
        <w:br/>
        <w:t>до путнього чогось,&lt;br /&gt;</w:t>
        <w:br/>
        <w:t>нікчемним віршомазом&lt;br /&gt;</w:t>
        <w:br/>
        <w:t>мене вважає той,&lt;br /&gt;</w:t>
        <w:br/>
        <w:t>у кого я позичив гроші!&lt;br /&gt;</w:t>
        <w:br/>
        <w:t>57 Долинув здалеку&lt;br /&gt;</w:t>
        <w:br/>
        <w:t>сопілки звук.&lt;br /&gt;</w:t>
        <w:br/>
        <w:t>Через те, що голову&lt;br /&gt;</w:t>
        <w:br/>
        <w:t>нахилив, чи що? —&lt;br /&gt;</w:t>
        <w:br/>
        <w:t>закапали сльози.&lt;br /&gt;</w:t>
        <w:br/>
        <w:t>58 Є люди, для яких&lt;br /&gt;</w:t>
        <w:br/>
        <w:t>і те чудове,&lt;br /&gt;</w:t>
        <w:br/>
        <w:t>й це прекрасне!&lt;br /&gt;</w:t>
        <w:br/>
        <w:t>О, як би мати я хотів&lt;br /&gt;</w:t>
        <w:br/>
        <w:t>таку-от безтурботну вдачу!&lt;br /&gt;</w:t>
        <w:br/>
        <w:t>59 Думки про смерть&lt;br /&gt;</w:t>
        <w:br/>
        <w:t>уже стали,&lt;br /&gt;</w:t>
        <w:br/>
        <w:t>як постійне&lt;br /&gt;</w:t>
        <w:br/>
        <w:t>вживання ліків.&lt;br /&gt;</w:t>
        <w:br/>
        <w:t>Все ниє і ниє серце...&lt;br /&gt;</w:t>
        <w:br/>
        <w:t>60 Собака, що лежить&lt;br /&gt;</w:t>
        <w:br/>
        <w:t>в пилюці при дорозі,&lt;br /&gt;</w:t>
        <w:br/>
        <w:t>так смачно позіхнув,&lt;br /&gt;</w:t>
        <w:br/>
        <w:t>аж я зробив, як він.&lt;br /&gt;</w:t>
        <w:br/>
        <w:t>Бо заздрість узяла!&lt;br /&gt;</w:t>
        <w:br/>
        <w:t>61 Щосили вперіщив&lt;br /&gt;</w:t>
        <w:br/>
        <w:t>собаку ціпком.&lt;br /&gt;</w:t>
        <w:br/>
        <w:t>А таке обличчя&lt;br /&gt;</w:t>
        <w:br/>
        <w:t>вродливе&lt;br /&gt;</w:t>
        <w:br/>
        <w:t>у цього хлопчини!&lt;br /&gt;</w:t>
        <w:br/>
        <w:t>62 Як слухати приємно&lt;br /&gt;</w:t>
        <w:br/>
        <w:t>поважне, впевнене&lt;br /&gt;</w:t>
        <w:br/>
        <w:t>гудіння генератора!&lt;br /&gt;</w:t>
        <w:br/>
        <w:t>Коли б мені отак&lt;br /&gt;</w:t>
        <w:br/>
        <w:t>навчитись розмовляти!</w:t>
      </w:r>
    </w:p>
    <w:p>
      <w:r>
        <w:br/>
        <w:t>63 Веселу вдачу маь&lt;br /&gt;</w:t>
        <w:br/>
        <w:t>один мій приятель.&lt;br /&gt;</w:t>
        <w:br/>
        <w:t>Стоїть перед очима й досі&lt;br /&gt;</w:t>
        <w:br/>
        <w:t>ота блідота втоми&lt;br /&gt;</w:t>
        <w:br/>
        <w:t>на мертвому його обличчі.&lt;br /&gt;</w:t>
        <w:br/>
        <w:t>64 Слугуюча&lt;br /&gt;</w:t>
        <w:br/>
        <w:t>усяким самодурам,&lt;br /&gt;</w:t>
        <w:br/>
        <w:t>як люто&lt;br /&gt;</w:t>
        <w:br/>
        <w:t>я зненавидів&lt;br /&gt;</w:t>
        <w:br/>
        <w:t>своє житгя!&lt;br /&gt;</w:t>
        <w:br/>
        <w:t>65 Неначе танцює дракон —&lt;br /&gt;</w:t>
        <w:br/>
        <w:t>злітає в небо пустельне&lt;br /&gt;</w:t>
        <w:br/>
        <w:t>і в ньому зникає дим.&lt;br /&gt;</w:t>
        <w:br/>
        <w:t>Дивився б на цей танок,&lt;br /&gt;</w:t>
        <w:br/>
        <w:t>аж поки мого життя!&lt;br /&gt;</w:t>
        <w:br/>
        <w:t>66 Яка приємна втома!&lt;br /&gt;</w:t>
        <w:br/>
        <w:t>Це завджи так буває,&lt;br /&gt;</w:t>
        <w:br/>
        <w:t>коли не зводиш духу цілий день,&lt;br /&gt;</w:t>
        <w:br/>
        <w:t>і врешті закінчиш&lt;br /&gt;</w:t>
        <w:br/>
        <w:t>якусь важливу справу.&lt;br /&gt;</w:t>
        <w:br/>
        <w:t>67 Чому я прикидаюсь,&lt;br /&gt;</w:t>
        <w:br/>
        <w:t>ніби сплю?&lt;br /&gt;</w:t>
        <w:br/>
        <w:t>Чому я позіхаю?&lt;br /&gt;</w:t>
        <w:br/>
        <w:t>А щоб не дати людям&lt;br /&gt;</w:t>
        <w:br/>
        <w:t>довідатися про мої думки!&lt;br /&gt;</w:t>
        <w:br/>
        <w:t>68 Застигли палички в руці.&lt;br /&gt;</w:t>
        <w:br/>
        <w:t>Подумав раптом:&lt;br /&gt;</w:t>
        <w:br/>
        <w:t>"Так-от, помалу,&lt;br /&gt;</w:t>
        <w:br/>
        <w:t>я звикся врешті-решт&lt;br /&gt;</w:t>
        <w:br/>
        <w:t>з порядками у цьому світі!"&lt;br /&gt;</w:t>
        <w:br/>
        <w:t>69 Читав сьогодні вранці&lt;br /&gt;</w:t>
        <w:br/>
        <w:t>листа від меншої сестри,&lt;br /&gt;</w:t>
        <w:br/>
        <w:t>що в дівчатах засиділась,&lt;br /&gt;</w:t>
        <w:br/>
        <w:t>і все мені здавалося,&lt;br /&gt;</w:t>
        <w:br/>
        <w:t>що це — любовний лист.&lt;br /&gt;</w:t>
        <w:br/>
        <w:t>70 Так тяжко на душі!&lt;br /&gt;</w:t>
        <w:br/>
        <w:t>Вона у мене&lt;br /&gt;</w:t>
        <w:br/>
        <w:t>важніє, наче губка,</w:t>
      </w:r>
    </w:p>
    <w:p>
      <w:r>
        <w:br/>
        <w:t>що водою здатна&lt;br /&gt;</w:t>
        <w:br/>
        <w:t>набратися до краю.&lt;br /&gt;</w:t>
        <w:br/>
        <w:t>71 "Умри, умри!" —&lt;br /&gt;</w:t>
        <w:br/>
        <w:t>Розгнівалось на себе серце&lt;br /&gt;</w:t>
        <w:br/>
        <w:t>і зараз же принишкло.&lt;br /&gt;</w:t>
        <w:br/>
        <w:t>В найглибшій глибині його —&lt;br /&gt;</w:t>
        <w:br/>
        <w:t>дрімуча безпросвітність!&lt;br /&gt;</w:t>
        <w:br/>
        <w:t>73 Батько і син зустрілись...&lt;br /&gt;</w:t>
        <w:br/>
        <w:t>Нічого спільного в душах,&lt;br /&gt;</w:t>
        <w:br/>
        <w:t>а спокійно стоять&lt;br /&gt;</w:t>
        <w:br/>
        <w:t>один навпроти одного.&lt;br /&gt;</w:t>
        <w:br/>
        <w:t>Як отаке назвати?&lt;br /&gt;</w:t>
        <w:br/>
        <w:t>75 Таріль із печивом&lt;br /&gt;</w:t>
        <w:br/>
        <w:t>стоїть переді мною.&lt;br /&gt;</w:t>
        <w:br/>
        <w:t>Аж чую хрускіт вже —&lt;br /&gt;</w:t>
        <w:br/>
        <w:t>так хочеться покуштувати.&lt;br /&gt;</w:t>
        <w:br/>
        <w:t>Який-бо нетерплячий!&lt;br /&gt;</w:t>
        <w:br/>
        <w:t>77 Просто так би&lt;br /&gt;</w:t>
        <w:br/>
        <w:t>побігти-помчати&lt;br /&gt;</w:t>
        <w:br/>
        <w:t>степом зеленим,&lt;br /&gt;</w:t>
        <w:br/>
        <w:t>щоб аж дух&lt;br /&gt;</w:t>
        <w:br/>
        <w:t>захопило в грудях!&lt;br /&gt;</w:t>
        <w:br/>
        <w:t>78 "Новий піджак одягну&lt;br /&gt;</w:t>
        <w:br/>
        <w:t>і вирушу&lt;br /&gt;</w:t>
        <w:br/>
        <w:t>в мандри далекі".&lt;br /&gt;</w:t>
        <w:br/>
        <w:t>Ще один рік&lt;br /&gt;</w:t>
        <w:br/>
        <w:t>в таких думках минув.&lt;br /&gt;</w:t>
        <w:br/>
        <w:t>79 Навмисно&lt;br /&gt;</w:t>
        <w:br/>
        <w:t>лампу загасив,&lt;br /&gt;</w:t>
        <w:br/>
        <w:t>щоб думати пильніше.&lt;br /&gt;</w:t>
        <w:br/>
        <w:t>Про що —&lt;br /&gt;</w:t>
        <w:br/>
        <w:t>і сам не знаю.&lt;br /&gt;</w:t>
        <w:br/>
        <w:t>81 Може,&lt;br /&gt;</w:t>
        <w:br/>
        <w:t>він просто пожартував,&lt;br /&gt;</w:t>
        <w:br/>
        <w:t>замахнувшись ножем&lt;br /&gt;</w:t>
        <w:br/>
        <w:t>на себе?&lt;br /&gt;</w:t>
        <w:br/>
        <w:t>Але, Боже,— його обличчя!..&lt;br /&gt;</w:t>
        <w:br/>
        <w:t>26</w:t>
      </w:r>
    </w:p>
    <w:p>
      <w:r>
        <w:br/>
        <w:t>82 Розмовляли&lt;br /&gt;</w:t>
        <w:br/>
        <w:t>спочатку пошепки,&lt;br /&gt;</w:t>
        <w:br/>
        <w:t>а потім гучніше, гучніше...&lt;br /&gt;</w:t>
        <w:br/>
        <w:t>Пролунав пістолетний постріл&lt;br /&gt;</w:t>
        <w:br/>
        <w:t>урвалось життя людини.&lt;br /&gt;</w:t>
        <w:br/>
        <w:t>83 Я інколи,&lt;br /&gt;</w:t>
        <w:br/>
        <w:t>як та мала дитина,&lt;br /&gt;</w:t>
        <w:br/>
        <w:t>дурію, регочу.&lt;br /&gt;</w:t>
        <w:br/>
        <w:t>Закоханий&lt;br /&gt;</w:t>
        <w:br/>
        <w:t>такого б не робив!&lt;br /&gt;</w:t>
        <w:br/>
        <w:t>84 Просто так, без якоїсь мети,&lt;br /&gt;</w:t>
        <w:br/>
        <w:t>вийшов із дому...&lt;br /&gt;</w:t>
        <w:br/>
        <w:t>Так тепло надворі,&lt;br /&gt;</w:t>
        <w:br/>
        <w:t>так сонечко сяє!&lt;br /&gt;</w:t>
        <w:br/>
        <w:t>Набрав повні груди повітря.&lt;br /&gt;</w:t>
        <w:br/>
        <w:t>85 3 рота вола натомленого&lt;br /&gt;</w:t>
        <w:br/>
        <w:t>цівкою слина тече...&lt;br /&gt;</w:t>
        <w:br/>
        <w:t>Здається, и за тисячу літ&lt;br /&gt;</w:t>
        <w:br/>
        <w:t>не перестане вона&lt;br /&gt;</w:t>
        <w:br/>
        <w:t>текти.&lt;br /&gt;</w:t>
        <w:br/>
        <w:t>86 На обтесаній брилі,&lt;br /&gt;</w:t>
        <w:br/>
        <w:t>що при дорозі,&lt;br /&gt;</w:t>
        <w:br/>
        <w:t>схрестивши на грудях руки,&lt;br /&gt;</w:t>
        <w:br/>
        <w:t>сидів і дивився в небо&lt;br /&gt;</w:t>
        <w:br/>
        <w:t>якийсь чоловік.&lt;br /&gt;</w:t>
        <w:br/>
        <w:t>87 3 неспокоєм у погляді,&lt;br /&gt;</w:t>
        <w:br/>
        <w:t>з якоюсь полохливістю&lt;br /&gt;</w:t>
        <w:br/>
        <w:t>він наглядає&lt;br /&gt;</w:t>
        <w:br/>
        <w:t>за гуртом людей,&lt;br /&gt;</w:t>
        <w:br/>
        <w:t>що кайлами працюють.&lt;br /&gt;</w:t>
        <w:br/>
        <w:t>88 Сьогодні нарешті&lt;br /&gt;</w:t>
        <w:br/>
        <w:t>втекло із серця.&lt;br /&gt;</w:t>
        <w:br/>
        <w:t>Неначе&lt;br /&gt;</w:t>
        <w:br/>
        <w:t>поранений звір,&lt;br /&gt;</w:t>
        <w:br/>
        <w:t>ниття утекло!&lt;br /&gt;</w:t>
        <w:br/>
        <w:t>89 Щедрий, широкий настрій&lt;br /&gt;</w:t>
        <w:br/>
        <w:t>раптом найшов на мене.&lt;br /&gt;</w:t>
        <w:br/>
        <w:t>От іду собі —</w:t>
      </w:r>
    </w:p>
    <w:p>
      <w:r>
        <w:br/>
        <w:t>і начебто сил мені&lt;br /&gt;</w:t>
        <w:br/>
        <w:t>прибуває!&lt;br /&gt;</w:t>
        <w:br/>
        <w:t>90 Захотілося просто&lt;br /&gt;</w:t>
        <w:br/>
        <w:t>самому поплакати —&lt;br /&gt;</w:t>
        <w:br/>
        <w:t>прийшов у готель і ліг.&lt;br /&gt;</w:t>
        <w:br/>
        <w:t>Які на дотик приємні&lt;br /&gt;</w:t>
        <w:br/>
        <w:t>ковдра і простирадло!&lt;br /&gt;</w:t>
        <w:br/>
        <w:t>91 Друже мій!&lt;br /&gt;</w:t>
        <w:br/>
        <w:t>Не цурайся&lt;br /&gt;</w:t>
        <w:br/>
        <w:t>жалюгідності жебрака.&lt;br /&gt;</w:t>
        <w:br/>
        <w:t>І я, голодуючи,&lt;br /&gt;</w:t>
        <w:br/>
        <w:t>мав такий самий вигляд.&lt;br /&gt;</w:t>
        <w:br/>
        <w:t>92 Свіжий запах чорнила,&lt;br /&gt;</w:t>
        <w:br/>
        <w:t>щойно я витягнув корок,&lt;br /&gt;</w:t>
        <w:br/>
        <w:t>одразу ж проник&lt;br /&gt;</w:t>
        <w:br/>
        <w:t>у мій шлунок порожній!&lt;br /&gt;</w:t>
        <w:br/>
        <w:t>Сиджу і сумую.&lt;br /&gt;</w:t>
        <w:br/>
        <w:t>93 Печаль?&lt;br /&gt;</w:t>
        <w:br/>
        <w:t>Це коли терпиш&lt;br /&gt;</w:t>
        <w:br/>
        <w:t>спрагу в горлянці,&lt;br /&gt;</w:t>
        <w:br/>
        <w:t>холодної ночі&lt;br /&gt;</w:t>
        <w:br/>
        <w:t>скулившись у постелі.&lt;br /&gt;</w:t>
        <w:br/>
        <w:t>94 "Погинуть хай усі,&lt;br /&gt;</w:t>
        <w:br/>
        <w:t>хто мене&lt;br /&gt;</w:t>
        <w:br/>
        <w:t>хоч однісінький раз&lt;br /&gt;</w:t>
        <w:br/>
        <w:t>голову змусив схилити!"&lt;br /&gt;</w:t>
        <w:br/>
        <w:t>Ось про що я Бога молив...&lt;br /&gt;</w:t>
        <w:br/>
        <w:t>95 Двоє друзів я мав,&lt;br /&gt;</w:t>
        <w:br/>
        <w:t>таких схожих на мене!&lt;br /&gt;</w:t>
        <w:br/>
        <w:t>Один помер,&lt;br /&gt;</w:t>
        <w:br/>
        <w:t>а другий — з тюрми&lt;br /&gt;</w:t>
        <w:br/>
        <w:t>хворий недавно вийшов.&lt;br /&gt;</w:t>
        <w:br/>
        <w:t>96 Великі здібності має&lt;br /&gt;</w:t>
        <w:br/>
        <w:t>приятель мій,&lt;br /&gt;</w:t>
        <w:br/>
        <w:t>а все упадає&lt;br /&gt;</w:t>
        <w:br/>
        <w:t>коло дружини.&lt;br /&gt;</w:t>
        <w:br/>
        <w:t>Шкода, їй-право, його!</w:t>
      </w:r>
    </w:p>
    <w:p>
      <w:r>
        <w:br/>
        <w:t>97 Розбалакавшись,&lt;br /&gt;</w:t>
        <w:br/>
        <w:t>душу вилив —&lt;br /&gt;</w:t>
        <w:br/>
        <w:t>і начебто щось загубив!&lt;br /&gt;</w:t>
        <w:br/>
        <w:t>З таким почуттям&lt;br /&gt;</w:t>
        <w:br/>
        <w:t>я з другом розстався.&lt;br /&gt;</w:t>
        <w:br/>
        <w:t>99 Такі собі здібності&lt;br /&gt;</w:t>
        <w:br/>
        <w:t>має приятель мій,&lt;br /&gt;</w:t>
        <w:br/>
        <w:t>а все ремствує, ниє...&lt;br /&gt;</w:t>
        <w:br/>
        <w:t>Шкода —&lt;br /&gt;</w:t>
        <w:br/>
        <w:t>такий буркотливий він!&lt;br /&gt;</w:t>
        <w:br/>
        <w:t>101 Працюй, працюй,&lt;br /&gt;</w:t>
        <w:br/>
        <w:t>хоч сто разів працюй —&lt;br /&gt;</w:t>
        <w:br/>
        <w:t>все'дно життя&lt;br /&gt;</w:t>
        <w:br/>
        <w:t>солодшим не стає!&lt;br /&gt;</w:t>
        <w:br/>
        <w:t>Оце дивлюсь, дивлюсь на руки...&lt;br /&gt;</w:t>
        <w:br/>
        <w:t>102 Печалюся,&lt;br /&gt;</w:t>
        <w:br/>
        <w:t>бо в майбутті своїм&lt;br /&gt;</w:t>
        <w:br/>
        <w:t>чого тільки не бачу!&lt;br /&gt;</w:t>
        <w:br/>
        <w:t>І як печаль оту&lt;br /&gt;</w:t>
        <w:br/>
        <w:t>прогнати з серця?&lt;br /&gt;</w:t>
        <w:br/>
        <w:t>104 Узяла собі&lt;br /&gt;</w:t>
        <w:br/>
        <w:t>за веселу забавку&lt;br /&gt;</w:t>
        <w:br/>
        <w:t>намистинку звичайну&lt;br /&gt;</w:t>
        <w:br/>
        <w:t>моя душа.&lt;br /&gt;</w:t>
        <w:br/>
        <w:t>Ну що з нею вдієш?&lt;br /&gt;</w:t>
        <w:br/>
        <w:t>105 3 благополуччя й спокою&lt;br /&gt;</w:t>
        <w:br/>
        <w:t>лицем і тілом&lt;br /&gt;</w:t>
        <w:br/>
        <w:t>гладнучи,&lt;br /&gt;</w:t>
        <w:br/>
        <w:t>я геть не задоволений&lt;br /&gt;</w:t>
        <w:br/>
        <w:t>теперішнім своїм життям!&lt;br /&gt;</w:t>
        <w:br/>
        <w:t>106 Велику&lt;br /&gt;</w:t>
        <w:br/>
        <w:t>кришталеву кулю&lt;br /&gt;</w:t>
        <w:br/>
        <w:t>ось чого б я хотів!&lt;br /&gt;</w:t>
        <w:br/>
        <w:t>Про що б не думав,&lt;br /&gt;</w:t>
        <w:br/>
        <w:t>усе дивився б на неї.&lt;br /&gt;</w:t>
        <w:br/>
        <w:t>107 Зарозумілий приятель мій!..&lt;br /&gt;</w:t>
        <w:br/>
        <w:t>Розмовляючи з ним,</w:t>
      </w:r>
    </w:p>
    <w:p>
      <w:r>
        <w:br/>
        <w:t>я притакував,&lt;br /&gt;</w:t>
        <w:br/>
        <w:t>а здавалося —&lt;br /&gt;</w:t>
        <w:br/>
        <w:t>милостиню кидаю.&lt;br /&gt;</w:t>
        <w:br/>
        <w:t>109 Дроблять каміння&lt;br /&gt;</w:t>
        <w:br/>
        <w:t>кайлами на пустирі,&lt;br /&gt;</w:t>
        <w:br/>
        <w:t>"гуп-гуп-гуп" —&lt;br /&gt;</w:t>
        <w:br/>
        <w:t>віддається у вухах.&lt;br /&gt;</w:t>
        <w:br/>
        <w:t>Мусив у хату ввійти.&lt;br /&gt;</w:t>
        <w:br/>
        <w:t>110 Чомусь таке відчуття,&lt;br /&gt;</w:t>
        <w:br/>
        <w:t>ніби урвище в голові,&lt;br /&gt;</w:t>
        <w:br/>
        <w:t>і щодня, щодня&lt;br /&gt;</w:t>
        <w:br/>
        <w:t>тихо&lt;br /&gt;</w:t>
        <w:br/>
        <w:t>обвалюється земля.&lt;br /&gt;</w:t>
        <w:br/>
        <w:t>111 Неначе десь далеко&lt;br /&gt;</w:t>
        <w:br/>
        <w:t>все дзвонить телефон...&lt;br /&gt;</w:t>
        <w:br/>
        <w:t>Оце й сьогодні&lt;br /&gt;</w:t>
        <w:br/>
        <w:t>цілий день&lt;br /&gt;</w:t>
        <w:br/>
        <w:t>печальний дзвін у вухах.&lt;br /&gt;</w:t>
        <w:br/>
        <w:t>113 Буває інколи:&lt;br /&gt;</w:t>
        <w:br/>
        <w:t>так хочеться померти!&lt;br /&gt;</w:t>
        <w:br/>
        <w:t>Сховаюсь від людських очей&lt;br /&gt;</w:t>
        <w:br/>
        <w:t>де-небудь&lt;br /&gt;</w:t>
        <w:br/>
        <w:t>й роблю страшні гримаси.&lt;br /&gt;</w:t>
        <w:br/>
        <w:t>114 Постежив поглядом&lt;br /&gt;</w:t>
        <w:br/>
        <w:t>за ротою солдатіз —&lt;br /&gt;</w:t>
        <w:br/>
        <w:t>і сумно стало:&lt;br /&gt;</w:t>
        <w:br/>
        <w:t>на обличчях&lt;br /&gt;</w:t>
        <w:br/>
        <w:t>ані сліду тривоги!&lt;br /&gt;</w:t>
        <w:br/>
        <w:t>115 Сьогодні в земляків моїх&lt;br /&gt;</w:t>
        <w:br/>
        <w:t>такі бридкі обличчя —&lt;br /&gt;</w:t>
        <w:br/>
        <w:t>з душі аж верне!&lt;br /&gt;</w:t>
        <w:br/>
        <w:t>Піду додому&lt;br /&gt;</w:t>
        <w:br/>
        <w:t>і замкнуся.&lt;br /&gt;</w:t>
        <w:br/>
        <w:t>116 "В наступний вихідний&lt;br /&gt;</w:t>
        <w:br/>
        <w:t>задам я хропака&lt;br /&gt;</w:t>
        <w:br/>
        <w:t>на цілий день!"&lt;br /&gt;</w:t>
        <w:br/>
        <w:t>Живу цією думкою&lt;br /&gt;</w:t>
        <w:br/>
        <w:t>всі три останні роки.</w:t>
      </w:r>
    </w:p>
    <w:p>
      <w:r>
        <w:br/>
        <w:t>117 "На свіжоспечений хліб&lt;br /&gt;</w:t>
        <w:br/>
        <w:t>схоже воно",—&lt;br /&gt;</w:t>
        <w:br/>
        <w:t>бувало,&lt;br /&gt;</w:t>
        <w:br/>
        <w:t>думав я&lt;br /&gt;</w:t>
        <w:br/>
        <w:t>про серце своє!&lt;br /&gt;</w:t>
        <w:br/>
        <w:t>118 "Тантара-тара,&lt;br /&gt;</w:t>
        <w:br/>
        <w:t>тантара-тара",—&lt;br /&gt;</w:t>
        <w:br/>
        <w:t>в голові, що тріщить від болю,&lt;br /&gt;</w:t>
        <w:br/>
        <w:t>ще й краплі дощу&lt;br /&gt;</w:t>
        <w:br/>
        <w:t>відлунюють.&lt;br /&gt;</w:t>
        <w:br/>
        <w:t>119 Якось у нашому домі&lt;br /&gt;</w:t>
        <w:br/>
        <w:t>на рамах сьодзі&lt;br /&gt;</w:t>
        <w:br/>
        <w:t>папір поміняли.&lt;br /&gt;</w:t>
        <w:br/>
        <w:t>Того дня злагідніло&lt;br /&gt;</w:t>
        <w:br/>
        <w:t>моє серце.&lt;br /&gt;</w:t>
        <w:br/>
        <w:t>120 "Ні, більше так не можу!" —&lt;br /&gt;</w:t>
        <w:br/>
        <w:t>sj Все кинув я і схопився...&lt;br /&gt;</w:t>
        <w:br/>
        <w:t>А просто&lt;br /&gt;</w:t>
        <w:br/>
        <w:t>десь за вікном&lt;br /&gt;</w:t>
        <w:br/>
        <w:t>кінь заіржав.&lt;br /&gt;</w:t>
        <w:br/>
        <w:t>121 Зовсім розгублений&lt;br /&gt;</w:t>
        <w:br/>
        <w:t>зупинився у коридорі...&lt;br /&gt;</w:t>
        <w:br/>
        <w:t>Бо коли щосили&lt;br /&gt;</w:t>
        <w:br/>
        <w:t>двері я штовхонув —&lt;br /&gt;</w:t>
        <w:br/>
        <w:t>одразу вони відчинились!&lt;br /&gt;</w:t>
        <w:br/>
        <w:t>123 Щоб кожний, хто його прочитає,&lt;br /&gt;</w:t>
        <w:br/>
        <w:t>став би з приязню&lt;br /&gt;</w:t>
        <w:br/>
        <w:t>згадувати мене,—&lt;br /&gt;</w:t>
        <w:br/>
        <w:t>отакого листа&lt;br /&gt;</w:t>
        <w:br/>
        <w:t>захотів написати сьогодні увечері.&lt;br /&gt;</w:t>
        <w:br/>
        <w:t>124 Ясно-зелених,&lt;br /&gt;</w:t>
        <w:br/>
        <w:t>напився б їх,&lt;br /&gt;</w:t>
        <w:br/>
        <w:t>щоб тіло стало, неначе вода,&lt;br /&gt;</w:t>
        <w:br/>
        <w:t>прозорим-прозорим...&lt;br /&gt;</w:t>
        <w:br/>
        <w:t>Чи нема таких ліків?&lt;br /&gt;</w:t>
        <w:br/>
        <w:t>125 Ця лампа&lt;br /&gt;</w:t>
        <w:br/>
        <w:t>завжди мене дратувала —&lt;br /&gt;</w:t>
        <w:br/>
        <w:t>і ось не витримав я:</w:t>
      </w:r>
    </w:p>
    <w:p>
      <w:r>
        <w:br/>
        <w:t>вже третій вечір приятелюю&lt;br /&gt;</w:t>
        <w:br/>
        <w:t>з вогником свічки!&lt;br /&gt;</w:t>
        <w:br/>
        <w:t>126 "Є слова, що в цілому світі&lt;br /&gt;</w:t>
        <w:br/>
        <w:t>ніхто їх не знає,&lt;br /&gt;</w:t>
        <w:br/>
        <w:t>тільки я&lt;br /&gt;</w:t>
        <w:br/>
        <w:t>ці слова розумію",—&lt;br /&gt;</w:t>
        <w:br/>
        <w:t>раптом подумав сьогодні.&lt;br /&gt;</w:t>
        <w:br/>
        <w:t>127 Все шукаю&lt;br /&gt;</w:t>
        <w:br/>
        <w:t>нового чогось для душі.&lt;br /&gt;</w:t>
        <w:br/>
        <w:t>От і сьогодні забрів —&lt;br /&gt;</w:t>
        <w:br/>
        <w:t>бозна,&lt;br /&gt;</w:t>
        <w:br/>
        <w:t>що це за вулиця!&lt;br /&gt;</w:t>
        <w:br/>
        <w:t>128 Сьогодні думав цілий день,&lt;br /&gt;</w:t>
        <w:br/>
        <w:t>що більший хист&lt;br /&gt;</w:t>
        <w:br/>
        <w:t>у всіх моїх товаришів.&lt;br /&gt;</w:t>
        <w:br/>
        <w:t>Купив букет весняних квітів —&lt;br /&gt;</w:t>
        <w:br/>
        <w:t>і сам на сам з дружиною...&lt;br /&gt;</w:t>
        <w:br/>
        <w:t>129 А, власне кажучи,&lt;br /&gt;</w:t>
        <w:br/>
        <w:t>чому я тут?!&lt;br /&gt;</w:t>
        <w:br/>
        <w:t>Отак здивуюсь інколи&lt;br /&gt;</w:t>
        <w:br/>
        <w:t>і розглядаю в задумі&lt;br /&gt;</w:t>
        <w:br/>
        <w:t>свою кімнату.&lt;br /&gt;</w:t>
        <w:br/>
        <w:t>/%&lt;br /&gt;</w:t>
        <w:br/>
        <w:t>130 Хтось харконув&lt;br /&gt;</w:t>
        <w:br/>
        <w:t>на підлогу в трамваї.&lt;br /&gt;</w:t>
        <w:br/>
        <w:t>І навіть від цього&lt;br /&gt;</w:t>
        <w:br/>
        <w:t>серце моє&lt;br /&gt;</w:t>
        <w:br/>
        <w:t>занило.&lt;br /&gt;</w:t>
        <w:br/>
        <w:t>131 Де місце знайти таке,&lt;br /&gt;</w:t>
        <w:br/>
        <w:t>в якому безжурно&lt;br /&gt;</w:t>
        <w:br/>
        <w:t>ніч перебув би?&lt;br /&gt;</w:t>
        <w:br/>
        <w:t>Згадаю свій дім —&lt;br /&gt;</w:t>
        <w:br/>
        <w:t>серце холоне.&lt;br /&gt;</w:t>
        <w:br/>
        <w:t>132 "Всі люди мають свій дім".&lt;br /&gt;</w:t>
        <w:br/>
        <w:t>Які сумні ці слова!&lt;br /&gt;</w:t>
        <w:br/>
        <w:t>Неначебто входжу в склеп —&lt;br /&gt;</w:t>
        <w:br/>
        <w:t>вертаюсь додому,&lt;br /&gt;</w:t>
        <w:br/>
        <w:t>лягаю спати.</w:t>
      </w:r>
    </w:p>
    <w:p>
      <w:r>
        <w:br/>
        <w:t>134&lt;br /&gt;</w:t>
        <w:br/>
        <w:t>135&lt;br /&gt;</w:t>
        <w:br/>
        <w:t>136&lt;br /&gt;</w:t>
        <w:br/>
        <w:t>137&lt;br /&gt;</w:t>
        <w:br/>
        <w:t>138&lt;br /&gt;</w:t>
        <w:br/>
        <w:t>140&lt;br /&gt;</w:t>
        <w:br/>
        <w:t>141&lt;br /&gt;</w:t>
        <w:br/>
        <w:t>2. 3. 0223079&lt;br /&gt;</w:t>
        <w:br/>
        <w:t>Щось надзвичайне&lt;br /&gt;</w:t>
        <w:br/>
        <w:t>людям показати б,&lt;br /&gt;</w:t>
        <w:br/>
        <w:t>а як усі здивуються —&lt;br /&gt;</w:t>
        <w:br/>
        <w:t>тоді-то саме час&lt;br /&gt;</w:t>
        <w:br/>
        <w:t>узяти й зникнути...&lt;br /&gt;</w:t>
        <w:br/>
        <w:t>У серці кожної людини —&lt;br /&gt;</w:t>
        <w:br/>
        <w:t>справжньої людини —&lt;br /&gt;</w:t>
        <w:br/>
        <w:t>в'язень стогне.&lt;br /&gt;</w:t>
        <w:br/>
        <w:t>Як думаю про це —&lt;br /&gt;</w:t>
        <w:br/>
        <w:t>так гірко на душі!&lt;br /&gt;</w:t>
        <w:br/>
        <w:t>Посварять дитину —&lt;br /&gt;</w:t>
        <w:br/>
        <w:t>на повен голос заплаче.&lt;br /&gt;</w:t>
        <w:br/>
        <w:t>Чиста дитяча душе,&lt;br /&gt;</w:t>
        <w:br/>
        <w:t>як хотів би я&lt;br /&gt;</w:t>
        <w:br/>
        <w:t>стати тобою!&lt;br /&gt;</w:t>
        <w:br/>
        <w:t>Крадіжку навіть&lt;br /&gt;</w:t>
        <w:br/>
        <w:t>не годне вже осудити&lt;br /&gt;</w:t>
        <w:br/>
        <w:t>серце моє,&lt;br /&gt;</w:t>
        <w:br/>
        <w:t>пойняте печаллю.&lt;br /&gt;</w:t>
        <w:br/>
        <w:t>Нема йому притулку ніде.&lt;br /&gt;</w:t>
        <w:br/>
        <w:t>Сьогодні зрозумів:&lt;br /&gt;</w:t>
        <w:br/>
        <w:t>слабкий я духом —&lt;br /&gt;</w:t>
        <w:br/>
        <w:t>дозволив, щоб було&lt;br /&gt;</w:t>
        <w:br/>
        <w:t>так гірко на душі,&lt;br /&gt;</w:t>
        <w:br/>
        <w:t>як у покинутої жінки.&lt;br /&gt;</w:t>
        <w:br/>
        <w:t>З усього розмаху, пам'ятаю,&lt;br /&gt;</w:t>
        <w:br/>
        <w:t>жбурнув годинника&lt;br /&gt;</w:t>
        <w:br/>
        <w:t>на каміння подвір'я.&lt;br /&gt;</w:t>
        <w:br/>
        <w:t>Любо згадати&lt;br /&gt;</w:t>
        <w:br/>
        <w:t>той молодечий запал!&lt;br /&gt;</w:t>
        <w:br/>
        <w:t>Нудьга пече тебе,&lt;br /&gt;</w:t>
        <w:br/>
        <w:t>серце,—&lt;br /&gt;</w:t>
        <w:br/>
        <w:t>тому й лютуєш ти!&lt;br /&gt;</w:t>
        <w:br/>
        <w:t>Нумо, нумо, друже,&lt;br /&gt;</w:t>
        <w:br/>
        <w:t>треба позіхнути трошки.&lt;br /&gt;</w:t>
        <w:br/>
        <w:t>Я все турбувався:&lt;br /&gt;</w:t>
        <w:br/>
        <w:t>"Навряд чи вона чинитиме опір&lt;br /&gt;</w:t>
        <w:br/>
        <w:t>моїм бажанням".&lt;br /&gt;</w:t>
        <w:br/>
        <w:t>33</w:t>
      </w:r>
    </w:p>
    <w:p>
      <w:r>
        <w:br/>
        <w:t>І от — завважав свою тривогу!&lt;br /&gt;</w:t>
        <w:br/>
        <w:t>Так гірко стало.&lt;br /&gt;</w:t>
        <w:br/>
        <w:t>142 Душею кволих, боязких&lt;br /&gt;</w:t>
        <w:br/>
        <w:t>жінок Країни&lt;br /&gt;</w:t>
        <w:br/>
        <w:t>Вранішнього Сонця&lt;br /&gt;</w:t>
        <w:br/>
        <w:t>лаяв я цілу ніч&lt;br /&gt;</w:t>
        <w:br/>
        <w:t>під шум осінньої зливи.&lt;br /&gt;</w:t>
        <w:br/>
        <w:t>143 Чоловіком я народився,&lt;br /&gt;</w:t>
        <w:br/>
        <w:t>був завжди серед чоловіків —&lt;br /&gt;</w:t>
        <w:br/>
        <w:t>і от зазнаю поразки.&lt;br /&gt;</w:t>
        <w:br/>
        <w:t>Тому-то, напевне, осінь&lt;br /&gt;</w:t>
        <w:br/>
        <w:t>пронизує душу мені.&lt;br /&gt;</w:t>
        <w:br/>
        <w:t>144 Я так міркую:&lt;br /&gt;</w:t>
        <w:br/>
        <w:t>всі мої думки&lt;br /&gt;</w:t>
        <w:br/>
        <w:t>народжуються з того,&lt;br /&gt;</w:t>
        <w:br/>
        <w:t>що в кишені — ані гроша.&lt;br /&gt;</w:t>
        <w:br/>
        <w:t>Осінній вітер дме.&lt;br /&gt;</w:t>
        <w:br/>
        <w:t>146 Осінній вітер!&lt;br /&gt;</w:t>
        <w:br/>
        <w:t>"Від сьогодні&lt;br /&gt;</w:t>
        <w:br/>
        <w:t>не розмовлятиму навіть&lt;br /&gt;</w:t>
        <w:br/>
        <w:t>із тим ледащом",—&lt;br /&gt;</w:t>
        <w:br/>
        <w:t>так поклав ясобі.&lt;br /&gt;</w:t>
        <w:br/>
        <w:t>147 Пряма-прямісінька&lt;br /&gt;</w:t>
        <w:br/>
        <w:t>дорога без кінця,&lt;br /&gt;</w:t>
        <w:br/>
        <w:t>і я по ній іду,—&lt;br /&gt;</w:t>
        <w:br/>
        <w:t>таке-от почуття сьогодні&lt;br /&gt;</w:t>
        <w:br/>
        <w:t>на серці!&lt;br /&gt;</w:t>
        <w:br/>
        <w:t>148 Я ні про що не думаю,&lt;br /&gt;</w:t>
        <w:br/>
        <w:t>я просто намагаюсь&lt;br /&gt;</w:t>
        <w:br/>
        <w:t>не забути дня,&lt;br /&gt;</w:t>
        <w:br/>
        <w:t>коли був зайнятий&lt;br /&gt;</w:t>
        <w:br/>
        <w:t>по горло.&lt;br /&gt;</w:t>
        <w:br/>
        <w:t>149 "Найголовніше — гроші?" —&lt;br /&gt;</w:t>
        <w:br/>
        <w:t>Я зареготав&lt;br /&gt;</w:t>
        <w:br/>
        <w:t>Але через хвилину&lt;br /&gt;</w:t>
        <w:br/>
        <w:t>знову гостро&lt;br /&gt;</w:t>
        <w:br/>
        <w:t>потребу в них відчув.</w:t>
      </w:r>
    </w:p>
    <w:p>
      <w:r>
        <w:br/>
        <w:t>дим&lt;br /&gt;</w:t>
        <w:br/>
        <w:t>152 Неначе яка хвороба,&lt;br /&gt;</w:t>
        <w:br/>
        <w:t>туга за батьківщиною&lt;br /&gt;</w:t>
        <w:br/>
        <w:t>пойняла мене раптом!&lt;br /&gt;</w:t>
        <w:br/>
        <w:t>На дим у синім небі&lt;br /&gt;</w:t>
        <w:br/>
        <w:t>дивлюсь — і сумую.&lt;br /&gt;</w:t>
        <w:br/>
        <w:t>153 Своє ім'я&lt;br /&gt;</w:t>
        <w:br/>
        <w:t>ледь чутно вимовив —&lt;br /&gt;</w:t>
        <w:br/>
        <w:t>і сльози потекли.&lt;br /&gt;</w:t>
        <w:br/>
        <w:t>У весну ту, в п'ятнадцять років,&lt;br /&gt;</w:t>
        <w:br/>
        <w:t>немає вороття.&lt;br /&gt;</w:t>
        <w:br/>
        <w:t>154 У синє небо&lt;br /&gt;</w:t>
        <w:br/>
        <w:t>ти злітаєш, димеї&lt;br /&gt;</w:t>
        <w:br/>
        <w:t>І там самотньо&lt;br /&gt;</w:t>
        <w:br/>
        <w:t>гаснеш-танеш, диме!&lt;br /&gt;</w:t>
        <w:br/>
        <w:t>На мене ти подібний, правда?&lt;br /&gt;</w:t>
        <w:br/>
        <w:t>155 Подорожуючи,&lt;br /&gt;</w:t>
        <w:br/>
        <w:t>в провіднику&lt;br /&gt;</w:t>
        <w:br/>
        <w:t>впізнав я випадково&lt;br /&gt;</w:t>
        <w:br/>
        <w:t>товариша&lt;br /&gt;</w:t>
        <w:br/>
        <w:t>шкільних років.&lt;br /&gt;</w:t>
        <w:br/>
        <w:t>156 Любо дивитись&lt;br /&gt;</w:t>
        <w:br/>
        <w:t>на струмінь води,&lt;br /&gt;</w:t>
        <w:br/>
        <w:t>що б'є із шланга.&lt;br /&gt;</w:t>
        <w:br/>
        <w:t>Вернулось до мене на хвильку&lt;br /&gt;</w:t>
        <w:br/>
        <w:t>серце мого дитинства.&lt;br /&gt;</w:t>
        <w:br/>
        <w:t>157 І друзі, і вчителі&lt;br /&gt;</w:t>
        <w:br/>
        <w:t>водно мені дорікали&lt;br /&gt;</w:t>
        <w:br/>
        <w:t>за моє недбальство в навчанні.&lt;br /&gt;</w:t>
        <w:br/>
        <w:t>Чому не стараюсь —&lt;br /&gt;</w:t>
        <w:br/>
        <w:t>ніяк не могли збагнути.&lt;br /&gt;</w:t>
        <w:br/>
        <w:t>158 3 класу через вікно,&lt;br /&gt;</w:t>
        <w:br/>
        <w:t>пам'ятаю, втікав&lt;br /&gt;</w:t>
        <w:br/>
        <w:t>і біг на руїни замку,&lt;br /&gt;</w:t>
        <w:br/>
        <w:t>щоб долежати там,&lt;br /&gt;</w:t>
        <w:br/>
        <w:t>в самоті, без нікого!</w:t>
      </w:r>
    </w:p>
    <w:p>
      <w:r>
        <w:br/>
        <w:t>Біля замку Кодзуката&lt;br /&gt;</w:t>
        <w:br/>
        <w:t>кидався горілиць&lt;br /&gt;</w:t>
        <w:br/>
        <w:t>на пишну траву,&lt;br /&gt;</w:t>
        <w:br/>
        <w:t>і хмарки забирали з собою&lt;br /&gt;</w:t>
        <w:br/>
        <w:t>п'ятнадцятилітню душу мою.&lt;br /&gt;</w:t>
        <w:br/>
        <w:t>Якщо ідеться про печаль —&lt;br /&gt;</w:t>
        <w:br/>
        <w:t>я можу сказати,&lt;br /&gt;</w:t>
        <w:br/>
        <w:t>що це таке.&lt;br /&gt;</w:t>
        <w:br/>
        <w:t>Бо смак ії спізнав&lt;br /&gt;</w:t>
        <w:br/>
        <w:t>занадто рано.&lt;br /&gt;</w:t>
        <w:br/>
        <w:t>Завжди, коли дивився&lt;br /&gt;</w:t>
        <w:br/>
        <w:t>на чисте блакитне небо,&lt;br /&gt;</w:t>
        <w:br/>
        <w:t>хотілось мені засвистіти.&lt;br /&gt;</w:t>
        <w:br/>
        <w:t>І я свистів собі,&lt;br /&gt;</w:t>
        <w:br/>
        <w:t>і був такий веселий!&lt;br /&gt;</w:t>
        <w:br/>
        <w:t>І навіть уночі,&lt;br /&gt;</w:t>
        <w:br/>
        <w:t>вже лігши спати,&lt;br /&gt;</w:t>
        <w:br/>
        <w:t>я все свистів.&lt;br /&gt;</w:t>
        <w:br/>
        <w:t>Свист був моєю піснею&lt;br /&gt;</w:t>
        <w:br/>
        <w:t>в п'ятнадцять років!&lt;br /&gt;</w:t>
        <w:br/>
        <w:t>Такий вже лайливий&lt;br /&gt;</w:t>
        <w:br/>
        <w:t>був один вчи^ль у нас!&lt;br /&gt;</w:t>
        <w:br/>
        <w:t>За довгу борідку&lt;br /&gt;</w:t>
        <w:br/>
        <w:t>ми дражнили його цапом.&lt;br /&gt;</w:t>
        <w:br/>
        <w:t>Разом зі мною&lt;br /&gt;</w:t>
        <w:br/>
        <w:t>каміння по горобцях&lt;br /&gt;</w:t>
        <w:br/>
        <w:t>так спритно кидав&lt;br /&gt;</w:t>
        <w:br/>
        <w:t>син колишнього капітана.&lt;br /&gt;</w:t>
        <w:br/>
        <w:t>І його пам'ятаю!&lt;br /&gt;</w:t>
        <w:br/>
        <w:t>Мій приятель&lt;br /&gt;</w:t>
        <w:br/>
        <w:t>згодом покинув мене.&lt;br /&gt;</w:t>
        <w:br/>
        <w:t>А тоді —&lt;br /&gt;</w:t>
        <w:br/>
        <w:t>ми разом книжки читали,&lt;br /&gt;</w:t>
        <w:br/>
        <w:t>разом ганяли м'яча.&lt;br /&gt;</w:t>
        <w:br/>
        <w:t>За шкільною бібліотекою&lt;br /&gt;</w:t>
        <w:br/>
        <w:t>серед буйної зелені,&lt;br /&gt;</w:t>
        <w:br/>
        <w:t>коли наставала осінь,&lt;br /&gt;</w:t>
        <w:br/>
        <w:t>жовті квіти цвіли,&lt;br /&gt;</w:t>
        <w:br/>
        <w:t>їхньої назви досі не знаю.</w:t>
      </w:r>
    </w:p>
    <w:p>
      <w:r>
        <w:br/>
        <w:t>168 Як тільки опадали&lt;br /&gt;</w:t>
        <w:br/>
        <w:t>квіти сакури —&lt;br /&gt;</w:t>
        <w:br/>
        <w:t>найперший, хто вдягався&lt;br /&gt;</w:t>
        <w:br/>
        <w:t>в білу літню форму,—&lt;br /&gt;</w:t>
        <w:br/>
        <w:t>це був я І&lt;br /&gt;</w:t>
        <w:br/>
        <w:t>170 Вже й літні канікули&lt;br /&gt;</w:t>
        <w:br/>
        <w:t>закінчились, а він&lt;br /&gt;</w:t>
        <w:br/>
        <w:t>так і не повернувся,—&lt;br /&gt;</w:t>
        <w:br/>
        <w:t>той молодий учитель,&lt;br /&gt;</w:t>
        <w:br/>
        <w:t>що викладав англійську.&lt;br /&gt;</w:t>
        <w:br/>
        <w:t>Ї71 Згадую, як у школі&lt;br /&gt;</w:t>
        <w:br/>
        <w:t>ми страйкували,&lt;br /&gt;</w:t>
        <w:br/>
        <w:t>але й від спогадів цих&lt;br /&gt;</w:t>
        <w:br/>
        <w:t>кров уже яе кипить.&lt;br /&gt;</w:t>
        <w:br/>
        <w:t>Тільки зігхаю нишком.&lt;br /&gt;</w:t>
        <w:br/>
        <w:t>172 О, дайте мені&lt;br /&gt;</w:t>
        <w:br/>
        <w:t>ще хоч однісінький раз&lt;br /&gt;</w:t>
        <w:br/>
        <w:t>на балконне поруччя&lt;br /&gt;</w:t>
        <w:br/>
        <w:t>обпертись&lt;br /&gt;</w:t>
        <w:br/>
        <w:t>у школі моїй, з Морібка!&lt;br /&gt;</w:t>
        <w:br/>
        <w:t>173 Під тим каштаном придорожнім&lt;br /&gt;</w:t>
        <w:br/>
        <w:t>я, пам'ятаю,&lt;br /&gt;</w:t>
        <w:br/>
        <w:t>сперечався з другом,&lt;br /&gt;</w:t>
        <w:br/>
        <w:t>який все переконував мене,&lt;br /&gt;</w:t>
        <w:br/>
        <w:t>що бог існує.&lt;br /&gt;</w:t>
        <w:br/>
        <w:t>174 Західним вітром зірване,&lt;br /&gt;</w:t>
        <w:br/>
        <w:t>падало листя з сакур&lt;br /&gt;</w:t>
        <w:br/>
        <w:t>на вулиці Утімару.&lt;br /&gt;</w:t>
        <w:br/>
        <w:t>Ворушити ногами його —&lt;br /&gt;</w:t>
        <w:br/>
        <w:t>яка то була насолода!&lt;br /&gt;</w:t>
        <w:br/>
        <w:t>175 Книжки, що їх колись&lt;br /&gt;</w:t>
        <w:br/>
        <w:t>любив читати я!&lt;br /&gt;</w:t>
        <w:br/>
        <w:t>Тепер вони&lt;br /&gt;</w:t>
        <w:br/>
        <w:t>здебільшого&lt;br /&gt;</w:t>
        <w:br/>
        <w:t>уже не популярні.&lt;br /&gt;</w:t>
        <w:br/>
        <w:t>176 Наче камінь&lt;br /&gt;</w:t>
        <w:br/>
        <w:t>з гори скотився —&lt;br /&gt;</w:t>
        <w:br/>
        <w:t>саме так&lt;br /&gt;</w:t>
        <w:br/>
        <w:t>я ввігнався&lt;br /&gt;</w:t>
        <w:br/>
        <w:t>в сьогоднішній день.</w:t>
      </w:r>
    </w:p>
    <w:p>
      <w:r>
        <w:br/>
        <w:t>177 В сумних очах хлопчини&lt;br /&gt;</w:t>
        <w:br/>
        <w:t>щира заздрість горіла:&lt;br /&gt;</w:t>
        <w:br/>
        <w:t>он пташка маленька&lt;br /&gt;</w:t>
        <w:br/>
        <w:t>у небі летить,&lt;br /&gt;</w:t>
        <w:br/>
        <w:t>летить і співає...&lt;br /&gt;</w:t>
        <w:br/>
        <w:t>178 Як шкода&lt;br /&gt;</w:t>
        <w:br/>
        <w:t>мені стало тепер&lt;br /&gt;</w:t>
        <w:br/>
        <w:t>навіть тих черв'яків,&lt;br /&gt;</w:t>
        <w:br/>
        <w:t>яким я розтин робив&lt;br /&gt;</w:t>
        <w:br/>
        <w:t>там, під шкільним парканом.&lt;br /&gt;</w:t>
        <w:br/>
        <w:t>179 Незмірним жаданням&lt;br /&gt;</w:t>
        <w:br/>
        <w:t>все в світі пізнати&lt;br /&gt;</w:t>
        <w:br/>
        <w:t>палали очі мої,&lt;br /&gt;</w:t>
        <w:br/>
        <w:t>а старша сестра турбувалась:&lt;br /&gt;</w:t>
        <w:br/>
        <w:t>"Ти що, закохався в когось?"&lt;br /&gt;</w:t>
        <w:br/>
        <w:t>180 Твори Сохо&lt;br /&gt;</w:t>
        <w:br/>
        <w:t>давав читати мені&lt;br /&gt;</w:t>
        <w:br/>
        <w:t>один мій приятель.&lt;br /&gt;</w:t>
        <w:br/>
        <w:t>Скоро він школу покинув.&lt;br /&gt;</w:t>
        <w:br/>
        <w:t>Через бідність.&lt;br /&gt;</w:t>
        <w:br/>
        <w:t>182 Один наш учитель&lt;br /&gt;</w:t>
        <w:br/>
        <w:t>розповідав, пам'ятаю, нам,&lt;br /&gt;</w:t>
        <w:br/>
        <w:t>що в чоловіка якогось&lt;br /&gt;</w:t>
        <w:br/>
        <w:t>життя пішло шкереберть,&lt;br /&gt;</w:t>
        <w:br/>
        <w:t>і все—через таланті&lt;br /&gt;</w:t>
        <w:br/>
        <w:t>183 У ті часи —&lt;br /&gt;</w:t>
        <w:br/>
        <w:t>найбільший в школі&lt;br /&gt;</w:t>
        <w:br/>
        <w:t>ледар був.&lt;br /&gt;</w:t>
        <w:br/>
        <w:t>А нині&lt;br /&gt;</w:t>
        <w:br/>
        <w:t>як старанно він працює!&lt;br /&gt;</w:t>
        <w:br/>
        <w:t>184 3 виду —&lt;br /&gt;</w:t>
        <w:br/>
        <w:t>селянин селянином.&lt;br /&gt;</w:t>
        <w:br/>
        <w:t>Тільки три дні&lt;br /&gt;</w:t>
        <w:br/>
        <w:t>пробув у столиці мій друг —&lt;br /&gt;</w:t>
        <w:br/>
        <w:t>і швиденько додому!&lt;br /&gt;</w:t>
        <w:br/>
        <w:t>185 Колись у Барадзіма&lt;br /&gt;</w:t>
        <w:br/>
        <w:t>алеєю серед сосон&lt;br /&gt;</w:t>
        <w:br/>
        <w:t>гуляв я</w:t>
      </w:r>
    </w:p>
    <w:p>
      <w:r>
        <w:br/>
        <w:t>з дівчиною одною.&lt;br /&gt;</w:t>
        <w:br/>
        <w:t>Як вона вірила в свій хисті&lt;br /&gt;</w:t>
        <w:br/>
        <w:t>186 Очі боліли —&lt;br /&gt;</w:t>
        <w:br/>
        <w:t>і я надягав&lt;br /&gt;</w:t>
        <w:br/>
        <w:t>темні окуляри...&lt;br /&gt;</w:t>
        <w:br/>
        <w:t>От тоді і навчився&lt;br /&gt;</w:t>
        <w:br/>
        <w:t>плакати на самоті.&lt;br /&gt;</w:t>
        <w:br/>
        <w:t>187 Серце моє і сьогодні&lt;br /&gt;</w:t>
        <w:br/>
        <w:t>ладне ось-ось&lt;br /&gt;</w:t>
        <w:br/>
        <w:t>заплакати нишком.&lt;br /&gt;</w:t>
        <w:br/>
        <w:t>Ровійшлися друзі&lt;br /&gt;</w:t>
        <w:br/>
        <w:t>своїми шляхами.&lt;br /&gt;</w:t>
        <w:br/>
        <w:t>188 Раніш від усіх&lt;br /&gt;</w:t>
        <w:br/>
        <w:t>спізнав я солодощі&lt;br /&gt;</w:t>
        <w:br/>
        <w:t>й печаль кохання.&lt;br /&gt;</w:t>
        <w:br/>
        <w:t>Раніш від усіх&lt;br /&gt;</w:t>
        <w:br/>
        <w:t>і постарію.&lt;br /&gt;</w:t>
        <w:br/>
        <w:t>189 Один мій приятель,&lt;br /&gt;</w:t>
        <w:br/>
        <w:t>коли занадто хвилювався,&lt;br /&gt;</w:t>
        <w:br/>
        <w:t>руками починав махати,&lt;br /&gt;</w:t>
        <w:br/>
        <w:t>щось белькотів і рюмсав,&lt;br /&gt;</w:t>
        <w:br/>
        <w:t>як п'яничка...&lt;br /&gt;</w:t>
        <w:br/>
        <w:t>191 Вже три роки,&lt;br /&gt;</w:t>
        <w:br/>
        <w:t>як думати я почав:&lt;br /&gt;</w:t>
        <w:br/>
        <w:t>"А новорічні ж вітання&lt;br /&gt;</w:t>
        <w:br/>
        <w:t>я пишу лиш на те,&lt;br /&gt;</w:t>
        <w:br/>
        <w:t>щоб похватилась!"&lt;br /&gt;</w:t>
        <w:br/>
        <w:t>192 Прокинувся —&lt;br /&gt;</w:t>
        <w:br/>
        <w:t>і раптом затужив:&lt;br /&gt;</w:t>
        <w:br/>
        <w:t>адже мій сон,&lt;br /&gt;</w:t>
        <w:br/>
        <w:t>як і колись,&lt;br /&gt;</w:t>
        <w:br/>
        <w:t>бентежний, неспокійний!&lt;br /&gt;</w:t>
        <w:br/>
        <w:t>193 Мій приятель;&lt;br /&gt;</w:t>
        <w:br/>
        <w:t>Що про його талант&lt;br /&gt;</w:t>
        <w:br/>
        <w:t>колись багато говорили,&lt;br /&gt;</w:t>
        <w:br/>
        <w:t>тепер сидить в тюрмі.&lt;br /&gt;</w:t>
        <w:br/>
        <w:t>Осінній вітер дме.</w:t>
      </w:r>
    </w:p>
    <w:p>
      <w:r>
        <w:br/>
        <w:t>195 Серйозно займатися музикою —&lt;br /&gt;</w:t>
        <w:br/>
        <w:t>давня мрія&lt;br /&gt;</w:t>
        <w:br/>
        <w:t>моєї дружини.&lt;br /&gt;</w:t>
        <w:br/>
        <w:t>Нині&lt;br /&gt;</w:t>
        <w:br/>
        <w:t>вона не співає.&lt;br /&gt;</w:t>
        <w:br/>
        <w:t>196 Всі друзі мої&lt;br /&gt;</w:t>
        <w:br/>
        <w:t>одного чудового дня&lt;br /&gt;</w:t>
        <w:br/>
        <w:t>роз'їхались хто куди.&lt;br /&gt;</w:t>
        <w:br/>
        <w:t>Відтоді за вісім років&lt;br /&gt;</w:t>
        <w:br/>
        <w:t>ніхто відомим не стаз.&lt;br /&gt;</w:t>
        <w:br/>
        <w:t>197 Сьогодні згадав&lt;br /&gt;</w:t>
        <w:br/>
        <w:t>ту далеку ніч,&lt;br /&gt;</w:t>
        <w:br/>
        <w:t>коли я приятелю^&lt;br /&gt;</w:t>
        <w:br/>
        <w:t>найпершому з усіх,&lt;br /&gt;</w:t>
        <w:br/>
        <w:t>повідав про своє кохання.&lt;br /&gt;</w:t>
        <w:br/>
        <w:t>198 Як повітряний змій,&lt;br /&gt;</w:t>
        <w:br/>
        <w:t>коли порветься нитка,—&lt;br /&gt;</w:t>
        <w:br/>
        <w:t>так швидко й легко&lt;br /&gt;</w:t>
        <w:br/>
        <w:t>полетіло воно ген-ген,&lt;br /&gt;</w:t>
        <w:br/>
        <w:t>серце мцєї юності!&lt;br /&gt;</w:t>
        <w:br/>
        <w:t>199 О люба серцю&lt;br /&gt;</w:t>
        <w:br/>
        <w:t>рідного села говірка!&lt;br /&gt;</w:t>
        <w:br/>
        <w:t>В юрбу на станції&lt;br /&gt;</w:t>
        <w:br/>
        <w:t>хутенько замішавсь,&lt;br /&gt;</w:t>
        <w:br/>
        <w:t>аби її почути.&lt;br /&gt;</w:t>
        <w:br/>
        <w:t>200 Мов хворий звір,&lt;br /&gt;</w:t>
        <w:br/>
        <w:t>у мене серце.&lt;br /&gt;</w:t>
        <w:br/>
        <w:t>А як про рідний край&lt;br /&gt;</w:t>
        <w:br/>
        <w:t>зачує —&lt;br /&gt;</w:t>
        <w:br/>
        <w:t>одразу втихомириться.&lt;br /&gt;</w:t>
        <w:br/>
        <w:t>201 Чомусь подумав раптом:&lt;br /&gt;</w:t>
        <w:br/>
        <w:t>а в рідному селі&lt;br /&gt;</w:t>
        <w:br/>
        <w:t>щодня я слухав,&lt;br /&gt;</w:t>
        <w:br/>
        <w:t>як горобці цвіркочуть.&lt;br /&gt;</w:t>
        <w:br/>
        <w:t>Вже третій рік не чую їх.&lt;br /&gt;</w:t>
        <w:br/>
        <w:t>202 Натрапив&lt;br /&gt;</w:t>
        <w:br/>
        <w:t>на книжки з географії,&lt;br /&gt;</w:t>
        <w:br/>
        <w:t>які мені колись</w:t>
      </w:r>
    </w:p>
    <w:p>
      <w:r>
        <w:br/>
        <w:t>подарував&lt;br /&gt;</w:t>
        <w:br/>
        <w:t>покійний наш учитель.&lt;br /&gt;</w:t>
        <w:br/>
        <w:t>203 Що сталося, цікаво,&lt;br /&gt;</w:t>
        <w:br/>
        <w:t>з тим м'ячем,&lt;br /&gt;</w:t>
        <w:br/>
        <w:t>якого зашпурнув я&lt;br /&gt;</w:t>
        <w:br/>
        <w:t>аж тоді ще&lt;br /&gt;</w:t>
        <w:br/>
        <w:t>на дощану покрівлю школив&lt;br /&gt;</w:t>
        <w:br/>
        <w:t>204 Ах, те каміння&lt;br /&gt;</w:t>
        <w:br/>
        <w:t>при дорозі&lt;br /&gt;</w:t>
        <w:br/>
        <w:t>в нашому селі!&lt;br /&gt;</w:t>
        <w:br/>
        <w:t>Й цього, на певно, року&lt;br /&gt;</w:t>
        <w:br/>
        <w:t>знов у траві втонуло.&lt;br /&gt;</w:t>
        <w:br/>
        <w:t>205 Коли я розставався зі своїми,&lt;br /&gt;</w:t>
        <w:br/>
        <w:t>сестричка жалісно кричала:&lt;br /&gt;</w:t>
        <w:br/>
        <w:t>"Купи гета&lt;br /&gt;</w:t>
        <w:br/>
        <w:t>з червоними шнурками!"&lt;br /&gt;</w:t>
        <w:br/>
        <w:t>0 дитинко!&lt;br /&gt;</w:t>
        <w:br/>
        <w:t>206 Два дні тому&lt;br /&gt;</w:t>
        <w:br/>
        <w:t>побачив гори на малюнку.&lt;br /&gt;</w:t>
        <w:br/>
        <w:t>1 от сьогодні вранці&lt;br /&gt;</w:t>
        <w:br/>
        <w:t>раптом затужив&lt;br /&gt;</w:t>
        <w:br/>
        <w:t>за горами рідного краю.&lt;br /&gt;</w:t>
        <w:br/>
        <w:t>207 Як зачув&lt;br /&gt;</w:t>
        <w:br/>
        <w:t>сопілку лоточника —&lt;br /&gt;</w:t>
        <w:br/>
        <w:t>здалося, знайшов&lt;br /&gt;</w:t>
        <w:br/>
        <w:t>загублене серце&lt;br /&gt;</w:t>
        <w:br/>
        <w:t>дитинства.&lt;br /&gt;</w:t>
        <w:br/>
        <w:t>208 Останнім часом&lt;br /&gt;</w:t>
        <w:br/>
        <w:t>і мама інколи&lt;br /&gt;</w:t>
        <w:br/>
        <w:t>мову заводить&lt;br /&gt;</w:t>
        <w:br/>
        <w:t>про рідне село.&lt;br /&gt;</w:t>
        <w:br/>
        <w:t>Надходить осінь.&lt;br /&gt;</w:t>
        <w:br/>
        <w:t>209 Мимохіть, непомітно&lt;br /&gt;</w:t>
        <w:br/>
        <w:t>почали розмовляти&lt;br /&gt;</w:t>
        <w:br/>
        <w:t>про рідні місця...&lt;br /&gt;</w:t>
        <w:br/>
        <w:t>О запах пряжених моті&lt;br /&gt;</w:t>
        <w:br/>
        <w:t>осінньої ночі!</w:t>
      </w:r>
    </w:p>
    <w:p>
      <w:r>
        <w:br/>
        <w:t>210 Хоч де б я був —&lt;br /&gt;</w:t>
        <w:br/>
        <w:t>за селом Сібутамі&lt;br /&gt;</w:t>
        <w:br/>
        <w:t>тужитиму.&lt;br /&gt;</w:t>
        <w:br/>
        <w:t>Пам'ятатиму гори!&lt;br /&gt;</w:t>
        <w:br/>
        <w:t>Пам'ятатиму річку!&lt;br /&gt;</w:t>
        <w:br/>
        <w:t>211 Городи, поля продають,&lt;br /&gt;</w:t>
        <w:br/>
        <w:t>день у день п'ють саке —&lt;br /&gt;</w:t>
        <w:br/>
        <w:t>занапащають свій вік&lt;br /&gt;</w:t>
        <w:br/>
        <w:t>односельці мої.&lt;br /&gt;</w:t>
        <w:br/>
        <w:t>Так тягнеться серце до них сьогодні!&lt;br /&gt;</w:t>
        <w:br/>
        <w:t>212 Як жаль-&lt;br /&gt;</w:t>
        <w:br/>
        <w:t>ці діти,&lt;br /&gt;</w:t>
        <w:br/>
        <w:t>мої недавні учні,&lt;br /&gt;</w:t>
        <w:br/>
        <w:t>також покинуть&lt;br /&gt;</w:t>
        <w:br/>
        <w:t>скоро батьківщину!&lt;br /&gt;</w:t>
        <w:br/>
        <w:t>213 Як хлопці з нашого села&lt;br /&gt;</w:t>
        <w:br/>
        <w:t>зустрінуться де разом —&lt;br /&gt;</w:t>
        <w:br/>
        <w:t>то їхню радість&lt;br /&gt;</w:t>
        <w:br/>
        <w:t>ніякий сум&lt;br /&gt;</w:t>
        <w:br/>
        <w:t>перемогти не в силі.&lt;br /&gt;</w:t>
        <w:br/>
        <w:t>214 Наче камінням&lt;br /&gt;</w:t>
        <w:br/>
        <w:t>женуть мене —&lt;br /&gt;</w:t>
        <w:br/>
        <w:t>з того дня, як покинув село,&lt;br /&gt;</w:t>
        <w:br/>
        <w:t>печаль не погасне&lt;br /&gt;</w:t>
        <w:br/>
        <w:t>ні на хвилину.&lt;br /&gt;</w:t>
        <w:br/>
        <w:t>215 Ніжно-зеленії&lt;br /&gt;</w:t>
        <w:br/>
        <w:t>Знову перед очима стоять&lt;br /&gt;</w:t>
        <w:br/>
        <w:t>верби на березі Кітакамі,&lt;br /&gt;</w:t>
        <w:br/>
        <w:t>начебто просять:&lt;br /&gt;</w:t>
        <w:br/>
        <w:t>"Заплач!"&lt;br /&gt;</w:t>
        <w:br/>
        <w:t>216 Навіть скромнісіньку&lt;br /&gt;</w:t>
        <w:br/>
        <w:t>зачіску "кусімакі"&lt;br /&gt;</w:t>
        <w:br/>
        <w:t>у дружини лікаря&lt;br /&gt;</w:t>
        <w:br/>
        <w:t>в нашім селі —&lt;br /&gt;</w:t>
        <w:br/>
        <w:t>любо мені згадати!&lt;br /&gt;</w:t>
        <w:br/>
        <w:t>217 Згадав і того чоловіка,&lt;br /&gt;</w:t>
        <w:br/>
        <w:t>котрий у сільську управу&lt;br /&gt;</w:t>
        <w:br/>
        <w:t>реєструватись прийшов,—</w:t>
      </w:r>
    </w:p>
    <w:p>
      <w:r>
        <w:br/>
        <w:t>він хворів на сухоти&lt;br /&gt;</w:t>
        <w:br/>
        <w:t>і незабаром помер.&lt;br /&gt;</w:t>
        <w:br/>
        <w:t>218 Зі мною в школі він змагався&lt;br /&gt;</w:t>
        <w:br/>
        <w:t>за першість у навчанні,&lt;br /&gt;</w:t>
        <w:br/>
        <w:t>мій приятель,&lt;br /&gt;</w:t>
        <w:br/>
        <w:t>що тут, в нічліжці,&lt;br /&gt;</w:t>
        <w:br/>
        <w:t>порядкує!&lt;br /&gt;</w:t>
        <w:br/>
        <w:t>219 І Тійодзі, й інші друзі мої&lt;br /&gt;</w:t>
        <w:br/>
        <w:t>подоросліли, покохали&lt;br /&gt;</w:t>
        <w:br/>
        <w:t>і мають уже дітей.&lt;br /&gt;</w:t>
        <w:br/>
        <w:t>Так само,&lt;br /&gt;</w:t>
        <w:br/>
        <w:t>як я в чужині.&lt;br /&gt;</w:t>
        <w:br/>
        <w:t>220 Колись на святі Бон&lt;br /&gt;</w:t>
        <w:br/>
        <w:t>вона мені сказала, пам'ятаю:&lt;br /&gt;</w:t>
        <w:br/>
        <w:t>"Я кімоно своє&lt;br /&gt;</w:t>
        <w:br/>
        <w:t>тобі позичу —&lt;br /&gt;</w:t>
        <w:br/>
        <w:t>ну-бо, станцюй"!&lt;br /&gt;</w:t>
        <w:br/>
        <w:t>221 О Санта,&lt;br /&gt;</w:t>
        <w:br/>
        <w:t>як шкода тебе!&lt;br /&gt;</w:t>
        <w:br/>
        <w:t>Придуркуватий ж— старший брат,&lt;br /&gt;</w:t>
        <w:br/>
        <w:t>каліка — батько,&lt;br /&gt;</w:t>
        <w:br/>
        <w:t>а ти й вночі з книжками.&lt;br /&gt;</w:t>
        <w:br/>
        <w:t>222 Зі мною разом&lt;br /&gt;</w:t>
        <w:br/>
        <w:t>поганяв гнідого лошака&lt;br /&gt;</w:t>
        <w:br/>
        <w:t>один хлопчина-сирота.&lt;br /&gt;</w:t>
        <w:br/>
        <w:t>Він так полюбляв&lt;br /&gt;</w:t>
        <w:br/>
        <w:t>украсти щось!&lt;br /&gt;</w:t>
        <w:br/>
        <w:t>223 Великі&lt;br /&gt;</w:t>
        <w:br/>
        <w:t>червоні квіти&lt;br /&gt;</w:t>
        <w:br/>
        <w:t>на її кімоно —&lt;br /&gt;</w:t>
        <w:br/>
        <w:t>і досі перед очима стоять.&lt;br /&gt;</w:t>
        <w:br/>
        <w:t>Кохання в шість років.&lt;br /&gt;</w:t>
        <w:br/>
        <w:t>224 Коли вже й прізвище його забули,&lt;br /&gt;</w:t>
        <w:br/>
        <w:t>він повернувся знов —&lt;br /&gt;</w:t>
        <w:br/>
        <w:t>ніхто не знає нащо —&lt;br /&gt;</w:t>
        <w:br/>
        <w:t>в своє село.&lt;br /&gt;</w:t>
        <w:br/>
        <w:t>Трусив його нещалтшй кашель.</w:t>
      </w:r>
    </w:p>
    <w:p>
      <w:r>
        <w:br/>
        <w:t>225 І навіть сина&lt;br /&gt;</w:t>
        <w:br/>
        <w:t>злюки-тесляра&lt;br /&gt;</w:t>
        <w:br/>
        <w:t>так шкода!&lt;br /&gt;</w:t>
        <w:br/>
        <w:t>Як на війну пішов —&lt;br /&gt;</w:t>
        <w:br/>
        <w:t>живим не повернувся.&lt;br /&gt;</w:t>
        <w:br/>
        <w:t>226 Старший син&lt;br /&gt;</w:t>
        <w:br/>
        <w:t>жорстокого поміщика&lt;br /&gt;</w:t>
        <w:br/>
        <w:t>легенями хворів.&lt;br /&gt;</w:t>
        <w:br/>
        <w:t>Пригадую: у день його одруження —&lt;br /&gt;</w:t>
        <w:br/>
        <w:t>весняний грім!&lt;br /&gt;</w:t>
        <w:br/>
        <w:t>227 Перед своїм Содзіро&lt;br /&gt;</w:t>
        <w:br/>
        <w:t>О-Кане, плачучи,&lt;br /&gt;</w:t>
        <w:br/>
        <w:t>скаржиться на життя.&lt;br /&gt;</w:t>
        <w:br/>
        <w:t>Цвіт редьки&lt;br /&gt;</w:t>
        <w:br/>
        <w:t>біліє в сутінках.&lt;br /&gt;</w:t>
        <w:br/>
        <w:t>228 Той тихий писар з управи&lt;br /&gt;</w:t>
        <w:br/>
        <w:t>таки збожеволів —&lt;br /&gt;</w:t>
        <w:br/>
        <w:t>про це тільки й мови було&lt;br /&gt;</w:t>
        <w:br/>
        <w:t>в нашому селі&lt;br /&gt;</w:t>
        <w:br/>
        <w:t>тієї осені.&lt;br /&gt;</w:t>
        <w:br/>
        <w:t>229 Двоюрідний мій брат,&lt;br /&gt;</w:t>
        <w:br/>
        <w:t>ловами в горах переситившись,&lt;br /&gt;</w:t>
        <w:br/>
        <w:t>почав горілку пити,&lt;br /&gt;</w:t>
        <w:br/>
        <w:t>продав хатину,&lt;br /&gt;</w:t>
        <w:br/>
        <w:t>а потім занедужав і помер.&lt;br /&gt;</w:t>
        <w:br/>
        <w:t>230 Коли я підходив до нього&lt;br /&gt;</w:t>
        <w:br/>
        <w:t>і брав за руку,&lt;br /&gt;</w:t>
        <w:br/>
        <w:t>він плакати починав і нишкнув —&lt;br /&gt;</w:t>
        <w:br/>
        <w:t>тодішній мій приятель,&lt;br /&gt;</w:t>
        <w:br/>
        <w:t>що завжди бешкетував, захмелівши.&lt;br /&gt;</w:t>
        <w:br/>
        <w:t>231 Надудлившись горілки,&lt;br /&gt;</w:t>
        <w:br/>
        <w:t>з ножем&lt;br /&gt;</w:t>
        <w:br/>
        <w:t>за жінкою ганявся —&lt;br /&gt;</w:t>
        <w:br/>
        <w:t>такий учитель був у нас.&lt;br /&gt;</w:t>
        <w:br/>
        <w:t>З села його прогнали.&lt;br /&gt;</w:t>
        <w:br/>
        <w:t>232 Рік у рік&lt;br /&gt;</w:t>
        <w:br/>
        <w:t>сухотників&lt;br /&gt;</w:t>
        <w:br/>
        <w:t>більше стає.</w:t>
      </w:r>
    </w:p>
    <w:p>
      <w:r>
        <w:br/>
        <w:t>Запросили в село&lt;br /&gt;</w:t>
        <w:br/>
        <w:t>молодого лікаряі&lt;br /&gt;</w:t>
        <w:br/>
        <w:t>233 Ловити світляків&lt;br /&gt;</w:t>
        <w:br/>
        <w:t>я їй пропонував&lt;br /&gt;</w:t>
        <w:br/>
        <w:t>нобіля річки —&lt;br /&gt;</w:t>
        <w:br/>
        <w:t>вона ж мене тягла&lt;br /&gt;</w:t>
        <w:br/>
        <w:t>на горові стежки.&lt;br /&gt;</w:t>
        <w:br/>
        <w:t>234 Згадалися&lt;br /&gt;</w:t>
        <w:br/>
        <w:t>краплі дощу&lt;br /&gt;</w:t>
        <w:br/>
        <w:t>на ясно-ліловому&lt;br /&gt;</w:t>
        <w:br/>
        <w:t>цвіті картоплі.&lt;br /&gt;</w:t>
        <w:br/>
        <w:t>Дощ у столиці.&lt;br /&gt;</w:t>
        <w:br/>
        <w:t>235 Ах! Моя туга&lt;br /&gt;</w:t>
        <w:br/>
        <w:t>за рідним селом&lt;br /&gt;</w:t>
        <w:br/>
        <w:t>засяяла в серці,&lt;br /&gt;</w:t>
        <w:br/>
        <w:t>як золото,&lt;br /&gt;</w:t>
        <w:br/>
        <w:t>чисто і рясно.&lt;br /&gt;</w:t>
        <w:br/>
        <w:t>236 3 ними ніхто&lt;br /&gt;</w:t>
        <w:br/>
        <w:t>не дружив,&lt;br /&gt;</w:t>
        <w:br/>
        <w:t>і вони були&lt;br /&gt;</w:t>
        <w:br/>
        <w:t>завжди сумні,&lt;br /&gt;</w:t>
        <w:br/>
        <w:t>діти злого жандарма.&lt;br /&gt;</w:t>
        <w:br/>
        <w:t>237 Того дня вона починається, кажуть,&lt;br /&gt;</w:t>
        <w:br/>
        <w:t>коли закує зозуля.&lt;br /&gt;</w:t>
        <w:br/>
        <w:t>На цю хворобу&lt;br /&gt;</w:t>
        <w:br/>
        <w:t>приятель мій слабував.&lt;br /&gt;</w:t>
        <w:br/>
        <w:t>Що ж бо сталося з ним?&lt;br /&gt;</w:t>
        <w:br/>
        <w:t>238 Як я думав,&lt;br /&gt;</w:t>
        <w:br/>
        <w:t>так воно є&lt;br /&gt;</w:t>
        <w:br/>
        <w:t>насправді.&lt;br /&gt;</w:t>
        <w:br/>
        <w:t>Вісті з рідного краю&lt;br /&gt;</w:t>
        <w:br/>
        <w:t>сьогодні вранці прийшли.&lt;br /&gt;</w:t>
        <w:br/>
        <w:t>239 Сьогодні почув:&lt;br /&gt;</w:t>
        <w:br/>
        <w:t>та сердешна&lt;br /&gt;</w:t>
        <w:br/>
        <w:t>вдова&lt;br /&gt;</w:t>
        <w:br/>
        <w:t>цілком віддалася&lt;br /&gt;</w:t>
        <w:br/>
        <w:t>брудному коханню.</w:t>
      </w:r>
    </w:p>
    <w:p>
      <w:r>
        <w:br/>
        <w:t>240 "Вгамуй скорботу&lt;br /&gt;</w:t>
        <w:br/>
        <w:t>у своїй душі".&lt;br /&gt;</w:t>
        <w:br/>
        <w:t>Для мене&lt;br /&gt;</w:t>
        <w:br/>
        <w:t>цей псалом&lt;br /&gt;</w:t>
        <w:br/>
        <w:t>вона співала.&lt;br /&gt;</w:t>
        <w:br/>
        <w:t>241 О, дух, в неї був,&lt;br /&gt;</w:t>
        <w:br/>
        <w:t>як у мужаї&lt;br /&gt;</w:t>
        <w:br/>
        <w:t>Де вона нині?&lt;br /&gt;</w:t>
        <w:br/>
        <w:t>І які тепер&lt;br /&gt;</w:t>
        <w:br/>
        <w:t>має думки?&lt;br /&gt;</w:t>
        <w:br/>
        <w:t>242 Колись у моїм саду&lt;br /&gt;</w:t>
        <w:br/>
        <w:t>ясної місячної ночі&lt;br /&gt;</w:t>
        <w:br/>
        <w:t>білу квітку азалії&lt;br /&gt;</w:t>
        <w:br/>
        <w:t>ти зірвала.&lt;br /&gt;</w:t>
        <w:br/>
        <w:t>Не забувай тих днів!&lt;br /&gt;</w:t>
        <w:br/>
        <w:t>243 У нашім селі&lt;br /&gt;</w:t>
        <w:br/>
        <w:t>вона перша&lt;br /&gt;</w:t>
        <w:br/>
        <w:t>учення Христа&lt;br /&gt;</w:t>
        <w:br/>
        <w:t>проповідувала,&lt;br /&gt;</w:t>
        <w:br/>
        <w:t>жінка та молодаї&lt;br /&gt;</w:t>
        <w:br/>
        <w:t>244 Вранішні співи цикад&lt;br /&gt;</w:t>
        <w:br/>
        <w:t>на туманній рівнині Кома&lt;br /&gt;</w:t>
        <w:br/>
        <w:t>біля станції —&lt;br /&gt;</w:t>
        <w:br/>
        <w:t>саме вони&lt;br /&gt;</w:t>
        <w:br/>
        <w:t>чомусь у душу запали.&lt;br /&gt;</w:t>
        <w:br/>
        <w:t>245 Щойно я вгледів&lt;br /&gt;</w:t>
        <w:br/>
        <w:t>крізь шибку вагона&lt;br /&gt;</w:t>
        <w:br/>
        <w:t>ген там на півночі рідне село,&lt;br /&gt;</w:t>
        <w:br/>
        <w:t>сопок моїх вершини *-т&lt;br /&gt;</w:t>
        <w:br/>
        <w:t>зараз уже й піджака застебнув.&lt;br /&gt;</w:t>
        <w:br/>
        <w:t>246 На землю&lt;br /&gt;</w:t>
        <w:br/>
        <w:t>рідного села&lt;br /&gt;</w:t>
        <w:br/>
        <w:t>ступив — і раптом&lt;br /&gt;</w:t>
        <w:br/>
        <w:t>легесенькими ноги стали,&lt;br /&gt;</w:t>
        <w:br/>
        <w:t>а серце — таким важким.&lt;br /&gt;</w:t>
        <w:br/>
        <w:t>247 Тільки в рідне село&lt;br /&gt;</w:t>
        <w:br/>
        <w:t>увійшов —&lt;br /&gt;</w:t>
        <w:br/>
        <w:t>одразу серце защеміло.&lt;br /&gt;</w:t>
        <w:br/>
        <w:t>Яка широка вулиця стала!&lt;br /&gt;</w:t>
        <w:br/>
        <w:t>І міст новий.</w:t>
      </w:r>
    </w:p>
    <w:p>
      <w:r>
        <w:br/>
        <w:t>248 Я ніколи не бачив&lt;br /&gt;</w:t>
        <w:br/>
        <w:t>цієї вчительки,&lt;br /&gt;</w:t>
        <w:br/>
        <w:t>що дивиться&lt;br /&gt;</w:t>
        <w:br/>
        <w:t>а вікна&lt;br /&gt;</w:t>
        <w:br/>
        <w:t>колишнього класу мого!&lt;br /&gt;</w:t>
        <w:br/>
        <w:t>249 У цьому будинку,&lt;br /&gt;</w:t>
        <w:br/>
        <w:t>з оцього саме вікна&lt;br /&gt;</w:t>
        <w:br/>
        <w:t>весняної ночі&lt;br /&gt;</w:t>
        <w:br/>
        <w:t>ми разом з Хідеко&lt;br /&gt;</w:t>
        <w:br/>
        <w:t>слухали жаб'ячий скрекіт.&lt;br /&gt;</w:t>
        <w:br/>
        <w:t>250 Як сумно згадати:&lt;br /&gt;</w:t>
        <w:br/>
        <w:t>колись мене називали&lt;br /&gt;</w:t>
        <w:br/>
        <w:t>дитиною з Божим даром!&lt;br /&gt;</w:t>
        <w:br/>
        <w:t>Прийшов оце в рідне село.—&lt;br /&gt;</w:t>
        <w:br/>
        <w:t>і плачу...&lt;br /&gt;</w:t>
        <w:br/>
        <w:t>251 Під тим надрічковим горіхом,&lt;br /&gt;</w:t>
        <w:br/>
        <w:t>що по дорозі&lt;br /&gt;</w:t>
        <w:br/>
        <w:t>з нашого села на станцію,—&lt;br /&gt;</w:t>
        <w:br/>
        <w:t>я підібрав був&lt;br /&gt;</w:t>
        <w:br/>
        <w:t>кілька камінців.&lt;br /&gt;</w:t>
        <w:br/>
        <w:t>252 На рідні гори&lt;br /&gt;</w:t>
        <w:br/>
        <w:t>дивлюсь —&lt;br /&gt;</w:t>
        <w:br/>
        <w:t>і слів не знаходжу.&lt;br /&gt;</w:t>
        <w:br/>
        <w:t>Дякую вам за красу,&lt;br /&gt;</w:t>
        <w:br/>
        <w:t>рідні гори І&lt;br /&gt;</w:t>
        <w:br/>
        <w:t>В РОЗКОШАХ ОСІННЬОГО ВІТРУ&lt;br /&gt;</w:t>
        <w:br/>
        <w:t>253 О небо батьківщини,&lt;br /&gt;</w:t>
        <w:br/>
        <w:t>яке далеке ти!&lt;br /&gt;</w:t>
        <w:br/>
        <w:t>На високий будинок&lt;br /&gt;</w:t>
        <w:br/>
        <w:t>піднявся я сам-рдин&lt;br /&gt;</w:t>
        <w:br/>
        <w:t>і, засмучений, знову спустився.&lt;br /&gt;</w:t>
        <w:br/>
        <w:t>254 Світлий, як лерлиночка,&lt;br /&gt;</w:t>
        <w:br/>
        <w:t>малюк.&lt;br /&gt;</w:t>
        <w:br/>
        <w:t>І навіть він.&lt;br /&gt;</w:t>
        <w:br/>
        <w:t>коли .сказали "Вже осінь!" —&lt;br /&gt;</w:t>
        <w:br/>
        <w:t>задумався.</w:t>
      </w:r>
    </w:p>
    <w:p>
      <w:r>
        <w:br/>
        <w:t>255 Печаль —&lt;br /&gt;</w:t>
        <w:br/>
        <w:t>це осінній вітері&lt;br /&gt;</w:t>
        <w:br/>
        <w:t>Нечасто я плачу,&lt;br /&gt;</w:t>
        <w:br/>
        <w:t>але зараз-от&lt;br /&gt;</w:t>
        <w:br/>
        <w:t>сльози рясні.&lt;br /&gt;</w:t>
        <w:br/>
        <w:t>256 Наче голову я поклав&lt;br /&gt;</w:t>
        <w:br/>
        <w:t>на блакитні&lt;br /&gt;</w:t>
        <w:br/>
        <w:t>перлини журби —&lt;br /&gt;</w:t>
        <w:br/>
        <w:t>шум сосон&lt;br /&gt;</w:t>
        <w:br/>
        <w:t>цілісіньку ніч наслухаю.&lt;br /&gt;</w:t>
        <w:br/>
        <w:t>257 Врочисті криптомерії&lt;br /&gt;</w:t>
        <w:br/>
        <w:t>на горі Нанаяма&lt;br /&gt;</w:t>
        <w:br/>
        <w:t>мовби хто підпалив —&lt;br /&gt;</w:t>
        <w:br/>
        <w:t>щойно запало сонце.&lt;br /&gt;</w:t>
        <w:br/>
        <w:t>Яка ж бо тиша!&lt;br /&gt;</w:t>
        <w:br/>
        <w:t>258 "Якщо її прочитаєш —&lt;br /&gt;</w:t>
        <w:br/>
        <w:t>пізнаєш велику скорботу",—&lt;br /&gt;</w:t>
        <w:br/>
        <w:t>і він жбурнув&lt;br /&gt;</w:t>
        <w:br/>
        <w:t>у полум'я книжку.&lt;br /&gt;</w:t>
        <w:br/>
        <w:t>Добре серце у цього діда!&lt;br /&gt;</w:t>
        <w:br/>
        <w:t>259 Навколишні речі —&lt;br /&gt;</w:t>
        <w:br/>
        <w:t>якісь невідчутні,&lt;br /&gt;</w:t>
        <w:br/>
        <w:t>ще й потонули в сутінках.&lt;br /&gt;</w:t>
        <w:br/>
        <w:t>Докупи зібрались&lt;br /&gt;</w:t>
        <w:br/>
        <w:t>усі мої печалі.&lt;br /&gt;</w:t>
        <w:br/>
        <w:t>260 Похитується&lt;br /&gt;</w:t>
        <w:br/>
        <w:t>в калюжі&lt;br /&gt;</w:t>
        <w:br/>
        <w:t>небо вечірнє&lt;br /&gt;</w:t>
        <w:br/>
        <w:t>й пурпурові стрічки.&lt;br /&gt;</w:t>
        <w:br/>
        <w:t>Пройшов осінній дощ.&lt;br /&gt;</w:t>
        <w:br/>
        <w:t>261 Осені прихід —&lt;br /&gt;</w:t>
        <w:br/>
        <w:t>це., як вода!&lt;br /&gt;</w:t>
        <w:br/>
        <w:t>Умиєшся —&lt;br /&gt;</w:t>
        <w:br/>
        <w:t>і всі твої думки&lt;br /&gt;</w:t>
        <w:br/>
        <w:t>новими стануть.&lt;br /&gt;</w:t>
        <w:br/>
        <w:t>262 Затуживши,&lt;br /&gt;</w:t>
        <w:br/>
        <w:t>на кручу пішов.</w:t>
      </w:r>
    </w:p>
    <w:p>
      <w:r>
        <w:br/>
        <w:t>А там&lt;br /&gt;</w:t>
        <w:br/>
        <w:t>якісь невідомі пташки&lt;br /&gt;</w:t>
        <w:br/>
        <w:t>дзьобали черлену шипшину.&lt;br /&gt;</w:t>
        <w:br/>
        <w:t>263 На перехресті — осінь.&lt;br /&gt;</w:t>
        <w:br/>
        <w:t>На три шляхи&lt;br /&gt;</w:t>
        <w:br/>
        <w:t>повіяв&lt;br /&gt;</w:t>
        <w:br/>
        <w:t>вітер —&lt;br /&gt;</w:t>
        <w:br/>
        <w:t>і сліду вже нема!&lt;br /&gt;</w:t>
        <w:br/>
        <w:t>264 Відразу ж&lt;br /&gt;</w:t>
        <w:br/>
        <w:t>я вчуваю&lt;br /&gt;</w:t>
        <w:br/>
        <w:t>голос осені!&lt;br /&gt;</w:t>
        <w:br/>
        <w:t>Печальна&lt;br /&gt;</w:t>
        <w:br/>
        <w:t>в мене звичка.&lt;br /&gt;</w:t>
        <w:br/>
        <w:t>265 Звичайна собі гора.&lt;br /&gt;</w:t>
        <w:br/>
        <w:t>А прийде осінь —&lt;br /&gt;</w:t>
        <w:br/>
        <w:t>і дивишся святобливо:&lt;br /&gt;</w:t>
        <w:br/>
        <w:t>чи не бог&lt;br /&gt;</w:t>
        <w:br/>
        <w:t>там живе?&lt;br /&gt;</w:t>
        <w:br/>
        <w:t>266 "Усі мої бажання й задуми&lt;br /&gt;</w:t>
        <w:br/>
        <w:t>геть вичерпалися".&lt;br /&gt;</w:t>
        <w:br/>
        <w:t>О Боже, цілий день&lt;br /&gt;</w:t>
        <w:br/>
        <w:t>така-от гадка&lt;br /&gt;</w:t>
        <w:br/>
        <w:t>мене мучить.&lt;br /&gt;</w:t>
        <w:br/>
        <w:t>267 Дощик залопотів.&lt;br /&gt;</w:t>
        <w:br/>
        <w:t>Дивлюсь&lt;br /&gt;</w:t>
        <w:br/>
        <w:t>на мокре подвір'я —&lt;br /&gt;</w:t>
        <w:br/>
        <w:t>про сльози&lt;br /&gt;</w:t>
        <w:br/>
        <w:t>вже й забув.&lt;br /&gt;</w:t>
        <w:br/>
        <w:t>268 Колись у нашім храмі&lt;br /&gt;</w:t>
        <w:br/>
        <w:t>я наступив на гребінець.&lt;br /&gt;</w:t>
        <w:br/>
        <w:t>А сьогодні&lt;br /&gt;</w:t>
        <w:br/>
        <w:t>мені приснивсь метелик,&lt;br /&gt;</w:t>
        <w:br/>
        <w:t>на ньому вирізьблений.&lt;br /&gt;</w:t>
        <w:br/>
        <w:t>269 Спробував стати таким,&lt;br /&gt;</w:t>
        <w:br/>
        <w:t>яким був у дитинстві.&lt;br /&gt;</w:t>
        <w:br/>
        <w:t>Пригадую,&lt;br /&gt;</w:t>
        <w:br/>
        <w:t>як же хотілося мені&lt;br /&gt;</w:t>
        <w:br/>
        <w:t>з ким-небудь порозмовляти.</w:t>
      </w:r>
    </w:p>
    <w:p>
      <w:r>
        <w:br/>
        <w:t>270 Шурх... шурх... шурх,—&lt;br /&gt;</w:t>
        <w:br/>
        <w:t>зашелестить просяниця.&lt;br /&gt;</w:t>
        <w:br/>
        <w:t>Як гарно в нашій хаті,&lt;br /&gt;</w:t>
        <w:br/>
        <w:t>під дахом,&lt;br /&gt;</w:t>
        <w:br/>
        <w:t>коли, бува, вітер осінній подме.&lt;br /&gt;</w:t>
        <w:br/>
        <w:t>271 "Сьогодні у юрбі,&lt;br /&gt;</w:t>
        <w:br/>
        <w:t>поміж чужих плечей,&lt;br /&gt;</w:t>
        <w:br/>
        <w:t>її побачив".&lt;br /&gt;</w:t>
        <w:br/>
        <w:t>Навіть таке&lt;br /&gt;</w:t>
        <w:br/>
        <w:t>в щоденник записав.&lt;br /&gt;</w:t>
        <w:br/>
        <w:t>272 Світський естет&lt;br /&gt;</w:t>
        <w:br/>
        <w:t>і тепер, як за давніх часів,&lt;br /&gt;</w:t>
        <w:br/>
        <w:t>старіє, либонь, уночі,&lt;br /&gt;</w:t>
        <w:br/>
        <w:t>стискаючи руки&lt;br /&gt;</w:t>
        <w:br/>
        <w:t>кольору перлів...&lt;br /&gt;</w:t>
        <w:br/>
        <w:t>273 Хоча б на кілька днів&lt;br /&gt;</w:t>
        <w:br/>
        <w:t>забути!&lt;br /&gt;</w:t>
        <w:br/>
        <w:t>Отак забути,&lt;br /&gt;</w:t>
        <w:br/>
        <w:t>як каміння тоне&lt;br /&gt;</w:t>
        <w:br/>
        <w:t>у весняній траві.&lt;br /&gt;</w:t>
        <w:br/>
        <w:t>274 Немов колись давно&lt;br /&gt;</w:t>
        <w:br/>
        <w:t>я бачив цього чоловіка&lt;br /&gt;</w:t>
        <w:br/>
        <w:t>у колискових снах —&lt;br /&gt;</w:t>
        <w:br/>
        <w:t>такий він&lt;br /&gt;</w:t>
        <w:br/>
        <w:t>моєму серцю любий.&lt;br /&gt;</w:t>
        <w:br/>
        <w:t>275 "Місяць без богів" настав.&lt;br /&gt;</w:t>
        <w:br/>
        <w:t>Пригадався той ранок,&lt;br /&gt;</w:t>
        <w:br/>
        <w:t>коли на горі Івате&lt;br /&gt;</w:t>
        <w:br/>
        <w:t>перший сніг&lt;br /&gt;</w:t>
        <w:br/>
        <w:t>аж на брови мені навис.&lt;br /&gt;</w:t>
        <w:br/>
        <w:t>276 Шелестить, шелестить&lt;br /&gt;</w:t>
        <w:br/>
        <w:t>сліпий дощик.&lt;br /&gt;</w:t>
        <w:br/>
        <w:t>Розкуйовдились трошки&lt;br /&gt;</w:t>
        <w:br/>
        <w:t>у присадку&lt;br /&gt;</w:t>
        <w:br/>
        <w:t>квіти хагі.&lt;br /&gt;</w:t>
        <w:br/>
        <w:t>277 На суворому&lt;br /&gt;</w:t>
        <w:br/>
        <w:t>небі осінньому&lt;br /&gt;</w:t>
        <w:br/>
        <w:t>жодної тіні нема.</w:t>
      </w:r>
    </w:p>
    <w:p>
      <w:r>
        <w:br/>
        <w:t>О, самоти забагато!&lt;br /&gt;</w:t>
        <w:br/>
        <w:t>Хоч би крук який пролетів!&lt;br /&gt;</w:t>
        <w:br/>
        <w:t>278 Після дощу&lt;br /&gt;</w:t>
        <w:br/>
        <w:t>визирнув місяць.&lt;br /&gt;</w:t>
        <w:br/>
        <w:t>Де-не-де заблищали&lt;br /&gt;</w:t>
        <w:br/>
        <w:t>мокрі дахи череп'яні —&lt;br /&gt;</w:t>
        <w:br/>
        <w:t>і стало сумно.&lt;br /&gt;</w:t>
        <w:br/>
        <w:t>279 Коли голодував я,&lt;br /&gt;</w:t>
        <w:br/>
        <w:t>до мене підійшов,&lt;br /&gt;</w:t>
        <w:br/>
        <w:t>виляючи тонким хвостом,&lt;br /&gt;</w:t>
        <w:br/>
        <w:t>якийсь худий дворняга.&lt;br /&gt;</w:t>
        <w:br/>
        <w:t>Такий ласкавий писок був у нього!&lt;br /&gt;</w:t>
        <w:br/>
        <w:t>280 Я й не помітив,&lt;br /&gt;</w:t>
        <w:br/>
        <w:t>як розучився плакати.&lt;br /&gt;</w:t>
        <w:br/>
        <w:t>Де та людина,&lt;br /&gt;</w:t>
        <w:br/>
        <w:t>яка б мене&lt;br /&gt;</w:t>
        <w:br/>
        <w:t>плачу навчила?&lt;br /&gt;</w:t>
        <w:br/>
        <w:t>281 Ніяк не зупинити&lt;br /&gt;</w:t>
        <w:br/>
        <w:t>сліз —&lt;br /&gt;</w:t>
        <w:br/>
        <w:t>вино з собою&lt;br /&gt;</w:t>
        <w:br/>
        <w:t>привело печаль&lt;br /&gt;</w:t>
        <w:br/>
        <w:t>Ет, зараз як станцюю^/&lt;br /&gt;</w:t>
        <w:br/>
        <w:t>282 Сюрчить цвіркун.&lt;br /&gt;</w:t>
        <w:br/>
        <w:t>Усівся біля нього&lt;br /&gt;</w:t>
        <w:br/>
        <w:t>на узбічнім камені —&lt;br /&gt;</w:t>
        <w:br/>
        <w:t>і плачучи, і сміючись,&lt;br /&gt;</w:t>
        <w:br/>
        <w:t>з собою розмовляю.&lt;br /&gt;</w:t>
        <w:br/>
        <w:t>283 Забракло сил,&lt;br /&gt;</w:t>
        <w:br/>
        <w:t>і я заслаб.&lt;br /&gt;</w:t>
        <w:br/>
        <w:t>Відтоді&lt;br /&gt;</w:t>
        <w:br/>
        <w:t>стало мене звичкою&lt;br /&gt;</w:t>
        <w:br/>
        <w:t>з напіврозкритим ротом спати.&lt;br /&gt;</w:t>
        <w:br/>
        <w:t>284 Одну-єдину людину&lt;br /&gt;</w:t>
        <w:br/>
        <w:t>підкорити собі —&lt;br /&gt;</w:t>
        <w:br/>
        <w:t>оце й усе,&lt;br /&gt;</w:t>
        <w:br/>
        <w:t>чого я бажав у житті.&lt;br /&gt;</w:t>
        <w:br/>
        <w:t>Ах, нерозумна молодість!</w:t>
      </w:r>
    </w:p>
    <w:p>
      <w:r>
        <w:br/>
        <w:t>285 Який-бо ніжний погляд у неї,&lt;br /&gt;</w:t>
        <w:br/>
        <w:t>коли вона мене картає!&lt;br /&gt;</w:t>
        <w:br/>
        <w:t>Чи ж буду їй назло&lt;br /&gt;</w:t>
        <w:br/>
        <w:t>відповідати&lt;br /&gt;</w:t>
        <w:br/>
        <w:t>холодним тоном?&lt;br /&gt;</w:t>
        <w:br/>
        <w:t>286 Такі ж гарячі сльози&lt;br /&gt;</w:t>
        <w:br/>
        <w:t>були у мене й тоді,&lt;br /&gt;</w:t>
        <w:br/>
        <w:t>коли покохав уперше.&lt;br /&gt;</w:t>
        <w:br/>
        <w:t>Дні, коли плачеш,&lt;br /&gt;</w:t>
        <w:br/>
        <w:t>з іншими не зрівняти.&lt;br /&gt;</w:t>
        <w:br/>
        <w:t>287 Начебто я зустрівся&lt;br /&gt;</w:t>
        <w:br/>
        <w:t>з давним-давно&lt;br /&gt;</w:t>
        <w:br/>
        <w:t>позабутим другом —&lt;br /&gt;</w:t>
        <w:br/>
        <w:t>гак радісно слухати&lt;br /&gt;</w:t>
        <w:br/>
        <w:t>плескіт хвиль.&lt;br /&gt;</w:t>
        <w:br/>
        <w:t>288 Якби&lt;br /&gt;</w:t>
        <w:br/>
        <w:t>на сталевому небі&lt;br /&gt;</w:t>
        <w:br/>
        <w:t>осінньої ночі&lt;br /&gt;</w:t>
        <w:br/>
        <w:t>з'явилася гора,&lt;br /&gt;</w:t>
        <w:br/>
        <w:t>що вогонь вивергає!&lt;br /&gt;</w:t>
        <w:br/>
        <w:t>289 Гора Івате.&lt;br /&gt;</w:t>
        <w:br/>
        <w:t>Восени ка рівнині Самбо&lt;br /&gt;</w:t>
        <w:br/>
        <w:t>біля її підніжжя —&lt;br /&gt;</w:t>
        <w:br/>
        <w:t>стільки цикад!&lt;br /&gt;</w:t>
        <w:br/>
        <w:t>Як же мені їх почути?&lt;br /&gt;</w:t>
        <w:br/>
        <w:t>290 Як батько,&lt;br /&gt;</w:t>
        <w:br/>
        <w:t>осінь сувора,&lt;br /&gt;</w:t>
        <w:br/>
        <w:t>як мати,&lt;br /&gt;</w:t>
        <w:br/>
        <w:t>осінь ласкава&lt;br /&gt;</w:t>
        <w:br/>
        <w:t>для безпритульного сина.&lt;br /&gt;</w:t>
        <w:br/>
        <w:t>291 Осінь настала,&lt;br /&gt;</w:t>
        <w:br/>
        <w:t>Туга кохання й на хвильку&lt;br /&gt;</w:t>
        <w:br/>
        <w:t>серця не відпускає.&lt;br /&gt;</w:t>
        <w:br/>
        <w:t>І сон не бере — серед ночі&lt;br /&gt;</w:t>
        <w:br/>
        <w:t>слухаю крики диких гусей.&lt;br /&gt;</w:t>
        <w:br/>
        <w:t>292 Вже середина "довгого місяця".&lt;br /&gt;</w:t>
        <w:br/>
        <w:t>Доки ж бо житиму так,&lt;br /&gt;</w:t>
        <w:br/>
        <w:t>не в змозі вирватись —</w:t>
      </w:r>
    </w:p>
    <w:p>
      <w:r>
        <w:br/>
        <w:t>наче школяр! —&lt;br /&gt;</w:t>
        <w:br/>
        <w:t>з полону туги цієї?&lt;br /&gt;</w:t>
        <w:br/>
        <w:t>293 Вона своїх думок&lt;br /&gt;</w:t>
        <w:br/>
        <w:t>не розкриває.&lt;br /&gt;</w:t>
        <w:br/>
        <w:t>А прислала мені&lt;br /&gt;</w:t>
        <w:br/>
        <w:t>незабудки —&lt;br /&gt;</w:t>
        <w:br/>
        <w:t>і все стало ясно!&lt;br /&gt;</w:t>
        <w:br/>
        <w:t>294 Як луком,&lt;br /&gt;</w:t>
        <w:br/>
        <w:t>що намок на дощі&lt;br /&gt;</w:t>
        <w:br/>
        <w:t>і став надміру тугий,&lt;br /&gt;</w:t>
        <w:br/>
        <w:t>заволодіти твоїм серцем&lt;br /&gt;</w:t>
        <w:br/>
        <w:t>ніяк не можу!&lt;br /&gt;</w:t>
        <w:br/>
        <w:t>295 Над гірською каплицею,&lt;br /&gt;</w:t>
        <w:br/>
        <w:t>людьми позабутою,&lt;br /&gt;</w:t>
        <w:br/>
        <w:t>вітер між сосон&lt;br /&gt;</w:t>
        <w:br/>
        <w:t>шумить день і ніч,&lt;br /&gt;</w:t>
        <w:br/>
        <w:t>кам'яному коню щось нашіптує.&lt;br /&gt;</w:t>
        <w:br/>
        <w:t>296 Ледь чутний&lt;br /&gt;</w:t>
        <w:br/>
        <w:t>запах трухлявих дерев&lt;br /&gt;</w:t>
        <w:br/>
        <w:t>упереміш з грибним...&lt;br /&gt;</w:t>
        <w:br/>
        <w:t>Значить, осінь&lt;br /&gt;</w:t>
        <w:br/>
        <w:t>вже гМь-то пізня.&lt;br /&gt;</w:t>
        <w:br/>
        <w:t>297 Наче дощ&lt;br /&gt;</w:t>
        <w:br/>
        <w:t>зашумів у лісі —&lt;br /&gt;</w:t>
        <w:br/>
        <w:t>пронеслись по деревах&lt;br /&gt;</w:t>
        <w:br/>
        <w:t>мавпи,&lt;br /&gt;</w:t>
        <w:br/>
        <w:t>такі до людей подібні.&lt;br /&gt;</w:t>
        <w:br/>
        <w:t>298 Глибокі хащі. Далекий постук...&lt;br /&gt;</w:t>
        <w:br/>
        <w:t>В країну карликів,&lt;br /&gt;</w:t>
        <w:br/>
        <w:t>які товчуть зерно,&lt;br /&gt;</w:t>
        <w:br/>
        <w:t>у дуплах сидячи,&lt;br /&gt;</w:t>
        <w:br/>
        <w:t>потрапив я, чи що?&lt;br /&gt;</w:t>
        <w:br/>
        <w:t>299 Коли почався всесвіт —&lt;br /&gt;</w:t>
        <w:br/>
        <w:t>був тільки ліс.&lt;br /&gt;</w:t>
        <w:br/>
        <w:t>У нім людина-напівбог,&lt;br /&gt;</w:t>
        <w:br/>
        <w:t>мабуть, вогонь свій&lt;br /&gt;</w:t>
        <w:br/>
        <w:t>пильнувала.</w:t>
      </w:r>
    </w:p>
    <w:p>
      <w:r>
        <w:br/>
        <w:t>300 Піски, піски —&lt;br /&gt;</w:t>
        <w:br/>
        <w:t>і краю Гм не видно...&lt;br /&gt;</w:t>
        <w:br/>
        <w:t>Бог, що живе&lt;br /&gt;</w:t>
        <w:br/>
        <w:t>в пустелі Гобі,—&lt;br /&gt;</w:t>
        <w:br/>
        <w:t>це осені бог!&lt;br /&gt;</w:t>
        <w:br/>
        <w:t>301 На небі й на землі&lt;br /&gt;</w:t>
        <w:br/>
        <w:t>моя печаль&lt;br /&gt;</w:t>
        <w:br/>
        <w:t>із сяйвом місяця&lt;br /&gt;</w:t>
        <w:br/>
        <w:t>осінню ніч&lt;br /&gt;</w:t>
        <w:br/>
        <w:t>усеосяжну сотворили.&lt;br /&gt;</w:t>
        <w:br/>
        <w:t>302 Блукаю самотою,&lt;br /&gt;</w:t>
        <w:br/>
        <w:t>наче підбираю&lt;br /&gt;</w:t>
        <w:br/>
        <w:t>печальні&lt;br /&gt;</w:t>
        <w:br/>
        <w:t>звуки ночі,&lt;br /&gt;</w:t>
        <w:br/>
        <w:t>які сочаться в тишу.&lt;br /&gt;</w:t>
        <w:br/>
        <w:t>303 Як засинає мандрівець*&lt;br /&gt;</w:t>
        <w:br/>
        <w:t>повернувшись у рідне село,—&lt;br /&gt;</w:t>
        <w:br/>
        <w:t>саме так,&lt;br /&gt;</w:t>
        <w:br/>
        <w:t>непомітно, спокійно*&lt;br /&gt;</w:t>
        <w:br/>
        <w:t>настала зима.&lt;br /&gt;</w:t>
        <w:br/>
        <w:t>ТІ, ЯКИХ ВАЖКО ЗАБУТИ&lt;br /&gt;</w:t>
        <w:br/>
        <w:t>304 О шипшино із запахом моря!&lt;br /&gt;</w:t>
        <w:br/>
        <w:t>На піщаному&lt;br /&gt;</w:t>
        <w:br/>
        <w:t>березі півночі&lt;br /&gt;</w:t>
        <w:br/>
        <w:t>цього року також&lt;br /&gt;</w:t>
        <w:br/>
        <w:t>ти розквітла?&lt;br /&gt;</w:t>
        <w:br/>
        <w:t>305 Полічив молоді свої роки,&lt;br /&gt;</w:t>
        <w:br/>
        <w:t>на які покладав надії,&lt;br /&gt;</w:t>
        <w:br/>
        <w:t>подивився уважно&lt;br /&gt;</w:t>
        <w:br/>
        <w:t>на пальці —&lt;br /&gt;</w:t>
        <w:br/>
        <w:t>1 спротивіли мандри мені.&lt;br /&gt;</w:t>
        <w:br/>
        <w:t>306 Аж тричі&lt;br /&gt;</w:t>
        <w:br/>
        <w:t>поглянув я з вагона&lt;br /&gt;</w:t>
        <w:br/>
        <w:t>на назву цього містечка —&lt;br /&gt;</w:t>
        <w:br/>
        <w:t>близьким другом&lt;br /&gt;</w:t>
        <w:br/>
        <w:t>вона мені стала.</w:t>
      </w:r>
    </w:p>
    <w:p>
      <w:r>
        <w:br/>
        <w:t>307 Згадався&lt;br /&gt;</w:t>
        <w:br/>
        <w:t>учень перукаря з Хакодате.&lt;br /&gt;</w:t>
        <w:br/>
        <w:t>Я попросив його&lt;br /&gt;</w:t>
        <w:br/>
        <w:t>вухо мені поголити —&lt;br /&gt;</w:t>
        <w:br/>
        <w:t>бо в чудовому настрої був!&lt;br /&gt;</w:t>
        <w:br/>
        <w:t>308 Приїхавши услід за мною,&lt;br /&gt;</w:t>
        <w:br/>
        <w:t>жили у глушині,&lt;br /&gt;</w:t>
        <w:br/>
        <w:t>де ні душі&lt;br /&gt;</w:t>
        <w:br/>
        <w:t>знайомої нема,&lt;br /&gt;</w:t>
        <w:br/>
        <w:t>мої дружина й мати!&lt;br /&gt;</w:t>
        <w:br/>
        <w:t>309 Як тільки згадаю море Цугару —&lt;br /&gt;</w:t>
        <w:br/>
        <w:t>бачу сестрички очі:&lt;br /&gt;</w:t>
        <w:br/>
        <w:t>на пароплаві,&lt;br /&gt;</w:t>
        <w:br/>
        <w:t>змучена хитавицею,&lt;br /&gt;</w:t>
        <w:br/>
        <w:t>такою смирненькою вона стала...&lt;br /&gt;</w:t>
        <w:br/>
        <w:t>310 Мій друг, пам'ятаю, любив,&lt;br /&gt;</w:t>
        <w:br/>
        <w:t>заплющивши очі,&lt;br /&gt;</w:t>
        <w:br/>
        <w:t>читати вголос рядки&lt;br /&gt;</w:t>
        <w:br/>
        <w:t>про тугу в серці.&lt;br /&gt;</w:t>
        <w:br/>
        <w:t>Листи йог^— з жартами і печаллю!&lt;br /&gt;</w:t>
        <w:br/>
        <w:t>311 В дитинстві якось&lt;br /&gt;</w:t>
        <w:br/>
        <w:t>поруччя моста&lt;br /&gt;</w:t>
        <w:br/>
        <w:t>мій друг вимазав гноєгл—&lt;br /&gt;</w:t>
        <w:br/>
        <w:t>тепер про витівку свою&lt;br /&gt;</w:t>
        <w:br/>
        <w:t>розповідає не сміючись.&lt;br /&gt;</w:t>
        <w:br/>
        <w:t>312 "Навряд чи&lt;br /&gt;</w:t>
        <w:br/>
        <w:t>коли-небудь в житті&lt;br /&gt;</w:t>
        <w:br/>
        <w:t>одружуся!" —&lt;br /&gt;</w:t>
        <w:br/>
        <w:t>Похвалявся мій друг.&lt;br /&gt;</w:t>
        <w:br/>
        <w:t>І досі ще не жонатий.&lt;br /&gt;</w:t>
        <w:br/>
        <w:t>313 Ах, вчителька та&lt;br /&gt;</w:t>
        <w:br/>
        <w:t>молода!&lt;br /&gt;</w:t>
        <w:br/>
        <w:t>Як сумно в неї&lt;br /&gt;</w:t>
        <w:br/>
        <w:t>поблискувала&lt;br /&gt;</w:t>
        <w:br/>
        <w:t>окулярів оправа!&lt;br /&gt;</w:t>
        <w:br/>
        <w:t>314 Мій приятель&lt;br /&gt;</w:t>
        <w:br/>
        <w:t>їсти мені давав,&lt;br /&gt;</w:t>
        <w:br/>
        <w:t>а я його зрадив —&lt;br /&gt;</w:t>
        <w:br/>
        <w:t>ну що за натура?!&lt;br /&gt;</w:t>
        <w:br/>
        <w:t>Згадав — і так гидко—</w:t>
      </w:r>
    </w:p>
    <w:p>
      <w:r>
        <w:br/>
        <w:t>315 Вулице Зелених верб&lt;br /&gt;</w:t>
        <w:br/>
        <w:t>у Хакодате,&lt;br /&gt;</w:t>
        <w:br/>
        <w:t>найприємніші згадки — про тебе!&lt;br /&gt;</w:t>
        <w:br/>
        <w:t>Вірші приятеля про кохання.&lt;br /&gt;</w:t>
        <w:br/>
        <w:t>Квіти волошок.&lt;br /&gt;</w:t>
        <w:br/>
        <w:t>316 Як тужила вона&lt;br /&gt;</w:t>
        <w:br/>
        <w:t>за пахощами жита&lt;br /&gt;</w:t>
        <w:br/>
        <w:t>в рідних краях!&lt;br /&gt;</w:t>
        <w:br/>
        <w:t>Через брови її&lt;br /&gt;</w:t>
        <w:br/>
        <w:t>я спокій згубив.&lt;br /&gt;</w:t>
        <w:br/>
        <w:t>317 Свіжий&lt;br /&gt;</w:t>
        <w:br/>
        <w:t>запах паперу&lt;br /&gt;</w:t>
        <w:br/>
        <w:t>іноземної книжки...&lt;br /&gt;</w:t>
        <w:br/>
        <w:t>Так захотілося&lt;br /&gt;</w:t>
        <w:br/>
        <w:t>мати гроші!..&lt;br /&gt;</w:t>
        <w:br/>
        <w:t>318 Пінливі хвилі&lt;br /&gt;</w:t>
        <w:br/>
        <w:t>з шумом набігали&lt;br /&gt;</w:t>
        <w:br/>
        <w:t>на узбережжя Оомбрі&lt;br /&gt;</w:t>
        <w:br/>
        <w:t>в Хакодате...&lt;br /&gt;</w:t>
        <w:br/>
        <w:t>О, скільки там думок було!&lt;br /&gt;</w:t>
        <w:br/>
        <w:t>319 Щоранку, щоранку&lt;br /&gt;</w:t>
        <w:br/>
        <w:t>модну китайську пісеньку&lt;br /&gt;</w:t>
        <w:br/>
        <w:t>награвав мені&lt;br /&gt;</w:t>
        <w:br/>
        <w:t>той будильник —&lt;br /&gt;</w:t>
        <w:br/>
        <w:t>ах, як я любив його!&lt;br /&gt;</w:t>
        <w:br/>
        <w:t>320 Усю журбу&lt;br /&gt;</w:t>
        <w:br/>
        <w:t>своїх поневірянь&lt;br /&gt;</w:t>
        <w:br/>
        <w:t>поклав списати,&lt;br /&gt;</w:t>
        <w:br/>
        <w:t>але нічого путнього не вийшло.&lt;br /&gt;</w:t>
        <w:br/>
        <w:t>Чернетки навіть не вчитаю!&lt;br /&gt;</w:t>
        <w:br/>
        <w:t>321 Вже скільки разів&lt;br /&gt;</w:t>
        <w:br/>
        <w:t>наважувавсь я померти —&lt;br /&gt;</w:t>
        <w:br/>
        <w:t>і не помер.&lt;br /&gt;</w:t>
        <w:br/>
        <w:t>Яка смішна й печальна&lt;br /&gt;</w:t>
        <w:br/>
        <w:t>життя мого дорога!&lt;br /&gt;</w:t>
        <w:br/>
        <w:t>323 А ще пам'ятаю старця —&lt;br /&gt;</w:t>
        <w:br/>
        <w:t>якісь священні слова&lt;br /&gt;</w:t>
        <w:br/>
        <w:t>він бубонів</w:t>
      </w:r>
    </w:p>
    <w:p>
      <w:r>
        <w:br/>
        <w:t>собі під ніс,&lt;br /&gt;</w:t>
        <w:br/>
        <w:t>вештаючись по вулицях.&lt;br /&gt;</w:t>
        <w:br/>
        <w:t>324 Так, ніби сказав:&lt;br /&gt;</w:t>
        <w:br/>
        <w:t>"Вважайте мене&lt;br /&gt;</w:t>
        <w:br/>
        <w:t>зовсім не вартим уваги",—&lt;br /&gt;</w:t>
        <w:br/>
        <w:t>у гори жити пішов&lt;br /&gt;</w:t>
        <w:br/>
        <w:t>мій приятель богорівний!&lt;br /&gt;</w:t>
        <w:br/>
        <w:t>325 Затягуючись сигаретою,&lt;br /&gt;</w:t>
        <w:br/>
        <w:t>на березі моря,&lt;br /&gt;</w:t>
        <w:br/>
        <w:t>що бурхало хвилями,&lt;br /&gt;</w:t>
        <w:br/>
        <w:t>в нічному тумані&lt;br /&gt;</w:t>
        <w:br/>
        <w:t>стояла жінка.&lt;br /&gt;</w:t>
        <w:br/>
        <w:t>327 Щоразу,&lt;br /&gt;</w:t>
        <w:br/>
        <w:t>коли дивлюсь&lt;br /&gt;</w:t>
        <w:br/>
        <w:t>на плесо великої річки,&lt;br /&gt;</w:t>
        <w:br/>
        <w:t>думки мої, Ікуу,—&lt;br /&gt;</w:t>
        <w:br/>
        <w:t>про твої страждання!&lt;br /&gt;</w:t>
        <w:br/>
        <w:t>328 Не знав мій приятель,&lt;br /&gt;</w:t>
        <w:br/>
        <w:t>до чого прикласти&lt;br /&gt;</w:t>
        <w:br/>
        <w:t>і розум свій,&lt;br /&gt;</w:t>
        <w:br/>
        <w:t>і жалісливу вдачу,—&lt;br /&gt;</w:t>
        <w:br/>
        <w:t>марнував життя своє в гульні.&lt;br /&gt;</w:t>
        <w:br/>
        <w:t>329 Тут збираються люди&lt;br /&gt;</w:t>
        <w:br/>
        <w:t>безвольні&lt;br /&gt;</w:t>
        <w:br/>
        <w:t>і п'ють вино.&lt;br /&gt;</w:t>
        <w:br/>
        <w:t>Став притулком для них&lt;br /&gt;</w:t>
        <w:br/>
        <w:t>мій дім!&lt;br /&gt;</w:t>
        <w:br/>
        <w:t>330 "Коли журба мене пойме —&lt;br /&gt;</w:t>
        <w:br/>
        <w:t>я голосно сміюсь,&lt;br /&gt;</w:t>
        <w:br/>
        <w:t>питання всі свої болючі&lt;br /&gt;</w:t>
        <w:br/>
        <w:t>розв'язую вином",—&lt;br /&gt;</w:t>
        <w:br/>
        <w:t>казав мій старший друг.&lt;br /&gt;</w:t>
        <w:br/>
        <w:t>331 Мій приятель&lt;br /&gt;</w:t>
        <w:br/>
        <w:t>ще замолоду став&lt;br /&gt;</w:t>
        <w:br/>
        <w:t>батьком великої сім'ї.&lt;br /&gt;</w:t>
        <w:br/>
        <w:t>А випивши, співав собі,&lt;br /&gt;</w:t>
        <w:br/>
        <w:t>ніби й нема дітей у нього.</w:t>
      </w:r>
    </w:p>
    <w:p>
      <w:r>
        <w:br/>
        <w:t>.333 Притлумлюючи позіх,&lt;br /&gt;</w:t>
        <w:br/>
        <w:t>у вікно нічного поїзда&lt;br /&gt;</w:t>
        <w:br/>
        <w:t>рукою помахав.&lt;br /&gt;</w:t>
        <w:br/>
        <w:t>Тепер би так&lt;br /&gt;</w:t>
        <w:br/>
        <w:t>не став прощатись!&lt;br /&gt;</w:t>
        <w:br/>
        <w:t>336 Глупої ночі&lt;br /&gt;</w:t>
        <w:br/>
        <w:t>на станції Куттян&lt;br /&gt;</w:t>
        <w:br/>
        <w:t>з вагона вийшла жінка.&lt;br /&gt;</w:t>
        <w:br/>
        <w:t>Під локоном на скроні&lt;br /&gt;</w:t>
        <w:br/>
        <w:t>був давній шрам у неї.&lt;br /&gt;</w:t>
        <w:br/>
        <w:t>337 Та осінь в Саппоро&lt;br /&gt;</w:t>
        <w:br/>
        <w:t>дала мені&lt;br /&gt;</w:t>
        <w:br/>
        <w:t>печаль-журбу,&lt;br /&gt;</w:t>
        <w:br/>
        <w:t>яку несу я&lt;br /&gt;</w:t>
        <w:br/>
        <w:t>і донині.&lt;br /&gt;</w:t>
        <w:br/>
        <w:t>340 У пересварках&lt;br /&gt;</w:t>
        <w:br/>
        <w:t>старшої та меншої сестер&lt;br /&gt;</w:t>
        <w:br/>
        <w:t>минула наша перша&lt;br /&gt;</w:t>
        <w:br/>
        <w:t>ніч у Саппоро.&lt;br /&gt;</w:t>
        <w:br/>
        <w:t>Періщив дощ надворі.&lt;br /&gt;</w:t>
        <w:br/>
        <w:t>342 Нудьга й печаль&lt;br /&gt;</w:t>
        <w:br/>
        <w:t>на вулицях Отару.&lt;br /&gt;</w:t>
        <w:br/>
        <w:t>Ніколи не співали&lt;br /&gt;</w:t>
        <w:br/>
        <w:t>люди ці&lt;br /&gt;</w:t>
        <w:br/>
        <w:t>з хрипкими голосами!&lt;br /&gt;</w:t>
        <w:br/>
        <w:t>343 Ще пам'ятаю:&lt;br /&gt;</w:t>
        <w:br/>
        <w:t>"Покажіть долоню свою",—&lt;br /&gt;</w:t>
        <w:br/>
        <w:t>підійшов ворожбит.&lt;br /&gt;</w:t>
        <w:br/>
        <w:t>Голова трусилась йому,&lt;br /&gt;</w:t>
        <w:br/>
        <w:t>неначе він плакав.&lt;br /&gt;</w:t>
        <w:br/>
        <w:t>344 Позичив у мене&lt;br /&gt;</w:t>
        <w:br/>
        <w:t>кілька дрібняків&lt;br /&gt;</w:t>
        <w:br/>
        <w:t>мій приятель — і пішов.&lt;br /&gt;</w:t>
        <w:br/>
        <w:t>Ах, не забути мені&lt;br /&gt;</w:t>
        <w:br/>
        <w:t>снігу на його плечах!&lt;br /&gt;</w:t>
        <w:br/>
        <w:t>345 А чи я сам&lt;br /&gt;</w:t>
        <w:br/>
        <w:t>не пишався колись&lt;br /&gt;</w:t>
        <w:br/>
        <w:t>у глибині душі</w:t>
      </w:r>
    </w:p>
    <w:p>
      <w:r>
        <w:br/>
        <w:t>тим, що не вмію жити&lt;br /&gt;</w:t>
        <w:br/>
        <w:t>і злидарюю?&lt;br /&gt;</w:t>
        <w:br/>
        <w:t>346 "Змарніле тіло твоє&lt;br /&gt;</w:t>
        <w:br/>
        <w:t>стало суцільним клубком&lt;br /&gt;</w:t>
        <w:br/>
        <w:t>бунтівного духу",—&lt;br /&gt;</w:t>
        <w:br/>
        <w:t>так одного разу&lt;br /&gt;</w:t>
        <w:br/>
        <w:t>сказали мені.&lt;br /&gt;</w:t>
        <w:br/>
        <w:t>348 П'яний мій друг, пам'ятаю,&lt;br /&gt;</w:t>
        <w:br/>
        <w:t>схопив за ніжку стілець&lt;br /&gt;</w:t>
        <w:br/>
        <w:t>і замахнувся на мене.&lt;br /&gt;</w:t>
        <w:br/>
        <w:t>Тепер його злість,&lt;br /&gt;</w:t>
        <w:br/>
        <w:t>мабуть, вже минула.&lt;br /&gt;</w:t>
        <w:br/>
        <w:t>349 І той, хто зазнав поразки,—&lt;br /&gt;</w:t>
        <w:br/>
        <w:t>насправді був я,&lt;br /&gt;</w:t>
        <w:br/>
        <w:t>і хто до спірки призвів —&lt;br /&gt;</w:t>
        <w:br/>
        <w:t>також був я.&lt;br /&gt;</w:t>
        <w:br/>
        <w:t>Тепер-тф це розумію.&lt;br /&gt;</w:t>
        <w:br/>
        <w:t>350 "Вдарю!" —&lt;br /&gt;</w:t>
        <w:br/>
        <w:t>. Мені говорили,&lt;br /&gt;</w:t>
        <w:br/>
        <w:t>а я підступав:&lt;br /&gt;</w:t>
        <w:br/>
        <w:t>"Ану, вдар!"&lt;br /&gt;</w:t>
        <w:br/>
        <w:t>Ах, як я тужу за тим часом!&lt;br /&gt;</w:t>
        <w:br/>
        <w:t>351 "Ти тричі&lt;br /&gt;</w:t>
        <w:br/>
        <w:t>до горла мого&lt;br /&gt;</w:t>
        <w:br/>
        <w:t>меч приставляв",—&lt;br /&gt;</w:t>
        <w:br/>
        <w:t>такі слова прощання&lt;br /&gt;</w:t>
        <w:br/>
        <w:t>почув я від нього.&lt;br /&gt;</w:t>
        <w:br/>
        <w:t>352 Посварившись з другом,&lt;br /&gt;</w:t>
        <w:br/>
        <w:t>страшенно його зненавидівши,&lt;br /&gt;</w:t>
        <w:br/>
        <w:t>я мусив розстатися з ним.&lt;br /&gt;</w:t>
        <w:br/>
        <w:t>І от прийшов такий день,&lt;br /&gt;</w:t>
        <w:br/>
        <w:t>коли і про нього згадки — любі.&lt;br /&gt;</w:t>
        <w:br/>
        <w:t>353 Ах, той юнак&lt;br /&gt;</w:t>
        <w:br/>
        <w:t>з прегарними бровами!&lt;br /&gt;</w:t>
        <w:br/>
        <w:t>Коли назвав його&lt;br /&gt;</w:t>
        <w:br/>
        <w:t>молодшим братом —&lt;br /&gt;</w:t>
        <w:br/>
        <w:t>він тільки усміхнувся.</w:t>
      </w:r>
    </w:p>
    <w:p>
      <w:r>
        <w:br/>
        <w:t>355 Мій приятель,&lt;br /&gt;</w:t>
        <w:br/>
        <w:t>що витирає обличчя,&lt;br /&gt;</w:t>
        <w:br/>
        <w:t>заліплене снігом,—&lt;br /&gt;</w:t>
        <w:br/>
        <w:t>став палким&lt;br /&gt;</w:t>
        <w:br/>
        <w:t>прихильником комунізму.&lt;br /&gt;</w:t>
        <w:br/>
        <w:t>357 Був друг у мене,&lt;br /&gt;</w:t>
        <w:br/>
        <w:t>який говорив:&lt;br /&gt;</w:t>
        <w:br/>
        <w:t>"Переїду на Сахалін&lt;br /&gt;</w:t>
        <w:br/>
        <w:t>і там почну&lt;br /&gt;</w:t>
        <w:br/>
        <w:t>зовсім інше, нове життя!"&lt;br /&gt;</w:t>
        <w:br/>
        <w:t>358 3 солодкою тугою&lt;br /&gt;</w:t>
        <w:br/>
        <w:t>згадую час,&lt;br /&gt;</w:t>
        <w:br/>
        <w:t>коли я сказав:&lt;br /&gt;</w:t>
        <w:br/>
        <w:t>"Ненавиджу світ цей —&lt;br /&gt;</w:t>
        <w:br/>
        <w:t>у ньому немає ладу!"&lt;br /&gt;</w:t>
        <w:br/>
        <w:t>359 "Знайшов напарника,&lt;br /&gt;</w:t>
        <w:br/>
        <w:t>відкриємо аптеку&lt;br /&gt;</w:t>
        <w:br/>
        <w:t>і так розбагатієм!"&lt;br /&gt;</w:t>
        <w:br/>
        <w:t>І, щоб здійснити мрію цю,&lt;br /&gt;</w:t>
        <w:br/>
        <w:t>я чув, мій друг шахрує.&lt;br /&gt;</w:t>
        <w:br/>
        <w:t>360 На лицях його,&lt;br /&gt;</w:t>
        <w:br/>
        <w:t>мертвотно-блідих,&lt;br /&gt;</w:t>
        <w:br/>
        <w:t>сльози блищали —&lt;br /&gt;</w:t>
        <w:br/>
        <w:t>про смерть говорив&lt;br /&gt;</w:t>
        <w:br/>
        <w:t>молодий торговець.&lt;br /&gt;</w:t>
        <w:br/>
        <w:t>361 3 дитиною за плечима,&lt;br /&gt;</w:t>
        <w:br/>
        <w:t>на пероні, куди задувало сніг,&lt;br /&gt;</w:t>
        <w:br/>
        <w:t>очима мене проводжала...&lt;br /&gt;</w:t>
        <w:br/>
        <w:t>Ах, дружинонько, брів твоїх&lt;br /&gt;</w:t>
        <w:br/>
        <w:t>ніколи мені не забути!&lt;br /&gt;</w:t>
        <w:br/>
        <w:t>362 Як ворога, ненавидів його,&lt;br /&gt;</w:t>
        <w:br/>
        <w:t>але так довго&lt;br /&gt;</w:t>
        <w:br/>
        <w:t>тиснув йому руку!&lt;br /&gt;</w:t>
        <w:br/>
        <w:t>Бо він сказав:&lt;br /&gt;</w:t>
        <w:br/>
        <w:t>"Настав розлуки час".&lt;br /&gt;</w:t>
        <w:br/>
        <w:t>363 Поїзд рушив —&lt;br /&gt;</w:t>
        <w:br/>
        <w:t>і миттю я&lt;br /&gt;</w:t>
        <w:br/>
        <w:t>од вікна</w:t>
      </w:r>
    </w:p>
    <w:p>
      <w:r>
        <w:br/>
        <w:t>одвернувся:&lt;br /&gt;</w:t>
        <w:br/>
        <w:t>"Не розпхикаюсь!"&lt;br /&gt;</w:t>
        <w:br/>
        <w:t>364 Коли крізь мокрий сніг&lt;br /&gt;</w:t>
        <w:br/>
        <w:t>наш поїзд мчав&lt;br /&gt;</w:t>
        <w:br/>
        <w:t>по рівнині Ісікарі —&lt;br /&gt;</w:t>
        <w:br/>
        <w:t>я був заглиблений&lt;br /&gt;</w:t>
        <w:br/>
        <w:t>у повісті Тургенева!&lt;br /&gt;</w:t>
        <w:br/>
        <w:t>365 Усе міркую над тим,&lt;br /&gt;</w:t>
        <w:br/>
        <w:t>які згадки про себе&lt;br /&gt;</w:t>
        <w:br/>
        <w:t>лишаю після від'їзду.&lt;br /&gt;</w:t>
        <w:br/>
        <w:t>Сумний початок мандрів!&lt;br /&gt;</w:t>
        <w:br/>
        <w:t>Наче на смерть ідеш.&lt;br /&gt;</w:t>
        <w:br/>
        <w:t>366 Коли, уже під'їхавши,&lt;br /&gt;</w:t>
        <w:br/>
        <w:t>я ненароком заморгав —&lt;br /&gt;</w:t>
        <w:br/>
        <w:t>то зараз же відчув,&lt;br /&gt;</w:t>
        <w:br/>
        <w:t>як по моїх щоках&lt;br /&gt;</w:t>
        <w:br/>
        <w:t>скотилося щось холодне.&lt;br /&gt;</w:t>
        <w:br/>
        <w:t>369 Поїзд далекого прямування.&lt;br /&gt;</w:t>
        <w:br/>
        <w:t>Довго мені ще їхати!&lt;br /&gt;</w:t>
        <w:br/>
        <w:t>Аби забути&lt;br /&gt;</w:t>
        <w:br/>
        <w:t>про кольки у животі,&lt;br /&gt;</w:t>
        <w:br/>
        <w:t>покурюю тютюнець.&lt;br /&gt;</w:t>
        <w:br/>
        <w:t>370 Від раптового брязку&lt;br /&gt;</w:t>
        <w:br/>
        <w:t>шабельних піхов&lt;br /&gt;</w:t>
        <w:br/>
        <w:t>у попутника-офіцера —&lt;br /&gt;</w:t>
        <w:br/>
        <w:t>нитка моїх думок&lt;br /&gt;</w:t>
        <w:br/>
        <w:t>розірвалась!&lt;br /&gt;</w:t>
        <w:br/>
        <w:t>371 Нічого про це містечко&lt;br /&gt;</w:t>
        <w:br/>
        <w:t>не знаю, крім назви.&lt;br /&gt;</w:t>
        <w:br/>
        <w:t>А готельчик у ньому&lt;br /&gt;</w:t>
        <w:br/>
        <w:t>такий затишний,&lt;br /&gt;</w:t>
        <w:br/>
        <w:t>мовби я в рідному домі.&lt;br /&gt;</w:t>
        <w:br/>
        <w:t>372 Один з моїх попутників&lt;br /&gt;</w:t>
        <w:br/>
        <w:t>був член парламенту.&lt;br /&gt;</w:t>
        <w:br/>
        <w:t>Він спав з відкритим ротом —&lt;br /&gt;</w:t>
        <w:br/>
        <w:t>я глянув на його обличчя&lt;br /&gt;</w:t>
        <w:br/>
        <w:t>і подумав: "Теж сумне!"</w:t>
      </w:r>
    </w:p>
    <w:p>
      <w:r>
        <w:br/>
        <w:t>373 В готелі зупинився:&lt;br /&gt;</w:t>
        <w:br/>
        <w:t>"Сьогодні вже&lt;br /&gt;</w:t>
        <w:br/>
        <w:t>наплачусь досхочу!"&lt;br /&gt;</w:t>
        <w:br/>
        <w:t>Чай принесли увечері,&lt;br /&gt;</w:t>
        <w:br/>
        <w:t>холодиий-холоднючий!&lt;br /&gt;</w:t>
        <w:br/>
        <w:t>376 Річка Сораті&lt;br /&gt;</w:t>
        <w:br/>
        <w:t>сховалося під снігом —&lt;br /&gt;</w:t>
        <w:br/>
        <w:t>хоч би птах пролетів.&lt;br /&gt;</w:t>
        <w:br/>
        <w:t>І тільки в прибережнім лісі&lt;br /&gt;</w:t>
        <w:br/>
        <w:t>стоїть якийсь чоловік.&lt;br /&gt;</w:t>
        <w:br/>
        <w:t>377 Є в світі люди,&lt;br /&gt;</w:t>
        <w:br/>
        <w:t>що все своє життя&lt;br /&gt;</w:t>
        <w:br/>
        <w:t>серед снігів живуть.&lt;br /&gt;</w:t>
        <w:br/>
        <w:t>То ворогують, то дружать&lt;br /&gt;</w:t>
        <w:br/>
        <w:t>із самотністю.&lt;br /&gt;</w:t>
        <w:br/>
        <w:t>378 Чим більше&lt;br /&gt;</w:t>
        <w:br/>
        <w:t>втомлююся в поїзді,&lt;br /&gt;</w:t>
        <w:br/>
        <w:t>тим більше&lt;br /&gt;</w:t>
        <w:br/>
        <w:t>думаю про всяке.&lt;br /&gt;</w:t>
        <w:br/>
        <w:t>Моя нещасна вдача!&lt;br /&gt;</w:t>
        <w:br/>
        <w:t>379 Неначе пісню співав —&lt;br /&gt;</w:t>
        <w:br/>
        <w:t>так оголошував назву станції&lt;br /&gt;</w:t>
        <w:br/>
        <w:t>молодий вокзальний службовець.&lt;br /&gt;</w:t>
        <w:br/>
        <w:t>Ах, ласкаві очі його!&lt;br /&gt;</w:t>
        <w:br/>
        <w:t>Досі я бачу їх.&lt;br /&gt;</w:t>
        <w:br/>
        <w:t>382 Не думав ні про що&lt;br /&gt;</w:t>
        <w:br/>
        <w:t>і ні про що не згадував —&lt;br /&gt;</w:t>
        <w:br/>
        <w:t>на цілий день&lt;br /&gt;</w:t>
        <w:br/>
        <w:t>своє довірив серце&lt;br /&gt;</w:t>
        <w:br/>
        <w:t>стуку поїзда.&lt;br /&gt;</w:t>
        <w:br/>
        <w:t>383 Остання станція.&lt;br /&gt;</w:t>
        <w:br/>
        <w:t>В містечко я ввійшов...&lt;br /&gt;</w:t>
        <w:br/>
        <w:t>Таким печальним блиском&lt;br /&gt;</w:t>
        <w:br/>
        <w:t>світився сніг&lt;br /&gt;</w:t>
        <w:br/>
        <w:t>на вуличках його!&lt;br /&gt;</w:t>
        <w:br/>
        <w:t>384 Сліпучі крижини&lt;br /&gt;</w:t>
        <w:br/>
        <w:t>і гомін птахів...&lt;br /&gt;</w:t>
        <w:br/>
        <w:t>І місяць,</w:t>
      </w:r>
    </w:p>
    <w:p>
      <w:r>
        <w:br/>
        <w:t>холодний, як крига,&lt;br /&gt;</w:t>
        <w:br/>
        <w:t>над Кусіро-морем!&lt;br /&gt;</w:t>
        <w:br/>
        <w:t>385 Пляшечку&lt;br /&gt;</w:t>
        <w:br/>
        <w:t>із замерзлим чорнилом&lt;br /&gt;</w:t>
        <w:br/>
        <w:t>наблизив я до вогню —&lt;br /&gt;</w:t>
        <w:br/>
        <w:t>сльоза побігла&lt;br /&gt;</w:t>
        <w:br/>
        <w:t>під світлом.&lt;br /&gt;</w:t>
        <w:br/>
        <w:t>386 Тільки обличчя і голос&lt;br /&gt;</w:t>
        <w:br/>
        <w:t>лишилися в нього&lt;br /&gt;</w:t>
        <w:br/>
        <w:t>такі, як і перше.&lt;br /&gt;</w:t>
        <w:br/>
        <w:t>З колишнім приятелем зустрівся&lt;br /&gt;</w:t>
        <w:br/>
        <w:t>в цьому далекому краї.&lt;br /&gt;</w:t>
        <w:br/>
        <w:t>387 Ах, тут,&lt;br /&gt;</w:t>
        <w:br/>
        <w:t>на краю батьківщини,&lt;br /&gt;</w:t>
        <w:br/>
        <w:t>пив я вино.&lt;br /&gt;</w:t>
        <w:br/>
        <w:t>Неначе сьорбав&lt;br /&gt;</w:t>
        <w:br/>
        <w:t>(?сад печалі.&lt;br /&gt;</w:t>
        <w:br/>
        <w:t>390 Захвилювалася вона,&lt;br /&gt;</w:t>
        <w:br/>
        <w:t>коли побачила,&lt;br /&gt;</w:t>
        <w:br/>
        <w:t>що я сп'янів,&lt;br /&gt;</w:t>
        <w:br/>
        <w:t>співати навіть перестала.&lt;br /&gt;</w:t>
        <w:br/>
        <w:t>Як їй тепер ведеться?&lt;br /&gt;</w:t>
        <w:br/>
        <w:t>391 Звали цю жінку Коякко —&lt;br /&gt;</w:t>
        <w:br/>
        <w:t>"маленький служка".&lt;br /&gt;</w:t>
        <w:br/>
        <w:t>Такі вже ніжненькі&lt;br /&gt;</w:t>
        <w:br/>
        <w:t>були в неї мочки вух!&lt;br /&gt;</w:t>
        <w:br/>
        <w:t>Забути їх не можу.&lt;br /&gt;</w:t>
        <w:br/>
        <w:t>392 Опівночі серед снігу,&lt;br /&gt;</w:t>
        <w:br/>
        <w:t>притулившись до мене,&lt;br /&gt;</w:t>
        <w:br/>
        <w:t>стояла жінка.&lt;br /&gt;</w:t>
        <w:br/>
        <w:t>Яка тепла була&lt;br /&gt;</w:t>
        <w:br/>
        <w:t>її рука!&lt;br /&gt;</w:t>
        <w:br/>
        <w:t>393 Коли я спитав:&lt;br /&gt;</w:t>
        <w:br/>
        <w:t>"Ти хочеш померти?" —&lt;br /&gt;</w:t>
        <w:br/>
        <w:t>Вона сказала: "Дивись!"&lt;br /&gt;</w:t>
        <w:br/>
        <w:t>І я побачив рубець&lt;br /&gt;</w:t>
        <w:br/>
        <w:t>у неї на горлі.</w:t>
      </w:r>
    </w:p>
    <w:p>
      <w:r>
        <w:br/>
        <w:t>395 Коли говорили їй: "Танцюй!" —&lt;br /&gt;</w:t>
        <w:br/>
        <w:t>вона підводилась і танцювала,&lt;br /&gt;</w:t>
        <w:br/>
        <w:t>аж поки знесилено&lt;br /&gt;</w:t>
        <w:br/>
        <w:t>падала на підлогу,&lt;br /&gt;</w:t>
        <w:br/>
        <w:t>одурманена дешевим вином.&lt;br /&gt;</w:t>
        <w:br/>
        <w:t>396 Звичайно дожидалась,&lt;br /&gt;</w:t>
        <w:br/>
        <w:t>поки я&lt;br /&gt;</w:t>
        <w:br/>
        <w:t>захмелію —&lt;br /&gt;</w:t>
        <w:br/>
        <w:t>а тоді вже й починала&lt;br /&gt;</w:t>
        <w:br/>
        <w:t>шептати про свої печалі.&lt;br /&gt;</w:t>
        <w:br/>
        <w:t>397 Коли я питав:&lt;br /&gt;</w:t>
        <w:br/>
        <w:t>"Що трапилося з тобою?" —&lt;br /&gt;</w:t>
        <w:br/>
        <w:t>Вона силкувалась&lt;br /&gt;</w:t>
        <w:br/>
        <w:t>на блідому обличчі&lt;br /&gt;</w:t>
        <w:br/>
        <w:t>щиру усмішку зобразити.&lt;br /&gt;</w:t>
        <w:br/>
        <w:t>398 Як тяжко мені було&lt;br /&gt;</w:t>
        <w:br/>
        <w:t>бачити&lt;br /&gt;</w:t>
        <w:br/>
        <w:t>на білих, як перлини,&lt;br /&gt;</w:t>
        <w:br/>
        <w:t>її руках&lt;br /&gt;</w:t>
        <w:br/>
        <w:t>сліди брудних поцілунків!&lt;br /&gt;</w:t>
        <w:br/>
        <w:t>399 1 коли, сп'янівши,&lt;br /&gt;</w:t>
        <w:br/>
        <w:t>я голову опускав,&lt;br /&gt;</w:t>
        <w:br/>
        <w:t>і коли, захотівши води,&lt;br /&gt;</w:t>
        <w:br/>
        <w:t>розмикав повіки —&lt;br /&gt;</w:t>
        <w:br/>
        <w:t>чув щораз, я гукали її.&lt;br /&gt;</w:t>
        <w:br/>
        <w:t>400 Неначе комашка,&lt;br /&gt;</w:t>
        <w:br/>
        <w:t>що летить на вогонь,&lt;br /&gt;</w:t>
        <w:br/>
        <w:t>приходити звик я&lt;br /&gt;</w:t>
        <w:br/>
        <w:t>тільки до тих будинків,&lt;br /&gt;</w:t>
        <w:br/>
        <w:t>де ясно світяться вікна.&lt;br /&gt;</w:t>
        <w:br/>
        <w:t>401 Уже зібрався&lt;br /&gt;</w:t>
        <w:br/>
        <w:t>іти додому —&lt;br /&gt;</w:t>
        <w:br/>
        <w:t>стояв у холодному коридорі.&lt;br /&gt;</w:t>
        <w:br/>
        <w:t>Нараз зарипіли мостини,&lt;br /&gt;</w:t>
        <w:br/>
        <w:t>і я відчув поцілунок.&lt;br /&gt;</w:t>
        <w:br/>
        <w:t>402 І навіть тоді,&lt;br /&gt;</w:t>
        <w:br/>
        <w:t>коли голову клав&lt;br /&gt;</w:t>
        <w:br/>
        <w:t>їй на коліна,—</w:t>
      </w:r>
    </w:p>
    <w:p>
      <w:r>
        <w:br/>
        <w:t>всі думки у моїй душі&lt;br /&gt;</w:t>
        <w:br/>
        <w:t>були думками про себе.&lt;br /&gt;</w:t>
        <w:br/>
        <w:t>403 Шурхотіли на хвилях&lt;br /&gt;</w:t>
        <w:br/>
        <w:t>шматочки криги,&lt;br /&gt;</w:t>
        <w:br/>
        <w:t>місячна ніч була,&lt;br /&gt;</w:t>
        <w:br/>
        <w:t>а я все ходив і ходив,&lt;br /&gt;</w:t>
        <w:br/>
        <w:t>туди-сюди узбережжям.&lt;br /&gt;</w:t>
        <w:br/>
        <w:t>404 Почув я недавно,&lt;br /&gt;</w:t>
        <w:br/>
        <w:t>нібито він помер...&lt;br /&gt;</w:t>
        <w:br/>
        <w:t>Був моїм&lt;br /&gt;</w:t>
        <w:br/>
        <w:t>суперником у коханні,&lt;br /&gt;</w:t>
        <w:br/>
        <w:t>стільки талантів мав!&lt;br /&gt;</w:t>
        <w:br/>
        <w:t>405 Сп'янівши, він починав&lt;br /&gt;</w:t>
        <w:br/>
        <w:t>читати китайські вірші,&lt;br /&gt;</w:t>
        <w:br/>
        <w:t>говорив, що їх написав&lt;br /&gt;</w:t>
        <w:br/>
        <w:t>років десять тому.&lt;br /&gt;</w:t>
        <w:br/>
        <w:t>МЦі друг, постарілий у мандрах,&lt;br /&gt;</w:t>
        <w:br/>
        <w:t>406 Захотілось подихати&lt;br /&gt;</w:t>
        <w:br/>
        <w:t>свіжим холодним повітрям *-&lt;br /&gt;</w:t>
        <w:br/>
        <w:t>таким,&lt;br /&gt;</w:t>
        <w:br/>
        <w:t>щоб, як тільки вдихнеш,&lt;br /&gt;</w:t>
        <w:br/>
        <w:t>зараз же ніс примерзне.&lt;br /&gt;</w:t>
        <w:br/>
        <w:t>408 Про те, що лопнула&lt;br /&gt;</w:t>
        <w:br/>
        <w:t>струна на сямісені,&lt;br /&gt;</w:t>
        <w:br/>
        <w:t>дівча репетувало так,&lt;br /&gt;</w:t>
        <w:br/>
        <w:t>неначе про пожежу.&lt;br /&gt;</w:t>
        <w:br/>
        <w:t>В ту хуртовинну ніч.&lt;br /&gt;</w:t>
        <w:br/>
        <w:t>409 Мов Бога побачив —&lt;br /&gt;</w:t>
        <w:br/>
        <w:t>удалині постала&lt;br /&gt;</w:t>
        <w:br/>
        <w:t>сніжна вершина&lt;br /&gt;</w:t>
        <w:br/>
        <w:t>гори Акан&lt;br /&gt;</w:t>
        <w:br/>
        <w:t>у світанковому сяйві.&lt;br /&gt;</w:t>
        <w:br/>
        <w:t>410 "Якось у ріднім краї&lt;br /&gt;</w:t>
        <w:br/>
        <w:t>хотіла втопитись",—&lt;br /&gt;</w:t>
        <w:br/>
        <w:t>розповідала ця жінка...&lt;br /&gt;</w:t>
        <w:br/>
        <w:t>Пам'ятаю співи її&lt;br /&gt;</w:t>
        <w:br/>
        <w:t>вечорами під сямісен.&lt;br /&gt;</w:t>
        <w:br/>
        <w:t>13, 3. 0223079</w:t>
      </w:r>
    </w:p>
    <w:p>
      <w:r>
        <w:br/>
        <w:t>411 У цьому старому&lt;br /&gt;</w:t>
        <w:br/>
        <w:t>брунатному зошиті&lt;br /&gt;</w:t>
        <w:br/>
        <w:t>лишилися місце і час.&lt;br /&gt;</w:t>
        <w:br/>
        <w:t>тієї таємної&lt;br /&gt;</w:t>
        <w:br/>
        <w:t>нашої зустрічі!&lt;br /&gt;</w:t>
        <w:br/>
        <w:t>412 Бувають спогади&lt;br /&gt;</w:t>
        <w:br/>
        <w:t>неприємні такі —&lt;br /&gt;</w:t>
        <w:br/>
        <w:t>наче брудні&lt;br /&gt;</w:t>
        <w:br/>
        <w:t>шкарпетки&lt;br /&gt;</w:t>
        <w:br/>
        <w:t>надягаєш.&lt;br /&gt;</w:t>
        <w:br/>
        <w:t>413 У моїй кімнаті&lt;br /&gt;</w:t>
        <w:br/>
        <w:t>плакала жінка колись.&lt;br /&gt;</w:t>
        <w:br/>
        <w:t>Сьогодні згадав про це,&lt;br /&gt;</w:t>
        <w:br/>
        <w:t>мов про сторінку&lt;br /&gt;</w:t>
        <w:br/>
        <w:t>з якогось роману.&lt;br /&gt;</w:t>
        <w:br/>
        <w:t>414 Ніби тремтячим голосом&lt;br /&gt;</w:t>
        <w:br/>
        <w:t>я довго-довго співав;&lt;br /&gt;</w:t>
        <w:br/>
        <w:t>"Хвилі пісок омивають..."&lt;br /&gt;</w:t>
        <w:br/>
        <w:t>Ця моя подорож&lt;br /&gt;</w:t>
        <w:br/>
        <w:t>саме такою була!&lt;br /&gt;</w:t>
        <w:br/>
        <w:t>415 Ах, коли це було?&lt;br /&gt;</w:t>
        <w:br/>
        <w:t>Почув уві сні твій голос&lt;br /&gt;</w:t>
        <w:br/>
        <w:t>і так зрадів!&lt;br /&gt;</w:t>
        <w:br/>
        <w:t>А ось уже скільки років&lt;br /&gt;</w:t>
        <w:br/>
        <w:t>його не чую...&lt;br /&gt;</w:t>
        <w:br/>
        <w:t>416 Як подорожній&lt;br /&gt;</w:t>
        <w:br/>
        <w:t>в чужій стороні&lt;br /&gt;</w:t>
        <w:br/>
        <w:t>задублими від морозу губами&lt;br /&gt;</w:t>
        <w:br/>
        <w:t>питає дорогу —&lt;br /&gt;</w:t>
        <w:br/>
        <w:t>отак я звертався до тебе.&lt;br /&gt;</w:t>
        <w:br/>
        <w:t>417 Якось байдуже&lt;br /&gt;</w:t>
        <w:br/>
        <w:t>я говорив,&lt;br /&gt;</w:t>
        <w:br/>
        <w:t>і ти мене слухала&lt;br /&gt;</w:t>
        <w:br/>
        <w:t>якось байдуже.&lt;br /&gt;</w:t>
        <w:br/>
        <w:t>Тільки оце й було.&lt;br /&gt;</w:t>
        <w:br/>
        <w:t>418 На холодному чистому мармурі&lt;br /&gt;</w:t>
        <w:br/>
        <w:t>м'яко поблискують&lt;br /&gt;</w:t>
        <w:br/>
        <w:t>сонця весняного промені.</w:t>
      </w:r>
    </w:p>
    <w:p>
      <w:r>
        <w:br/>
        <w:t>Такі-от інколи,&lt;br /&gt;</w:t>
        <w:br/>
        <w:t>мабуть, бувають думки.&lt;br /&gt;</w:t>
        <w:br/>
        <w:t>419 Неначе всотали все,&lt;br /&gt;</w:t>
        <w:br/>
        <w:t>що є найсвітлішого в світі,&lt;br /&gt;</w:t>
        <w:br/>
        <w:t>чорні її зіниці.&lt;br /&gt;</w:t>
        <w:br/>
        <w:t>Ще й досі&lt;br /&gt;</w:t>
        <w:br/>
        <w:t>їх бачу.&lt;br /&gt;</w:t>
        <w:br/>
        <w:t>420 Ті важливі слова,&lt;br /&gt;</w:t>
        <w:br/>
        <w:t>що їх я тоді&lt;br /&gt;</w:t>
        <w:br/>
        <w:t>тобі не сказав,&lt;br /&gt;</w:t>
        <w:br/>
        <w:t>хоч і лишилися&lt;br /&gt;</w:t>
        <w:br/>
        <w:t>в грудях донині, але...&lt;br /&gt;</w:t>
        <w:br/>
        <w:t>421 Як тріщина&lt;br /&gt;</w:t>
        <w:br/>
        <w:t>на білім абажурі,&lt;br /&gt;</w:t>
        <w:br/>
        <w:t>незгладні спогади&lt;br /&gt;</w:t>
        <w:br/>
        <w:t>пра "сі мої блукання&lt;br /&gt;</w:t>
        <w:br/>
        <w:t>в чужині.&lt;br /&gt;</w:t>
        <w:br/>
        <w:t>423 Які чудові в тебе&lt;br /&gt;</w:t>
        <w:br/>
        <w:t>кучерики на скронях,—&lt;br /&gt;</w:t>
        <w:br/>
        <w:t>всі милувались ними!&lt;br /&gt;</w:t>
        <w:br/>
        <w:t>А я помітив їх тоді,&lt;br /&gt;</w:t>
        <w:br/>
        <w:t>коли ти щось писала.&lt;br /&gt;</w:t>
        <w:br/>
        <w:t>425 Як син гір&lt;br /&gt;</w:t>
        <w:br/>
        <w:t>за горами тужить —&lt;br /&gt;</w:t>
        <w:br/>
        <w:t>саме так&lt;br /&gt;</w:t>
        <w:br/>
        <w:t>у годину смутку&lt;br /&gt;</w:t>
        <w:br/>
        <w:t>я тужу за тобою.&lt;br /&gt;</w:t>
        <w:br/>
        <w:t>426 Якщо й забуваю тебе,&lt;br /&gt;</w:t>
        <w:br/>
        <w:t>то лиш на хвилину,&lt;br /&gt;</w:t>
        <w:br/>
        <w:t>бо стільки всяких дрібничок&lt;br /&gt;</w:t>
        <w:br/>
        <w:t>знов спогади викликають.&lt;br /&gt;</w:t>
        <w:br/>
        <w:t>Ні, неможливо забути!&lt;br /&gt;</w:t>
        <w:br/>
        <w:t>427 Почув, що ти захворіла,,&lt;br /&gt;</w:t>
        <w:br/>
        <w:t>почув, що видужала.&lt;br /&gt;</w:t>
        <w:br/>
        <w:t>Тут, за чотириста рї&lt;br /&gt;</w:t>
        <w:br/>
        <w:t>від тебе,&lt;br /&gt;</w:t>
        <w:br/>
        <w:t>мов не свій я ходив.</w:t>
      </w:r>
    </w:p>
    <w:p>
      <w:r>
        <w:br/>
        <w:t>428 Зглянься на серце моє!&lt;br /&gt;</w:t>
        <w:br/>
        <w:t>Бо тільки побачу на вулиці&lt;br /&gt;</w:t>
        <w:br/>
        <w:t>схожу на тебе,&lt;br /&gt;</w:t>
        <w:br/>
        <w:t>воно, бідолашне,&lt;br /&gt;</w:t>
        <w:br/>
        <w:t>з грудей як не вискочить!&lt;br /&gt;</w:t>
        <w:br/>
        <w:t>429 Майнула думка сьогодні вранці:&lt;br /&gt;</w:t>
        <w:br/>
        <w:t>"Чи стало б легко й вільно&lt;br /&gt;</w:t>
        <w:br/>
        <w:t>дихати мені,&lt;br /&gt;</w:t>
        <w:br/>
        <w:t>якби почув твій голос&lt;br /&gt;</w:t>
        <w:br/>
        <w:t>ще хоч раз?"&lt;br /&gt;</w:t>
        <w:br/>
        <w:t>430 Життя у мене таке,&lt;br /&gt;</w:t>
        <w:br/>
        <w:t>що ніколи вгору глянути,&lt;br /&gt;</w:t>
        <w:br/>
        <w:t>і все-таки іноді&lt;br /&gt;</w:t>
        <w:br/>
        <w:t>зупинюсь, загадаюсь...&lt;br /&gt;</w:t>
        <w:br/>
        <w:t>Ну про кого ж іще?..&lt;br /&gt;</w:t>
        <w:br/>
        <w:t>431 Мав би я приятеля,&lt;br /&gt;</w:t>
        <w:br/>
        <w:t>з яким можна&lt;br /&gt;</w:t>
        <w:br/>
        <w:t>по щирості розмовляти!&lt;br /&gt;</w:t>
        <w:br/>
        <w:t>Я б йому розповів&lt;br /&gt;</w:t>
        <w:br/>
        <w:t>про тебе.&lt;br /&gt;</w:t>
        <w:br/>
        <w:t>432 Якби я сказав тобі,&lt;br /&gt;</w:t>
        <w:br/>
        <w:t>що, поки живі,&lt;br /&gt;</w:t>
        <w:br/>
        <w:t>ще раз побачимось,—&lt;br /&gt;</w:t>
        <w:br/>
        <w:t>чи мовила б ти "звичайно"?&lt;br /&gt;</w:t>
        <w:br/>
        <w:t>Ствердно головою кивнула б?&lt;br /&gt;</w:t>
        <w:br/>
        <w:t>433 Коли починаю&lt;br /&gt;</w:t>
        <w:br/>
        <w:t>згадувати тебе —&lt;br /&gt;</w:t>
        <w:br/>
        <w:t>серце, спокійне досі,&lt;br /&gt;</w:t>
        <w:br/>
        <w:t>раптом так збентежиться!&lt;br /&gt;</w:t>
        <w:br/>
        <w:t>Це теж печаль...&lt;br /&gt;</w:t>
        <w:br/>
        <w:t>435 Біля будинку твого&lt;br /&gt;</w:t>
        <w:br/>
        <w:t>в передмісті столиці&lt;br /&gt;</w:t>
        <w:br/>
        <w:t>провінції Ісікарі,&lt;br /&gt;</w:t>
        <w:br/>
        <w:t>напевно, вже осипається&lt;br /&gt;</w:t>
        <w:br/>
        <w:t>цвіт із яблунь?&lt;br /&gt;</w:t>
        <w:br/>
        <w:t>436 За останні три роки&lt;br /&gt;</w:t>
        <w:br/>
        <w:t>лиш тричі приходили&lt;br /&gt;</w:t>
        <w:br/>
        <w:t>довгі листи від тебе.&lt;br /&gt;</w:t>
        <w:br/>
        <w:t>А сам я хіба писав&lt;br /&gt;</w:t>
        <w:br/>
        <w:t>чотири рази тобі?</w:t>
      </w:r>
    </w:p>
    <w:p>
      <w:r>
        <w:br/>
        <w:t>ЗНІМАЮЧИ РУКАВИЧКУ&lt;br /&gt;</w:t>
        <w:br/>
        <w:t>437 Знімав рукавичку,&lt;br /&gt;</w:t>
        <w:br/>
        <w:t>і раптом —&lt;br /&gt;</w:t>
        <w:br/>
        <w:t>руки завмерли.&lt;br /&gt;</w:t>
        <w:br/>
        <w:t>Це спогад&lt;br /&gt;</w:t>
        <w:br/>
        <w:t>по серцю черкнув.&lt;br /&gt;</w:t>
        <w:br/>
        <w:t>438 Вдавати з себе закоханого&lt;br /&gt;</w:t>
        <w:br/>
        <w:t>занадто рано&lt;br /&gt;</w:t>
        <w:br/>
        <w:t>навчивсь —&lt;br /&gt;</w:t>
        <w:br/>
        <w:t>тільки-тільки пробився&lt;br /&gt;</w:t>
        <w:br/>
        <w:t>перший пушок над губою.&lt;br /&gt;</w:t>
        <w:br/>
        <w:t>440 Ах, радощі літнього ранку!&lt;br /&gt;</w:t>
        <w:br/>
        <w:t>Рот полоскав,&lt;br /&gt;</w:t>
        <w:br/>
        <w:t>і ліки потрапили&lt;br /&gt;</w:t>
        <w:br/>
        <w:t>в саме дупло&lt;br /&gt;</w:t>
        <w:br/>
        <w:t>хворого зуба!&lt;br /&gt;</w:t>
        <w:br/>
        <w:t>441 Дивився уважно&lt;br /&gt;</w:t>
        <w:br/>
        <w:t>на руки свої —&lt;br /&gt;</w:t>
        <w:br/>
        <w:t>раптом подумав:&lt;br /&gt;</w:t>
        <w:br/>
        <w:t>"А вміла-таки вона&lt;br /&gt;</w:t>
        <w:br/>
        <w:t>цілуватись!"&lt;br /&gt;</w:t>
        <w:br/>
        <w:t>442 Сумно —&lt;br /&gt;</w:t>
        <w:br/>
        <w:t>бо очі&lt;br /&gt;</w:t>
        <w:br/>
        <w:t>відвикли від кольорів.&lt;br /&gt;</w:t>
        <w:br/>
        <w:t>Попросив, щоб купили мені&lt;br /&gt;</w:t>
        <w:br/>
        <w:t>червоних квітів.&lt;br /&gt;</w:t>
        <w:br/>
        <w:t>443 Книжку нову,&lt;br /&gt;</w:t>
        <w:br/>
        <w:t>бувало, куплю&lt;br /&gt;</w:t>
        <w:br/>
        <w:t>і читаю за північ.&lt;br /&gt;</w:t>
        <w:br/>
        <w:t>Вже й цю радість&lt;br /&gt;</w:t>
        <w:br/>
        <w:t>забув я давно.&lt;br /&gt;</w:t>
        <w:br/>
        <w:t>444 Всього тільки тиждень&lt;br /&gt;</w:t>
        <w:br/>
        <w:t>не було мене тут.&lt;br /&gt;</w:t>
        <w:br/>
        <w:t>І от — навіть пляма чорнильна&lt;br /&gt;</w:t>
        <w:br/>
        <w:t>на вікні моєї кімнати&lt;br /&gt;</w:t>
        <w:br/>
        <w:t>здалася такою рідною!</w:t>
      </w:r>
    </w:p>
    <w:p>
      <w:r>
        <w:br/>
        <w:t>445 І заляпана промокашка,&lt;br /&gt;</w:t>
        <w:br/>
        <w:t>яку я побачив&lt;br /&gt;</w:t>
        <w:br/>
        <w:t>серед старих паперів,&lt;br /&gt;</w:t>
        <w:br/>
        <w:t>так зворушила&lt;br /&gt;</w:t>
        <w:br/>
        <w:t>душу мені І&lt;br /&gt;</w:t>
        <w:br/>
        <w:t>446 Грудочка снігу&lt;br /&gt;</w:t>
        <w:br/>
        <w:t>тане в руці.&lt;br /&gt;</w:t>
        <w:br/>
        <w:t>Як це приємно&lt;br /&gt;</w:t>
        <w:br/>
        <w:t>проймає серце,&lt;br /&gt;</w:t>
        <w:br/>
        <w:t>якому набридло вже спатиі&lt;br /&gt;</w:t>
        <w:br/>
        <w:t>447 Тьмяніє&lt;br /&gt;</w:t>
        <w:br/>
        <w:t>сонячне світло на сьодзі.&lt;br /&gt;</w:t>
        <w:br/>
        <w:t>Дивлюсь —&lt;br /&gt;</w:t>
        <w:br/>
        <w:t>і смеркає&lt;br /&gt;</w:t>
        <w:br/>
        <w:t>в серці.&lt;br /&gt;</w:t>
        <w:br/>
        <w:t>449 Шибка віконна.&lt;br /&gt;</w:t>
        <w:br/>
        <w:t>І в ній,&lt;br /&gt;</w:t>
        <w:br/>
        <w:t>закуреній пилом,&lt;br /&gt;</w:t>
        <w:br/>
        <w:t>краплями поцяткованій,&lt;br /&gt;</w:t>
        <w:br/>
        <w:t>теж є смуток!&lt;br /&gt;</w:t>
        <w:br/>
        <w:t>450 Шість років щодня&lt;br /&gt;</w:t>
        <w:br/>
        <w:t>надягав я цього картуза —&lt;br /&gt;</w:t>
        <w:br/>
        <w:t>вже геть заносився,&lt;br /&gt;</w:t>
        <w:br/>
        <w:t>А не можу ніяк&lt;br /&gt;</w:t>
        <w:br/>
        <w:t>його викинути!&lt;br /&gt;</w:t>
        <w:br/>
        <w:t>451 Як солодко спить,&lt;br /&gt;</w:t>
        <w:br/>
        <w:t>у весняну дрімоту поринувши,&lt;br /&gt;</w:t>
        <w:br/>
        <w:t>молода травичка в саду!&lt;br /&gt;</w:t>
        <w:br/>
        <w:t>Мякесенька —&lt;br /&gt;</w:t>
        <w:br/>
        <w:t>очі вбирає.&lt;br /&gt;</w:t>
        <w:br/>
        <w:t>452 Далеко тягнеться мур&lt;br /&gt;</w:t>
        <w:br/>
        <w:t>з червоної цегли.&lt;br /&gt;</w:t>
        <w:br/>
        <w:t>Він став фіолетовим наче&lt;br /&gt;</w:t>
        <w:br/>
        <w:t>в цей довгий&lt;br /&gt;</w:t>
        <w:br/>
        <w:t>весняний день.&lt;br /&gt;</w:t>
        <w:br/>
        <w:t>454 На бруд&lt;br /&gt;</w:t>
        <w:br/>
        <w:t>цегляного муру&lt;br /&gt;</w:t>
        <w:br/>
        <w:t>падає і розтає,</w:t>
      </w:r>
    </w:p>
    <w:p>
      <w:r>
        <w:br/>
        <w:t>падає й знов розтає&lt;br /&gt;</w:t>
        <w:br/>
        <w:t>весняний сніжок.&lt;br /&gt;</w:t>
        <w:br/>
        <w:t>455 Молода жінка&lt;br /&gt;</w:t>
        <w:br/>
        <w:t>з хворими очима&lt;br /&gt;</w:t>
        <w:br/>
        <w:t>притулилась до шибки,&lt;br /&gt;</w:t>
        <w:br/>
        <w:t>на яку ніжно сіється&lt;br /&gt;</w:t>
        <w:br/>
        <w:t>весняний дощик.&lt;br /&gt;</w:t>
        <w:br/>
        <w:t>456 Пахощі&lt;br /&gt;</w:t>
        <w:br/>
        <w:t>молодих посадок&lt;br /&gt;</w:t>
        <w:br/>
        <w:t>пливуть у повітрі.&lt;br /&gt;</w:t>
        <w:br/>
        <w:t>Весняний спокій&lt;br /&gt;</w:t>
        <w:br/>
        <w:t>у новому районі.&lt;br /&gt;</w:t>
        <w:br/>
        <w:t>457 Весняна вулиця.&lt;br /&gt;</w:t>
        <w:br/>
        <w:t>Прочитав мимохідь&lt;br /&gt;</w:t>
        <w:br/>
        <w:t>жіноча ім'я на табличці —&lt;br /&gt;</w:t>
        <w:br/>
        <w:t>гарне таке,&lt;br /&gt;</w:t>
        <w:br/>
        <w:t>привернуло погляд!&lt;br /&gt;</w:t>
        <w:br/>
        <w:t>459 Слухав, слухав&lt;br /&gt;</w:t>
        <w:br/>
        <w:t>галасливу купку дівчат —&lt;br /&gt;</w:t>
        <w:br/>
        <w:t>аж утомився.&lt;br /&gt;</w:t>
        <w:br/>
        <w:t>І стало мені&lt;br /&gt;</w:t>
        <w:br/>
        <w:t>відразу самотньо.&lt;br /&gt;</w:t>
        <w:br/>
        <w:t>460 Так тяжко на душі,&lt;br /&gt;</w:t>
        <w:br/>
        <w:t>неначе десь&lt;br /&gt;</w:t>
        <w:br/>
        <w:t>вмирає жінка молода.&lt;br /&gt;</w:t>
        <w:br/>
        <w:t>Все падає й падає&lt;br /&gt;</w:t>
        <w:br/>
        <w:t>мокрий весняний сніг.&lt;br /&gt;</w:t>
        <w:br/>
        <w:t>462 Білі тарілки&lt;br /&gt;</w:t>
        <w:br/>
        <w:t>витирає рушником&lt;br /&gt;</w:t>
        <w:br/>
        <w:t>і складає на полиці&lt;br /&gt;</w:t>
        <w:br/>
        <w:t>в кутку трактиру&lt;br /&gt;</w:t>
        <w:br/>
        <w:t>засмучена жінка.&lt;br /&gt;</w:t>
        <w:br/>
        <w:t>463 На підметеній&lt;br /&gt;</w:t>
        <w:br/>
        <w:t>зимовим вітром&lt;br /&gt;</w:t>
        <w:br/>
        <w:t>сухій вулиці&lt;br /&gt;</w:t>
        <w:br/>
        <w:t>десь криється&lt;br /&gt;</w:t>
        <w:br/>
        <w:t>запах карболки.</w:t>
      </w:r>
    </w:p>
    <w:p>
      <w:r>
        <w:br/>
        <w:t>464 Почервонило вечірнє сонце&lt;br /&gt;</w:t>
        <w:br/>
        <w:t>вікно пивнички&lt;br /&gt;</w:t>
        <w:br/>
        <w:t>на березі моря.&lt;br /&gt;</w:t>
        <w:br/>
        <w:t>І раптом у ньому —&lt;br /&gt;</w:t>
        <w:br/>
        <w:t>бліде обличчя 1&lt;br /&gt;</w:t>
        <w:br/>
        <w:t>465 Свіжий салат&lt;br /&gt;</w:t>
        <w:br/>
        <w:t>на тарілці.&lt;br /&gt;</w:t>
        <w:br/>
        <w:t>Запах оцту від нього&lt;br /&gt;</w:t>
        <w:br/>
        <w:t>в самісіньке серце проник.&lt;br /&gt;</w:t>
        <w:br/>
        <w:t>Печальний вечір,&lt;br /&gt;</w:t>
        <w:br/>
        <w:t>466 О руки,&lt;br /&gt;</w:t>
        <w:br/>
        <w:t>що ллєте молоко&lt;br /&gt;</w:t>
        <w:br/>
        <w:t>з блакитного глека,&lt;br /&gt;</w:t>
        <w:br/>
        <w:t>яке дороге мені&lt;br /&gt;</w:t>
        <w:br/>
        <w:t>ваше тремтіння!&lt;br /&gt;</w:t>
        <w:br/>
        <w:t>467 Хукнув на дзеркало —&lt;br /&gt;</w:t>
        <w:br/>
        <w:t>і зникла відразу&lt;br /&gt;</w:t>
        <w:br/>
        <w:t>за туманною плівкою&lt;br /&gt;</w:t>
        <w:br/>
        <w:t>печаль вологих моїх&lt;br /&gt;</w:t>
        <w:br/>
        <w:t>очей,&lt;br /&gt;</w:t>
        <w:br/>
        <w:t>469 Перед полицею&lt;br /&gt;</w:t>
        <w:br/>
        <w:t>з рядами холодних пляшок&lt;br /&gt;</w:t>
        <w:br/>
        <w:t>жінка стоїть,&lt;br /&gt;</w:t>
        <w:br/>
        <w:t>колупаючись у зубах.&lt;br /&gt;</w:t>
        <w:br/>
        <w:t>Подивився на неї: "Сумна!"&lt;br /&gt;</w:t>
        <w:br/>
        <w:t>470 Був довгий поцілунок —&lt;br /&gt;</w:t>
        <w:br/>
        <w:t>і ми розстались&lt;br /&gt;</w:t>
        <w:br/>
        <w:t>на опівнічній вулиці,&lt;br /&gt;</w:t>
        <w:br/>
        <w:t>у відблисках&lt;br /&gt;</w:t>
        <w:br/>
        <w:t>далекої пожежі.&lt;br /&gt;</w:t>
        <w:br/>
        <w:t>472 Коли це було?&lt;br /&gt;</w:t>
        <w:br/>
        <w:t>Раптом згадав&lt;br /&gt;</w:t>
        <w:br/>
        <w:t>ту жінку&lt;br /&gt;</w:t>
        <w:br/>
        <w:t>що танцювала на яхті&lt;br /&gt;</w:t>
        <w:br/>
        <w:t>серед широкої річки.&lt;br /&gt;</w:t>
        <w:br/>
        <w:t>473 Довго-довго писав листа,&lt;br /&gt;</w:t>
        <w:br/>
        <w:t>непотрібного, власне,&lt;br /&gt;</w:t>
        <w:br/>
        <w:t>і раптом кинув —</w:t>
      </w:r>
    </w:p>
    <w:p>
      <w:r>
        <w:br/>
        <w:t>бо затужяв за людьми.&lt;br /&gt;</w:t>
        <w:br/>
        <w:t>Вийшов на вулицю.&lt;br /&gt;</w:t>
        <w:br/>
        <w:t>475&lt;br /&gt;</w:t>
        <w:br/>
        <w:t>476&lt;br /&gt;</w:t>
        <w:br/>
        <w:t>477&lt;br /&gt;</w:t>
        <w:br/>
        <w:t>478&lt;br /&gt;</w:t>
        <w:br/>
        <w:t>479&lt;br /&gt;</w:t>
        <w:br/>
        <w:t>480&lt;br /&gt;</w:t>
        <w:br/>
        <w:t>4. 3. 0223079&lt;br /&gt;</w:t>
        <w:br/>
        <w:t>Закурив&lt;br /&gt;</w:t>
        <w:br/>
        <w:t>відвологлий тютюн —&lt;br /&gt;</w:t>
        <w:br/>
        <w:t>і майже всі думки&lt;br /&gt;</w:t>
        <w:br/>
        <w:t>якось одразу&lt;br /&gt;</w:t>
        <w:br/>
        <w:t>ніби набрякли.&lt;br /&gt;</w:t>
        <w:br/>
        <w:t>Гостро відчув я:&lt;br /&gt;</w:t>
        <w:br/>
        <w:t>літо прийшло! —&lt;br /&gt;</w:t>
        <w:br/>
        <w:t>коли вдихнув&lt;br /&gt;</w:t>
        <w:br/>
        <w:t>запах землі на подвір'ї&lt;br /&gt;</w:t>
        <w:br/>
        <w:t>після дощу.&lt;br /&gt;</w:t>
        <w:br/>
        <w:t>Прохолодою віяло&lt;br /&gt;</w:t>
        <w:br/>
        <w:t>від крамнички скляра.&lt;br /&gt;</w:t>
        <w:br/>
        <w:t>Я стояв перед нею вночі&lt;br /&gt;</w:t>
        <w:br/>
        <w:t>і милувався&lt;br /&gt;</w:t>
        <w:br/>
        <w:t>липневим місяцем.&lt;br /&gt;</w:t>
        <w:br/>
        <w:t>"Прийде вона",— мені сказали,&lt;br /&gt;</w:t>
        <w:br/>
        <w:t>тому сьогодні&lt;br /&gt;</w:t>
        <w:br/>
        <w:t>встав я рано —&lt;br /&gt;</w:t>
        <w:br/>
        <w:t>і зажурився, вздрівши плямку&lt;br /&gt;</w:t>
        <w:br/>
        <w:t>на рукаві сорочки.&lt;br /&gt;</w:t>
        <w:br/>
        <w:t>Очі "меншого брата",&lt;br /&gt;</w:t>
        <w:br/>
        <w:t>що не вгавав аніколи,&lt;br /&gt;</w:t>
        <w:br/>
        <w:t>останнім часом&lt;br /&gt;</w:t>
        <w:br/>
        <w:t>якось померхли.&lt;br /&gt;</w:t>
        <w:br/>
        <w:t>І це — причина моєї печалі!&lt;br /&gt;</w:t>
        <w:br/>
        <w:t>Чується:&lt;br /&gt;</w:t>
        <w:br/>
        <w:t>десь забивають палю,&lt;br /&gt;</w:t>
        <w:br/>
        <w:t>чується:&lt;br /&gt;</w:t>
        <w:br/>
        <w:t>котять здорову діжку.&lt;br /&gt;</w:t>
        <w:br/>
        <w:t>Пішов сніг.&lt;br /&gt;</w:t>
        <w:br/>
        <w:t>У редакції,&lt;br /&gt;</w:t>
        <w:br/>
        <w:t>де нема ні душі,&lt;br /&gt;</w:t>
        <w:br/>
        <w:t>серед ночі раптом&lt;br /&gt;</w:t>
        <w:br/>
        <w:t>різко задеренчав&lt;br /&gt;</w:t>
        <w:br/>
        <w:t>телефон — і замовк.&lt;br /&gt;</w:t>
        <w:br/>
        <w:t>73</w:t>
      </w:r>
    </w:p>
    <w:p>
      <w:r>
        <w:br/>
        <w:t>482 Подивився;&lt;br /&gt;</w:t>
        <w:br/>
        <w:t>годинник стоїть.&lt;br /&gt;</w:t>
        <w:br/>
        <w:t>Серце,&lt;br /&gt;</w:t>
        <w:br/>
        <w:t>неначе його хто ковтнув,&lt;br /&gt;</w:t>
        <w:br/>
        <w:t>поринуло знову в печаль.&lt;br /&gt;</w:t>
        <w:br/>
        <w:t>483 Ліки в склянці,&lt;br /&gt;</w:t>
        <w:br/>
        <w:t>якими полощу горло,&lt;br /&gt;</w:t>
        <w:br/>
        <w:t>що ранок,&lt;br /&gt;</w:t>
        <w:br/>
        <w:t>ТО ХОЛОДНІШІ.&lt;br /&gt;</w:t>
        <w:br/>
        <w:t>Значить, настала осінь.&lt;br /&gt;</w:t>
        <w:br/>
        <w:t>484 На стежці біля пагорба,&lt;br /&gt;</w:t>
        <w:br/>
        <w:t>що на його розлогих схилах&lt;br /&gt;</w:t>
        <w:br/>
        <w:t>пшениця зеленіє,&lt;br /&gt;</w:t>
        <w:br/>
        <w:t>я підібрав&lt;br /&gt;</w:t>
        <w:br/>
        <w:t>червоний гребінець.&lt;br /&gt;</w:t>
        <w:br/>
        <w:t>485 У криптомеріевий гай&lt;br /&gt;</w:t>
        <w:br/>
        <w:t>на тіньовому схилі гори&lt;br /&gt;</w:t>
        <w:br/>
        <w:t>надвечір&lt;br /&gt;</w:t>
        <w:br/>
        <w:t>проникло кілька променів&lt;br /&gt;</w:t>
        <w:br/>
        <w:t>осіннього сонця.&lt;br /&gt;</w:t>
        <w:br/>
        <w:t>486 Портове місто.&lt;br /&gt;</w:t>
        <w:br/>
        <w:t>Кричить, літає колами&lt;br /&gt;</w:t>
        <w:br/>
        <w:t>шуліка —&lt;br /&gt;</w:t>
        <w:br/>
        <w:t>морський туман&lt;br /&gt;</w:t>
        <w:br/>
        <w:t>тіснить його все вище.&lt;br /&gt;</w:t>
        <w:br/>
        <w:t>487 Ясний осінній день.&lt;br /&gt;</w:t>
        <w:br/>
        <w:t>Сковзнула тінь птаха&lt;br /&gt;</w:t>
        <w:br/>
        <w:t>по закуреній шибці —&lt;br /&gt;</w:t>
        <w:br/>
        <w:t>одразу ж думки мої&lt;br /&gt;</w:t>
        <w:br/>
        <w:t>геть переплутались.&lt;br /&gt;</w:t>
        <w:br/>
        <w:t>488 Як караван, пливуть,&lt;br /&gt;</w:t>
        <w:br/>
        <w:t>то вищі, то нижчі,&lt;br /&gt;</w:t>
        <w:br/>
        <w:t>хвилі дахів.&lt;br /&gt;</w:t>
        <w:br/>
        <w:t>Зимове сонце&lt;br /&gt;</w:t>
        <w:br/>
        <w:t>на них танцює.&lt;br /&gt;</w:t>
        <w:br/>
        <w:t>490 Раніше часто&lt;br /&gt;</w:t>
        <w:br/>
        <w:t>бував сердитий&lt;br /&gt;</w:t>
        <w:br/>
        <w:t>мій батько —</w:t>
      </w:r>
    </w:p>
    <w:p>
      <w:r>
        <w:br/>
        <w:t>тепер його ніщо вже не дратує.&lt;br /&gt;</w:t>
        <w:br/>
        <w:t>Хоч би на хвильку розгнівався!&lt;br /&gt;</w:t>
        <w:br/>
        <w:t>491 Вранішній вітерець&lt;br /&gt;</w:t>
        <w:br/>
        <w:t>задув у трамвай&lt;br /&gt;</w:t>
        <w:br/>
        <w:t>вербовий листочок.&lt;br /&gt;</w:t>
        <w:br/>
        <w:t>Я поклав його нй долоню&lt;br /&gt;</w:t>
        <w:br/>
        <w:t>і розглядаю.&lt;br /&gt;</w:t>
        <w:br/>
        <w:t>492 Чомусь захотілось&lt;br /&gt;</w:t>
        <w:br/>
        <w:t>побачити море,&lt;br /&gt;</w:t>
        <w:br/>
        <w:t>і я до моря прийшов.&lt;br /&gt;</w:t>
        <w:br/>
        <w:t>В той день, коли нестерпно&lt;br /&gt;</w:t>
        <w:br/>
        <w:t>серце нило.&lt;br /&gt;</w:t>
        <w:br/>
        <w:t>493 Відвів убік&lt;br /&gt;</w:t>
        <w:br/>
        <w:t>утомі^ний морською гладдю погляд.&lt;br /&gt;</w:t>
        <w:br/>
        <w:t>І тут —&lt;br /&gt;</w:t>
        <w:br/>
        <w:t>його збудив&lt;br /&gt;</w:t>
        <w:br/>
        <w:t>червоний пояс!&lt;br /&gt;</w:t>
        <w:br/>
        <w:t>494 Усі-усі жінки,&lt;br /&gt;</w:t>
        <w:br/>
        <w:t>з якими стрівся я&lt;br /&gt;</w:t>
        <w:br/>
        <w:t>на вулиці сьогодні,&lt;br /&gt;</w:t>
        <w:br/>
        <w:t>здавалося, ішли додому,&lt;br /&gt;</w:t>
        <w:br/>
        <w:t>коханими покинуті.&lt;br /&gt;</w:t>
        <w:br/>
        <w:t>495 їхав у поїзді.&lt;br /&gt;</w:t>
        <w:br/>
        <w:t>На станції якійсь,&lt;br /&gt;</w:t>
        <w:br/>
        <w:t>посеред степу&lt;br /&gt;</w:t>
        <w:br/>
        <w:t>так душу зворушили&lt;br /&gt;</w:t>
        <w:br/>
        <w:t>пахощі літніх трав!&lt;br /&gt;</w:t>
        <w:br/>
        <w:t>496 Ледве поспів на поїзд —&lt;br /&gt;</w:t>
        <w:br/>
        <w:t>відходив задовго&lt;br /&gt;</w:t>
        <w:br/>
        <w:t>до світанку.&lt;br /&gt;</w:t>
        <w:br/>
        <w:t>Початок осені,&lt;br /&gt;</w:t>
        <w:br/>
        <w:t>кусень черствого хліба.&lt;br /&gt;</w:t>
        <w:br/>
        <w:t>497 Коли я їхав уночі,&lt;br /&gt;</w:t>
        <w:br/>
        <w:t>охоплений думками про майбутнє,—&lt;br /&gt;</w:t>
        <w:br/>
        <w:t>воно з'явилось&lt;br /&gt;</w:t>
        <w:br/>
        <w:t>у вікні вагона,&lt;br /&gt;</w:t>
        <w:br/>
        <w:t>таке сумне!</w:t>
      </w:r>
    </w:p>
    <w:p>
      <w:r>
        <w:br/>
        <w:t>498 На одній зупинці&lt;br /&gt;</w:t>
        <w:br/>
        <w:t>серед глухого лісу&lt;br /&gt;</w:t>
        <w:br/>
        <w:t>я подивився —&lt;br /&gt;</w:t>
        <w:br/>
        <w:t>станційний годинник стояв.&lt;br /&gt;</w:t>
        <w:br/>
        <w:t>Поїзд у ніч дощову.&lt;br /&gt;</w:t>
        <w:br/>
        <w:t>499 Розпрощався —&lt;br /&gt;</w:t>
        <w:br/>
        <w:t>і в темряві нічного вагона&lt;br /&gt;</w:t>
        <w:br/>
        <w:t>біля вікна&lt;br /&gt;</w:t>
        <w:br/>
        <w:t>качаю по столі&lt;br /&gt;</w:t>
        <w:br/>
        <w:t>зелені яблука!&lt;br /&gt;</w:t>
        <w:br/>
        <w:t>500 Як сумно тут, у пивничці,&lt;br /&gt;</w:t>
        <w:br/>
        <w:t>куди я завжди заходжу!&lt;br /&gt;</w:t>
        <w:br/>
        <w:t>Вечірнє сонце&lt;br /&gt;</w:t>
        <w:br/>
        <w:t>червоним-червоним&lt;br /&gt;</w:t>
        <w:br/>
        <w:t>зробило саке.&lt;br /&gt;</w:t>
        <w:br/>
        <w:t>501 Як біла квітка лотоса&lt;br /&gt;</w:t>
        <w:br/>
        <w:t>цвіте серед болота —&lt;br /&gt;</w:t>
        <w:br/>
        <w:t>отак&lt;br /&gt;</w:t>
        <w:br/>
        <w:t>моя печаль&lt;br /&gt;</w:t>
        <w:br/>
        <w:t>не топиться у хмелі.&lt;br /&gt;</w:t>
        <w:br/>
        <w:t>502 Якось, подорожуючи восени,&lt;br /&gt;</w:t>
        <w:br/>
        <w:t>лежав у готельчику&lt;br /&gt;</w:t>
        <w:br/>
        <w:t>під москітною сіткою.&lt;br /&gt;</w:t>
        <w:br/>
        <w:t>Плакала дівчина&lt;br /&gt;</w:t>
        <w:br/>
        <w:t>за стіною&lt;br /&gt;</w:t>
        <w:br/>
        <w:t>503 Любий запах одежі,&lt;br /&gt;</w:t>
        <w:br/>
        <w:t>що рік пролежала в скрині,&lt;br /&gt;</w:t>
        <w:br/>
        <w:t>всю душу мені пропік.&lt;br /&gt;</w:t>
        <w:br/>
        <w:t>Сьогодні вранці,&lt;br /&gt;</w:t>
        <w:br/>
        <w:t>у перший осінній день.&lt;br /&gt;</w:t>
        <w:br/>
        <w:t>504 Біль у коліні,&lt;br /&gt;</w:t>
        <w:br/>
        <w:t>що так довго&lt;br /&gt;</w:t>
        <w:br/>
        <w:t>непокоїв мене,&lt;br /&gt;</w:t>
        <w:br/>
        <w:t>непомітно минувся.&lt;br /&gt;</w:t>
        <w:br/>
        <w:t>Вітер подув осінній.&lt;br /&gt;</w:t>
        <w:br/>
        <w:t>505 Продав, усе продав!&lt;br /&gt;</w:t>
        <w:br/>
        <w:t>Старий заяложений&lt;br /&gt;</w:t>
        <w:br/>
        <w:t>німецький словник</w:t>
      </w:r>
    </w:p>
    <w:p>
      <w:r>
        <w:br/>
        <w:t>тільки й лишився.&lt;br /&gt;</w:t>
        <w:br/>
        <w:t>Кінець літа.&lt;br /&gt;</w:t>
        <w:br/>
        <w:t>506 Без причини&lt;br /&gt;</w:t>
        <w:br/>
        <w:t>зненавидів приятеля,&lt;br /&gt;</w:t>
        <w:br/>
        <w:t>не помітив,&lt;br /&gt;</w:t>
        <w:br/>
        <w:t>як знову здружились.&lt;br /&gt;</w:t>
        <w:br/>
        <w:t>Глибока осінь.&lt;br /&gt;</w:t>
        <w:br/>
        <w:t>507 її червона палітурка&lt;br /&gt;</w:t>
        <w:br/>
        <w:t>геть стерлася від рук.&lt;br /&gt;</w:t>
        <w:br/>
        <w:t>Я заборонену цю книжку&lt;br /&gt;</w:t>
        <w:br/>
        <w:t>відшукав&lt;br /&gt;</w:t>
        <w:br/>
        <w:t>на споді кошика.&lt;br /&gt;</w:t>
        <w:br/>
        <w:t>508 3 автором книжки,&lt;br /&gt;</w:t>
        <w:br/>
        <w:t>яку продавати&lt;br /&gt;</w:t>
        <w:br/>
        <w:t>заборонили,&lt;br /&gt;</w:t>
        <w:br/>
        <w:t>зустрівся я&lt;br /&gt;</w:t>
        <w:br/>
        <w:t>осіннім ранком!&lt;br /&gt;</w:t>
        <w:br/>
        <w:t>510 Над острівцями,&lt;br /&gt;</w:t>
        <w:br/>
        <w:t>що тягнуться ланцюжком&lt;br /&gt;</w:t>
        <w:br/>
        <w:t>на самій окраїні&lt;br /&gt;</w:t>
        <w:br/>
        <w:t>велетня-океану,&lt;br /&gt;</w:t>
        <w:br/>
        <w:t>осінній вітер гуляє.&lt;br /&gt;</w:t>
        <w:br/>
        <w:t>511 Завжди увагу мою привертали&lt;br /&gt;</w:t>
        <w:br/>
        <w:t>затьмарені очі її&lt;br /&gt;</w:t>
        <w:br/>
        <w:t>та чорна родимка&lt;br /&gt;</w:t>
        <w:br/>
        <w:t>під самим оком.&lt;br /&gt;</w:t>
        <w:br/>
        <w:t>Згадав дружину приятеля.&lt;br /&gt;</w:t>
        <w:br/>
        <w:t>512 Хоч коли на неї поглянеш —&lt;br /&gt;</w:t>
        <w:br/>
        <w:t>все качає вона&lt;br /&gt;</w:t>
        <w:br/>
        <w:t>клубок вовняний,&lt;br /&gt;</w:t>
        <w:br/>
        <w:t>все шкарпетки плете...&lt;br /&gt;</w:t>
        <w:br/>
        <w:t>Отакою її пам'ятаю.&lt;br /&gt;</w:t>
        <w:br/>
        <w:t>514 То там, то тут&lt;br /&gt;</w:t>
        <w:br/>
        <w:t>тонку свою пісню&lt;br /&gt;</w:t>
        <w:br/>
        <w:t>коник заводить.&lt;br /&gt;</w:t>
        <w:br/>
        <w:t>Вийшов опівдні у степ,&lt;br /&gt;</w:t>
        <w:br/>
        <w:t>читаю листа.</w:t>
      </w:r>
    </w:p>
    <w:p>
      <w:r>
        <w:br/>
        <w:t>515 Коли пізно вночі&lt;br /&gt;</w:t>
        <w:br/>
        <w:t>зачиняв вікно —&lt;br /&gt;</w:t>
        <w:br/>
        <w:t>щось біле&lt;br /&gt;</w:t>
        <w:br/>
        <w:t>метнулося по подвір'ю...&lt;br /&gt;</w:t>
        <w:br/>
        <w:t>Може, просто собака?&lt;br /&gt;</w:t>
        <w:br/>
        <w:t>516 О другій годині ночі&lt;br /&gt;</w:t>
        <w:br/>
        <w:t>шибка —&lt;br /&gt;</w:t>
        <w:br/>
        <w:t>в цілковитій тиші —&lt;br /&gt;</w:t>
        <w:br/>
        <w:t>зачервонілася.&lt;br /&gt;</w:t>
        <w:br/>
        <w:t>Пожежі відблиск!&lt;br /&gt;</w:t>
        <w:br/>
        <w:t>517 "Ах, нещасне моє кохання!"&lt;br /&gt;</w:t>
        <w:br/>
        <w:t>Під ніс собі бурмотів,&lt;br /&gt;</w:t>
        <w:br/>
        <w:t>самотній, опівночі,&lt;br /&gt;</w:t>
        <w:br/>
        <w:t>потрошку вугілля&lt;br /&gt;</w:t>
        <w:br/>
        <w:t>підкладаючи у жаровню.&lt;br /&gt;</w:t>
        <w:br/>
        <w:t>518 Притуливши долоні&lt;br /&gt;</w:t>
        <w:br/>
        <w:t>до білого-білого абажура,&lt;br /&gt;</w:t>
        <w:br/>
        <w:t>серед холодної ночі&lt;br /&gt;</w:t>
        <w:br/>
        <w:t>все думав я&lt;br /&gt;</w:t>
        <w:br/>
        <w:t>думу свою!&lt;br /&gt;</w:t>
        <w:br/>
        <w:t>519 Сьогодні вечір такий,&lt;br /&gt;</w:t>
        <w:br/>
        <w:t>що хвилі смутку&lt;br /&gt;</w:t>
        <w:br/>
        <w:t>геть пройняли мене.&lt;br /&gt;</w:t>
        <w:br/>
        <w:t>Ще й запах цибулі&lt;br /&gt;</w:t>
        <w:br/>
        <w:t>до них домішався.&lt;br /&gt;</w:t>
        <w:br/>
        <w:t>520 Бувало, занявчить,&lt;br /&gt;</w:t>
        <w:br/>
        <w:t>мов кіт,&lt;br /&gt;</w:t>
        <w:br/>
        <w:t>і зарегоче.&lt;br /&gt;</w:t>
        <w:br/>
        <w:t>Ах, самотнє життя&lt;br /&gt;</w:t>
        <w:br/>
        <w:t>тридцятилітнього приятеля!&lt;br /&gt;</w:t>
        <w:br/>
        <w:t>521 Озираючись,&lt;br /&gt;</w:t>
        <w:br/>
        <w:t>мов боязкий дозорець,&lt;br /&gt;</w:t>
        <w:br/>
        <w:t>по вулицях міста&lt;br /&gt;</w:t>
        <w:br/>
        <w:t>глупої ночі&lt;br /&gt;</w:t>
        <w:br/>
        <w:t>блукаю самотньо.&lt;br /&gt;</w:t>
        <w:br/>
        <w:t>522 Вся шкіра моя&lt;br /&gt;</w:t>
        <w:br/>
        <w:t>обернулась на слух.&lt;br /&gt;</w:t>
        <w:br/>
        <w:t>У тиші&lt;br /&gt;</w:t>
        <w:br/>
        <w:t>сплячого міста —&lt;br /&gt;</w:t>
        <w:br/>
        <w:t>важезні кроки.</w:t>
      </w:r>
    </w:p>
    <w:p>
      <w:r>
        <w:br/>
        <w:t>523 Пізно вночі&lt;br /&gt;</w:t>
        <w:br/>
        <w:t>зайшов у вокзал,&lt;br /&gt;</w:t>
        <w:br/>
        <w:t>постояв, посидів трошки&lt;br /&gt;</w:t>
        <w:br/>
        <w:t>і швидко вийшов&lt;br /&gt;</w:t>
        <w:br/>
        <w:t>якийсь чоловік без шапки.&lt;br /&gt;</w:t>
        <w:br/>
        <w:t>524 Раптом помітив,&lt;br /&gt;</w:t>
        <w:br/>
        <w:t>що коло мене&lt;br /&gt;</w:t>
        <w:br/>
        <w:t>вже плавають пасма&lt;br /&gt;</w:t>
        <w:br/>
        <w:t>досвітнього туману.&lt;br /&gt;</w:t>
        <w:br/>
        <w:t>Довго ж блукав я!&lt;br /&gt;</w:t>
        <w:br/>
        <w:t>525 "Дай закурить, якщо є",—&lt;br /&gt;</w:t>
        <w:br/>
        <w:t>підійшов до мене бродяга.&lt;br /&gt;</w:t>
        <w:br/>
        <w:t>З ним серед ночі&lt;br /&gt;</w:t>
        <w:br/>
        <w:t>стовпи ми&lt;br /&gt;</w:t>
        <w:br/>
        <w:t>і розмовляли.&lt;br /&gt;</w:t>
        <w:br/>
        <w:t>526 Наче з пустелі,&lt;br /&gt;</w:t>
        <w:br/>
        <w:t>додому я повернувся,&lt;br /&gt;</w:t>
        <w:br/>
        <w:t>проблукавши&lt;br /&gt;</w:t>
        <w:br/>
        <w:t>самотою&lt;br /&gt;</w:t>
        <w:br/>
        <w:t>по нічному Токіо.&lt;br /&gt;</w:t>
        <w:br/>
        <w:t>527 Під вікнами банку&lt;br /&gt;</w:t>
        <w:br/>
        <w:t>на вкритій памороззю&lt;br /&gt;</w:t>
        <w:br/>
        <w:t>бруківці —&lt;br /&gt;</w:t>
        <w:br/>
        <w:t>сині плями&lt;br /&gt;</w:t>
        <w:br/>
        <w:t>розбризканого чорнила!&lt;br /&gt;</w:t>
        <w:br/>
        <w:t>529 Вперше&lt;br /&gt;</w:t>
        <w:br/>
        <w:t>осіннього ранку&lt;br /&gt;</w:t>
        <w:br/>
        <w:t>вдихнула повітря&lt;br /&gt;</w:t>
        <w:br/>
        <w:t>в легені&lt;br /&gt;</w:t>
        <w:br/>
        <w:t>моя дитина.&lt;br /&gt;</w:t>
        <w:br/>
        <w:t>530 Був жовтень.&lt;br /&gt;</w:t>
        <w:br/>
        <w:t>Довгим вогким коридором&lt;br /&gt;</w:t>
        <w:br/>
        <w:t>у пологовім будинку&lt;br /&gt;</w:t>
        <w:br/>
        <w:t>ходив я&lt;br /&gt;</w:t>
        <w:br/>
        <w:t>туди-сюди.&lt;br /&gt;</w:t>
        <w:br/>
        <w:t>532 Такі думки,&lt;br /&gt;</w:t>
        <w:br/>
        <w:t>наче шкіри маляти&lt;br /&gt;</w:t>
        <w:br/>
        <w:t>торкаюсь.&lt;br /&gt;</w:t>
        <w:br/>
        <w:t>Самотою&lt;br /&gt;</w:t>
        <w:br/>
        <w:t>блукаю по парку.</w:t>
      </w:r>
    </w:p>
    <w:p>
      <w:r>
        <w:br/>
        <w:t>634 Задивився&lt;br /&gt;</w:t>
        <w:br/>
        <w:t>на пустощі горобців&lt;br /&gt;</w:t>
        <w:br/>
        <w:t>між деревами парку.&lt;br /&gt;</w:t>
        <w:br/>
        <w:t>Короткий&lt;br /&gt;</w:t>
        <w:br/>
        <w:t>передих.&lt;br /&gt;</w:t>
        <w:br/>
        <w:t>535 Ясного дня прийшов у парк.&lt;br /&gt;</w:t>
        <w:br/>
        <w:t>І тільки тут,&lt;br /&gt;</w:t>
        <w:br/>
        <w:t>повільно походжаючи,&lt;br /&gt;</w:t>
        <w:br/>
        <w:t>відчув, наскільки виснаживсь&lt;br /&gt;</w:t>
        <w:br/>
        <w:t>останнім часом.&lt;br /&gt;</w:t>
        <w:br/>
        <w:t>536 Так, це він,&lt;br /&gt;</w:t>
        <w:br/>
        <w:t>незабутній той поцілунок!&lt;br /&gt;</w:t>
        <w:br/>
        <w:t>Я аж завмер —&lt;br /&gt;</w:t>
        <w:br/>
        <w:t>листочком платана&lt;br /&gt;</w:t>
        <w:br/>
        <w:t>вітер торкнувся губи.&lt;br /&gt;</w:t>
        <w:br/>
        <w:t>537 Той чоловік,&lt;br /&gt;</w:t>
        <w:br/>
        <w:t>з яким я кілька разів&lt;br /&gt;</w:t>
        <w:br/>
        <w:t>стрічався в цьому парку,&lt;br /&gt;</w:t>
        <w:br/>
        <w:t>останнім часом&lt;br /&gt;</w:t>
        <w:br/>
        <w:t>щось сюди не ходить.&lt;br /&gt;</w:t>
        <w:br/>
        <w:t>539 У парку в затінку дерев&lt;br /&gt;</w:t>
        <w:br/>
        <w:t>до однієї лавки&lt;br /&gt;</w:t>
        <w:br/>
        <w:t>з заговорив,&lt;br /&gt;</w:t>
        <w:br/>
        <w:t>коли не міг вже&lt;br /&gt;</w:t>
        <w:br/>
        <w:t>стримати почуттів.&lt;br /&gt;</w:t>
        <w:br/>
        <w:t>540 Не забувається&lt;br /&gt;</w:t>
        <w:br/>
        <w:t>таке обличчя!&lt;br /&gt;</w:t>
        <w:br/>
        <w:t>Під вартою&lt;br /&gt;</w:t>
        <w:br/>
        <w:t>йшов вулицею чоловік&lt;br /&gt;</w:t>
        <w:br/>
        <w:t>тай й усміхався...&lt;br /&gt;</w:t>
        <w:br/>
        <w:t>542 Очі заплющив&lt;br /&gt;</w:t>
        <w:br/>
        <w:t>і став потихеньку&lt;br /&gt;</w:t>
        <w:br/>
        <w:t>награвати на сопілці —&lt;br /&gt;</w:t>
        <w:br/>
        <w:t>безсонної ночі,&lt;br /&gt;</w:t>
        <w:br/>
        <w:t>спершися на вікно.&lt;br /&gt;</w:t>
        <w:br/>
        <w:t>543 Овдовілий приятель мій,&lt;br /&gt;</w:t>
        <w:br/>
        <w:t>напевно, й сьогодні,</w:t>
      </w:r>
    </w:p>
    <w:p>
      <w:r>
        <w:br/>
        <w:t>прив'язавши сирітку до спини,&lt;br /&gt;</w:t>
        <w:br/>
        <w:t>блукає серед руїн&lt;br /&gt;</w:t>
        <w:br/>
        <w:t>того старого замку.&lt;br /&gt;</w:t>
        <w:br/>
        <w:t>544 Бувало, пізнім вечором&lt;br /&gt;</w:t>
        <w:br/>
        <w:t>прийшовши з роботи додому,&lt;br /&gt;</w:t>
        <w:br/>
        <w:t>вперше, що я робив,—&lt;br /&gt;</w:t>
        <w:br/>
        <w:t>брав на руки сина.&lt;br /&gt;</w:t>
        <w:br/>
        <w:t>Тепер він мертвий.&lt;br /&gt;</w:t>
        <w:br/>
        <w:t>545 Двома, трьома голосами&lt;br /&gt;</w:t>
        <w:br/>
        <w:t>говорили мені:&lt;br /&gt;</w:t>
        <w:br/>
        <w:t>"Перед смертю&lt;br /&gt;</w:t>
        <w:br/>
        <w:t>він тихо-тихо заплакав",&lt;br /&gt;</w:t>
        <w:br/>
        <w:t>і Сльози мене задушили!&lt;br /&gt;</w:t>
        <w:br/>
        <w:t>546 Коли товщають&lt;br /&gt;</w:t>
        <w:br/>
        <w:t>білі-білісінькі корені редьки —&lt;br /&gt;</w:t>
        <w:br/>
        <w:t>народився&lt;br /&gt;</w:t>
        <w:br/>
        <w:t>і скоро помер&lt;br /&gt;</w:t>
        <w:br/>
        <w:t>мій синок.&lt;br /&gt;</w:t>
        <w:br/>
        <w:t>547 Тільки краплю якусь&lt;br /&gt;</w:t>
        <w:br/>
        <w:t>повітря пізньої осені&lt;br /&gt;</w:t>
        <w:br/>
        <w:t>він вдихнув,&lt;br /&gt;</w:t>
        <w:br/>
        <w:t>мій синочок,—&lt;br /&gt;</w:t>
        <w:br/>
        <w:t>і вмер.&lt;br /&gt;</w:t>
        <w:br/>
        <w:t>548 Під рукою лікаря,&lt;br /&gt;</w:t>
        <w:br/>
        <w:t>яка стромляла голку&lt;br /&gt;</w:t>
        <w:br/>
        <w:t>в груди мертвої дитини,&lt;br /&gt;</w:t>
        <w:br/>
        <w:t>зібралися&lt;br /&gt;</w:t>
        <w:br/>
        <w:t>усі наші серця!&lt;br /&gt;</w:t>
        <w:br/>
        <w:t>549 Неначе стою&lt;br /&gt;</w:t>
        <w:br/>
        <w:t>перед загадкою бездонною.&lt;br /&gt;</w:t>
        <w:br/>
        <w:t>Знову і знову&lt;br /&gt;</w:t>
        <w:br/>
        <w:t>до мертвого лобика&lt;br /&gt;</w:t>
        <w:br/>
        <w:t>доторкаюсь рукою.&lt;br /&gt;</w:t>
        <w:br/>
        <w:t>551 Душа крижаніла —&lt;br /&gt;</w:t>
        <w:br/>
        <w:t>і все одно до ранку&lt;br /&gt;</w:t>
        <w:br/>
        <w:t>лишився я.&lt;br /&gt;</w:t>
        <w:br/>
        <w:t>Дитини мертвої шкіра&lt;br /&gt;</w:t>
        <w:br/>
        <w:t>мене зігрівала!</w:t>
      </w:r>
    </w:p>
    <w:p>
      <w:r>
        <w:br/>
        <w:t>із книжки&lt;br /&gt;</w:t>
        <w:br/>
        <w:t>"СУМНІ ІГРАШКИ"&lt;br /&gt;</w:t>
        <w:br/>
        <w:t>(1912)&lt;br /&gt;</w:t>
        <w:br/>
        <w:t>1 Як глибоко зітхну —&lt;br /&gt;</w:t>
        <w:br/>
        <w:t>лунає&lt;br /&gt;</w:t>
        <w:br/>
        <w:t>в грудях звук,&lt;br /&gt;</w:t>
        <w:br/>
        <w:t>сумніший&lt;br /&gt;</w:t>
        <w:br/>
        <w:t>за осінній вітер!&lt;br /&gt;</w:t>
        <w:br/>
        <w:t>2 Заплющу очі —&lt;br /&gt;</w:t>
        <w:br/>
        <w:t>та в серці&lt;br /&gt;</w:t>
        <w:br/>
        <w:t>не постає анічого.&lt;br /&gt;</w:t>
        <w:br/>
        <w:t>Хоч як печально —&lt;br /&gt;</w:t>
        <w:br/>
        <w:t>знов очі розплющую.&lt;br /&gt;</w:t>
        <w:br/>
        <w:t>3 По дорозі настрій&lt;br /&gt;</w:t>
        <w:br/>
        <w:t>раптом змінився.&lt;br /&gt;</w:t>
        <w:br/>
        <w:t>Не пішов на роботу,&lt;br /&gt;</w:t>
        <w:br/>
        <w:t>а блукав і сьогодні&lt;br /&gt;</w:t>
        <w:br/>
        <w:t>берегом річки.&lt;br /&gt;</w:t>
        <w:br/>
        <w:t>5 Дочка побігла на вулицю&lt;br /&gt;</w:t>
        <w:br/>
        <w:t>й досі не повертається.&lt;br /&gt;</w:t>
        <w:br/>
        <w:t>А я дістав&lt;br /&gt;</w:t>
        <w:br/>
        <w:t>її паровозик&lt;br /&gt;</w:t>
        <w:br/>
        <w:t>і по підлозі катаю.&lt;br /&gt;</w:t>
        <w:br/>
        <w:t>6 "Книжку хочу купити,&lt;br /&gt;</w:t>
        <w:br/>
        <w:t>нову книжку хочу купити",—&lt;br /&gt;</w:t>
        <w:br/>
        <w:t>зовсім без наміру&lt;br /&gt;</w:t>
        <w:br/>
        <w:t>роздратувати її,&lt;br /&gt;</w:t>
        <w:br/>
        <w:t>підійшов до дружини...&lt;br /&gt;</w:t>
        <w:br/>
        <w:t>7 Мріє про подорож&lt;br /&gt;</w:t>
        <w:br/>
        <w:t>чоловік,&lt;br /&gt;</w:t>
        <w:br/>
        <w:t>сваряться, плачуть&lt;br /&gt;</w:t>
        <w:br/>
        <w:t>жінка й дитина...&lt;br /&gt;</w:t>
        <w:br/>
        <w:t>Сімейний сніданок.</w:t>
      </w:r>
    </w:p>
    <w:p>
      <w:r>
        <w:br/>
        <w:t>8 Яз дому вихопився&lt;br /&gt;</w:t>
        <w:br/>
        <w:t>й цілих п'ять кварталів&lt;br /&gt;</w:t>
        <w:br/>
        <w:t>кудись ішов,&lt;br /&gt;</w:t>
        <w:br/>
        <w:t>удаючи&lt;br /&gt;</w:t>
        <w:br/>
        <w:t>страшенно заклопотану людину...&lt;br /&gt;</w:t>
        <w:br/>
        <w:t>9 До хворого зуба&lt;br /&gt;</w:t>
        <w:br/>
        <w:t>долоню приклавши, дивлюсь,&lt;br /&gt;</w:t>
        <w:br/>
        <w:t>як у зимовім тумані&lt;br /&gt;</w:t>
        <w:br/>
        <w:t>з-за обрію піднімається&lt;br /&gt;</w:t>
        <w:br/>
        <w:t>червоне-червоне сонце.&lt;br /&gt;</w:t>
        <w:br/>
        <w:t>10 Нібито мушу вічно&lt;br /&gt;</w:t>
        <w:br/>
        <w:t>отак ходити —&lt;br /&gt;</w:t>
        <w:br/>
        <w:t>* ось яка майнула думка,&lt;br /&gt;</w:t>
        <w:br/>
        <w:t>коли я блукав уночі&lt;br /&gt;</w:t>
        <w:br/>
        <w:t>по вулицях міста.&lt;br /&gt;</w:t>
        <w:br/>
        <w:t>12 Чомусь сьогодні вранці&lt;br /&gt;</w:t>
        <w:br/>
        <w:t>на серці в мене&lt;br /&gt;</w:t>
        <w:br/>
        <w:t>мовби трошки посвітліло.&lt;br /&gt;</w:t>
        <w:br/>
        <w:t>Сиджу і підстригаю&lt;br /&gt;</w:t>
        <w:br/>
        <w:t>нігті на руках.&lt;br /&gt;</w:t>
        <w:br/>
        <w:t>13 Роззявивши рота,&lt;br /&gt;</w:t>
        <w:br/>
        <w:t>замилувався&lt;br /&gt;</w:t>
        <w:br/>
        <w:t>картинкою в книжці.&lt;br /&gt;</w:t>
        <w:br/>
        <w:t>Тютюновим димом&lt;br /&gt;</w:t>
        <w:br/>
        <w:t>хукнув на неї.&lt;br /&gt;</w:t>
        <w:br/>
        <w:t>14 Трамвай, на який&lt;br /&gt;</w:t>
        <w:br/>
        <w:t>в дорозі мав пересісти,&lt;br /&gt;</w:t>
        <w:br/>
        <w:t>уже пішов.&lt;br /&gt;</w:t>
        <w:br/>
        <w:t>Я мало що не заплакав!&lt;br /&gt;</w:t>
        <w:br/>
        <w:t>А тут іще й дощ почався...&lt;br /&gt;</w:t>
        <w:br/>
        <w:t>15 А днів через два&lt;br /&gt;</w:t>
        <w:br/>
        <w:t>о першій годині ночі&lt;br /&gt;</w:t>
        <w:br/>
        <w:t>дертися довелось&lt;br /&gt;</w:t>
        <w:br/>
        <w:t>по тунельному косогору.&lt;br /&gt;</w:t>
        <w:br/>
        <w:t>Нічого не вдієш — служба!&lt;br /&gt;</w:t>
        <w:br/>
        <w:t>20 Вийшов опівночі&lt;br /&gt;</w:t>
        <w:br/>
        <w:t>на балкон.&lt;br /&gt;</w:t>
        <w:br/>
        <w:t>На опушених інеєм</w:t>
      </w:r>
    </w:p>
    <w:p>
      <w:r>
        <w:br/>
        <w:t>поручнях&lt;br /&gt;</w:t>
        <w:br/>
        <w:t>пучки пальців охолодив.&lt;br /&gt;</w:t>
        <w:br/>
        <w:t>21 Останнім разом&lt;br /&gt;</w:t>
        <w:br/>
        <w:t>вихопилось у мене:&lt;br /&gt;</w:t>
        <w:br/>
        <w:t>"Робіть собі, як знаєте!"&lt;br /&gt;</w:t>
        <w:br/>
        <w:t>І сам перелякався,&lt;br /&gt;</w:t>
        <w:br/>
        <w:t>що вже таким я став.&lt;br /&gt;</w:t>
        <w:br/>
        <w:t>22 Немовби руки і ноги&lt;br /&gt;</w:t>
        <w:br/>
        <w:t>повідпадали від тіла,&lt;br /&gt;</w:t>
        <w:br/>
        <w:t>і я не чую вже їх.&lt;br /&gt;</w:t>
        <w:br/>
        <w:t>Мляве пробудження!&lt;br /&gt;</w:t>
        <w:br/>
        <w:t>Печальне пробудження!&lt;br /&gt;</w:t>
        <w:br/>
        <w:t>24 Як поїзд могутній&lt;br /&gt;</w:t>
        <w:br/>
        <w:t>пустелю чи степ —&lt;br /&gt;</w:t>
        <w:br/>
        <w:t>так інколи біль&lt;br /&gt;</w:t>
        <w:br/>
        <w:t>моє серце&lt;br /&gt;</w:t>
        <w:br/>
        <w:t>пронизує.&lt;br /&gt;</w:t>
        <w:br/>
        <w:t>25 Проглянувши убогеньку газетку&lt;br /&gt;</w:t>
        <w:br/>
        <w:t>з рідних місць,&lt;br /&gt;</w:t>
        <w:br/>
        <w:t>завважив безліч&lt;br /&gt;</w:t>
        <w:br/>
        <w:t>помилок друкарських.&lt;br /&gt;</w:t>
        <w:br/>
        <w:t>Печаль сьогоднішнього ранку.&lt;br /&gt;</w:t>
        <w:br/>
        <w:t>26 Якби знайшовсь чоловік,&lt;br /&gt;</w:t>
        <w:br/>
        <w:t>що вилаяв би мене,&lt;br /&gt;</w:t>
        <w:br/>
        <w:t>як душі заманеться!&lt;br /&gt;</w:t>
        <w:br/>
        <w:t>Ах, серце моє,&lt;br /&gt;</w:t>
        <w:br/>
        <w:t>ну що за мрії у тебе?&lt;br /&gt;</w:t>
        <w:br/>
        <w:t>27 Немов опинився раптом&lt;br /&gt;</w:t>
        <w:br/>
        <w:t>на могилі&lt;br /&gt;</w:t>
        <w:br/>
        <w:t>свого першого кохання —&lt;br /&gt;</w:t>
        <w:br/>
        <w:t>на околицю,&lt;br /&gt;</w:t>
        <w:br/>
        <w:t>блукаючи, зайшов.&lt;br /&gt;</w:t>
        <w:br/>
        <w:t>28 Було таке почуття,&lt;br /&gt;</w:t>
        <w:br/>
        <w:t>нібито я повертаюсь&lt;br /&gt;</w:t>
        <w:br/>
        <w:t>на дорогу батьківщину,&lt;br /&gt;</w:t>
        <w:br/>
        <w:t>коли, довгий час не їздивши,&lt;br /&gt;</w:t>
        <w:br/>
        <w:t>знову на поїзд сів.</w:t>
      </w:r>
    </w:p>
    <w:p>
      <w:r>
        <w:br/>
        <w:t>29 Новий і світлий&lt;br /&gt;</w:t>
        <w:br/>
        <w:t>завтрашній день&lt;br /&gt;</w:t>
        <w:br/>
        <w:t>неодмінно прийде!&lt;br /&gt;</w:t>
        <w:br/>
        <w:t>Несхибна ця моя віра,&lt;br /&gt;</w:t>
        <w:br/>
        <w:t>і все-таки...&lt;br /&gt;</w:t>
        <w:br/>
        <w:t>31 Затужив за горами раптом&lt;br /&gt;</w:t>
        <w:br/>
        <w:t>і зійшов на вершину сьогодні.&lt;br /&gt;</w:t>
        <w:br/>
        <w:t>Шукаю той камінь —&lt;br /&gt;</w:t>
        <w:br/>
        <w:t>та де ж він? —&lt;br /&gt;</w:t>
        <w:br/>
        <w:t>торік я на ньому сидів.&lt;br /&gt;</w:t>
        <w:br/>
        <w:t>32 І сьогодні себе почуваю,&lt;br /&gt;</w:t>
        <w:br/>
        <w:t>немовби я винен щось.&lt;br /&gt;</w:t>
        <w:br/>
        <w:t>Бо вранці встав пізно&lt;br /&gt;</w:t>
        <w:br/>
        <w:t>і часу не мав&lt;br /&gt;</w:t>
        <w:br/>
        <w:t>прочитати газету.&lt;br /&gt;</w:t>
        <w:br/>
        <w:t>33 Дивлюсь&lt;br /&gt;</w:t>
        <w:br/>
        <w:t>на замурзані руки,&lt;br /&gt;</w:t>
        <w:br/>
        <w:t>а нібито бачу,&lt;br /&gt;</w:t>
        <w:br/>
        <w:t>що сталося&lt;br /&gt;</w:t>
        <w:br/>
        <w:t>з серцем моїм.&lt;br /&gt;</w:t>
        <w:br/>
        <w:t>34 Ота маленька втіха,&lt;br /&gt;</w:t>
        <w:br/>
        <w:t>яку я відчув,&lt;br /&gt;</w:t>
        <w:br/>
        <w:t>миючи брудні руки,&lt;br /&gt;</w:t>
        <w:br/>
        <w:t>була за цілий день&lt;br /&gt;</w:t>
        <w:br/>
        <w:t>єдиною моєю втіхою.&lt;br /&gt;</w:t>
        <w:br/>
        <w:t>35 Почався Новий рік —&lt;br /&gt;</w:t>
        <w:br/>
        <w:t>облишила серце напруга!&lt;br /&gt;</w:t>
        <w:br/>
        <w:t>Якось легко і вільно стало,&lt;br /&gt;</w:t>
        <w:br/>
        <w:t>наче забув усе,&lt;br /&gt;</w:t>
        <w:br/>
        <w:t>що досі було.&lt;br /&gt;</w:t>
        <w:br/>
        <w:t>36 Хоч сподіваюся,&lt;br /&gt;</w:t>
        <w:br/>
        <w:t>що зникне він,&lt;br /&gt;</w:t>
        <w:br/>
        <w:t>отой тривожний стан душі,&lt;br /&gt;</w:t>
        <w:br/>
        <w:t>який гнітив мене&lt;br /&gt;</w:t>
        <w:br/>
        <w:t>з ранку до вечора,— і все ж...&lt;br /&gt;</w:t>
        <w:br/>
        <w:t>37 Дзенькнула шибка —&lt;br /&gt;</w:t>
        <w:br/>
        <w:t>це влучив волан,&lt;br /&gt;</w:t>
        <w:br/>
        <w:t>а дівчатка регочуть.</w:t>
      </w:r>
    </w:p>
    <w:p>
      <w:r>
        <w:br/>
        <w:t>Невже повернулися знов,&lt;br /&gt;</w:t>
        <w:br/>
        <w:t>торішні свята Нового року?&lt;br /&gt;</w:t>
        <w:br/>
        <w:t>38 Напевно, цього року&lt;br /&gt;</w:t>
        <w:br/>
        <w:t>щось станеться хороше —&lt;br /&gt;</w:t>
        <w:br/>
        <w:t>який он світлий&lt;br /&gt;</w:t>
        <w:br/>
        <w:t>ранок новорічний!&lt;br /&gt;</w:t>
        <w:br/>
        <w:t>1 геть немає вітру.&lt;br /&gt;</w:t>
        <w:br/>
        <w:t>40 Щороку мій приятель&lt;br /&gt;</w:t>
        <w:br/>
        <w:t>посилає мені&lt;br /&gt;</w:t>
        <w:br/>
        <w:t>в новорічному привітанні&lt;br /&gt;</w:t>
        <w:br/>
        <w:t>два-три свої п'ятивірші,&lt;br /&gt;</w:t>
        <w:br/>
        <w:t>завжди подібні один до одного.&lt;br /&gt;</w:t>
        <w:br/>
        <w:t>42 Голівонько моя!&lt;br /&gt;</w:t>
        <w:br/>
        <w:t>Все думаєш про те,&lt;br /&gt;</w:t>
        <w:br/>
        <w:t>що дуже важко&lt;br /&gt;</w:t>
        <w:br/>
        <w:t>здійснити в нашім світі.&lt;br /&gt;</w:t>
        <w:br/>
        <w:t>Невже так буде й цього року?&lt;br /&gt;</w:t>
        <w:br/>
        <w:t>43 Всі люди йдуть&lt;br /&gt;</w:t>
        <w:br/>
        <w:t>в одному напрямку.&lt;br /&gt;</w:t>
        <w:br/>
        <w:t>А ось — одна душа,&lt;br /&gt;</w:t>
        <w:br/>
        <w:t>що збоку&lt;br /&gt;</w:t>
        <w:br/>
        <w:t>дивиться на це.&lt;br /&gt;</w:t>
        <w:br/>
        <w:t>45 Останній день старого року!&lt;br /&gt;</w:t>
        <w:br/>
        <w:t>Ти так невідворотно&lt;br /&gt;</w:t>
        <w:br/>
        <w:t>обернувся на ніч,&lt;br /&gt;</w:t>
        <w:br/>
        <w:t>як свічка&lt;br /&gt;</w:t>
        <w:br/>
        <w:t>розгоряється, бува...&lt;br /&gt;</w:t>
        <w:br/>
        <w:t>46 Ближче до жаровні&lt;br /&gt;</w:t>
        <w:br/>
        <w:t>присунувся й сиджу.&lt;br /&gt;</w:t>
        <w:br/>
        <w:t>То заплющу,&lt;br /&gt;</w:t>
        <w:br/>
        <w:t>то знов розплющу очі —&lt;br /&gt;</w:t>
        <w:br/>
        <w:t>сумую, що час минає.&lt;br /&gt;</w:t>
        <w:br/>
        <w:t>47 Все одно думає,&lt;br /&gt;</w:t>
        <w:br/>
        <w:t>нібито завтра станеться чудо!&lt;br /&gt;</w:t>
        <w:br/>
        <w:t>Ну, що за серце?&lt;br /&gt;</w:t>
        <w:br/>
        <w:t>Щодня, засинаючи,&lt;br /&gt;</w:t>
        <w:br/>
        <w:t>лаю його за це.</w:t>
      </w:r>
    </w:p>
    <w:p>
      <w:r>
        <w:br/>
        <w:t>Втома за весь минулий рік&lt;br /&gt;</w:t>
        <w:br/>
        <w:t>одразу в мене ввійшла, чи що?&lt;br /&gt;</w:t>
        <w:br/>
        <w:t>Бо тільки почув слова:&lt;br /&gt;</w:t>
        <w:br/>
        <w:t>"От і настало перше січня",—&lt;br /&gt;</w:t>
        <w:br/>
        <w:t>так захотілося спати!&lt;br /&gt;</w:t>
        <w:br/>
        <w:t>Я такий нетерплячий —&lt;br /&gt;</w:t>
        <w:br/>
        <w:t>от ніби&lt;br /&gt;</w:t>
        <w:br/>
        <w:t>плеснеш в долоні&lt;br /&gt;</w:t>
        <w:br/>
        <w:t>і чекаєш ледь чутної&lt;br /&gt;</w:t>
        <w:br/>
        <w:t>відповіді — луни.&lt;br /&gt;</w:t>
        <w:br/>
        <w:t>Підібгавши ноги,&lt;br /&gt;</w:t>
        <w:br/>
        <w:t>накрився ковдрою з головою&lt;br /&gt;</w:t>
        <w:br/>
        <w:t>і показав язика.&lt;br /&gt;</w:t>
        <w:br/>
        <w:t>А кому —&lt;br /&gt;</w:t>
        <w:br/>
        <w:t>я і сам не знаю.&lt;br /&gt;</w:t>
        <w:br/>
        <w:t>І свята Нового року&lt;br /&gt;</w:t>
        <w:br/>
        <w:t>непомітно минули.&lt;br /&gt;</w:t>
        <w:br/>
        <w:t>Моє життя&lt;br /&gt;</w:t>
        <w:br/>
        <w:t>ускочило знов&lt;br /&gt;</w:t>
        <w:br/>
        <w:t>у ту саму колію.&lt;br /&gt;</w:t>
        <w:br/>
        <w:t>Сперечаючися з богом,&lt;br /&gt;</w:t>
        <w:br/>
        <w:t>я аж заплакав —&lt;br /&gt;</w:t>
        <w:br/>
        <w:t>ах, той сон!&lt;br /&gt;</w:t>
        <w:br/>
        <w:t>Якихось три дні тому&lt;br /&gt;</w:t>
        <w:br/>
        <w:t>бачив його вдосвіта.&lt;br /&gt;</w:t>
        <w:br/>
        <w:t>І сьогодні я працював,&lt;br /&gt;</w:t>
        <w:br/>
        <w:t>тільки й ждучи&lt;br /&gt;</w:t>
        <w:br/>
        <w:t>тієї хвилини,&lt;br /&gt;</w:t>
        <w:br/>
        <w:t>коли вже додому&lt;br /&gt;</w:t>
        <w:br/>
        <w:t>молена буде піти.&lt;br /&gt;</w:t>
        <w:br/>
        <w:t>Не в змозі вже був&lt;br /&gt;</w:t>
        <w:br/>
        <w:t>розмірковуючи над тим,&lt;br /&gt;</w:t>
        <w:br/>
        <w:t>що ж думають інші люди —&lt;br /&gt;</w:t>
        <w:br/>
        <w:t>перебув сьогоднішній день&lt;br /&gt;</w:t>
        <w:br/>
        <w:t>спокійно і мирно.&lt;br /&gt;</w:t>
        <w:br/>
        <w:t>Якби я став&lt;br /&gt;</w:t>
        <w:br/>
        <w:t>головним редактором&lt;br /&gt;</w:t>
        <w:br/>
        <w:t>цієї газети —</w:t>
      </w:r>
    </w:p>
    <w:p>
      <w:r>
        <w:br/>
        <w:t>о, скільки б я в ній&lt;br /&gt;</w:t>
        <w:br/>
        <w:t>помістив такого!..&lt;br /&gt;</w:t>
        <w:br/>
        <w:t>60 Втопивши підборіддя в комірі,&lt;br /&gt;</w:t>
        <w:br/>
        <w:t>я зупинився&lt;br /&gt;</w:t>
        <w:br/>
        <w:t>серед вулиці нічної&lt;br /&gt;</w:t>
        <w:br/>
        <w:t>і дослухаюсь пильно...&lt;br /&gt;</w:t>
        <w:br/>
        <w:t>Який знайомий голос!,&lt;br /&gt;</w:t>
        <w:br/>
        <w:t>63 Тільки прокинувся —&lt;br /&gt;</w:t>
        <w:br/>
        <w:t>вже чую серце своє!&lt;br /&gt;</w:t>
        <w:br/>
        <w:t>Навіть замітка про бабцю якусь,&lt;br /&gt;</w:t>
        <w:br/>
        <w:t>що покинула рідний дім,&lt;br /&gt;</w:t>
        <w:br/>
        <w:t>сльози викликала у мене.&lt;br /&gt;</w:t>
        <w:br/>
        <w:t>64 Прокинувшись вночі,&lt;br /&gt;</w:t>
        <w:br/>
        <w:t>все думаю про свій характер,&lt;br /&gt;</w:t>
        <w:br/>
        <w:t>що не дає мені&lt;br /&gt;</w:t>
        <w:br/>
        <w:t>зробити хоч що-небудь&lt;br /&gt;</w:t>
        <w:br/>
        <w:t>укупі з іншими людьми.&lt;br /&gt;</w:t>
        <w:br/>
        <w:t>65 Та раптом чомусь&lt;br /&gt;</w:t>
        <w:br/>
        <w:t>на хвильку здалося,&lt;br /&gt;</w:t>
        <w:br/>
        <w:t>що їх багато —&lt;br /&gt;</w:t>
        <w:br/>
        <w:t>людей з думками&lt;br /&gt;</w:t>
        <w:br/>
        <w:t>такими самими, як у мене.&lt;br /&gt;</w:t>
        <w:br/>
        <w:t>66 Людину, молодшу за мене,&lt;br /&gt;</w:t>
        <w:br/>
        <w:t>палко я переконував&lt;br /&gt;</w:t>
        <w:br/>
        <w:t>майже півдня —&lt;br /&gt;</w:t>
        <w:br/>
        <w:t>але душа моя від цього&lt;br /&gt;</w:t>
        <w:br/>
        <w:t>так утомилась!&lt;br /&gt;</w:t>
        <w:br/>
        <w:t>67 І все ж таки,&lt;br /&gt;</w:t>
        <w:br/>
        <w:t>коли я ганив парламент,&lt;br /&gt;</w:t>
        <w:br/>
        <w:t>аж сльози навернулися на очі&lt;br /&gt;</w:t>
        <w:br/>
        <w:t>від хвилювання.&lt;br /&gt;</w:t>
        <w:br/>
        <w:t>Як приємно!&lt;br /&gt;</w:t>
        <w:br/>
        <w:t>68 "А може, й розквітне за ніч..." —&lt;br /&gt;</w:t>
        <w:br/>
        <w:t>і горщик зі сливою&lt;br /&gt;</w:t>
        <w:br/>
        <w:t>я підігрів на вогні.&lt;br /&gt;</w:t>
        <w:br/>
        <w:t>Та де тамі&lt;br /&gt;</w:t>
        <w:br/>
        <w:t>І брунька не розпукла.</w:t>
      </w:r>
    </w:p>
    <w:p>
      <w:r>
        <w:br/>
        <w:t>69 І сьогодні вранці,&lt;br /&gt;</w:t>
        <w:br/>
        <w:t>ненароком розбивши чашку,&lt;br /&gt;</w:t>
        <w:br/>
        <w:t>знову подумав:&lt;br /&gt;</w:t>
        <w:br/>
        <w:t>"Це ж так приємно —&lt;br /&gt;</w:t>
        <w:br/>
        <w:t>трощити геть все!"&lt;br /&gt;</w:t>
        <w:br/>
        <w:t>71 Скільки вже разів&lt;br /&gt;</w:t>
        <w:br/>
        <w:t>без усякого жалю&lt;br /&gt;</w:t>
        <w:br/>
        <w:t>картав слабке своє серце:&lt;br /&gt;</w:t>
        <w:br/>
        <w:t>"Ну, чого ти соромишся так?"&lt;br /&gt;</w:t>
        <w:br/>
        <w:t>І йшов позичати гроші.&lt;br /&gt;</w:t>
        <w:br/>
        <w:t>73 Стара газета!&lt;br /&gt;</w:t>
        <w:br/>
        <w:t>А-а, це той самий номер,&lt;br /&gt;</w:t>
        <w:br/>
        <w:t>де мої вірші хвалять.&lt;br /&gt;</w:t>
        <w:br/>
        <w:t>Хай всього-на-всього&lt;br /&gt;</w:t>
        <w:br/>
        <w:t>* кілька рядків...&lt;br /&gt;</w:t>
        <w:br/>
        <w:t>75 Ой леле,&lt;br /&gt;</w:t>
        <w:br/>
        <w:t>скільки граматичних помилок!&lt;br /&gt;</w:t>
        <w:br/>
        <w:t>Але тоді хіба б я їх помітив?&lt;br /&gt;</w:t>
        <w:br/>
        <w:t>Давні листи&lt;br /&gt;</w:t>
        <w:br/>
        <w:t>часів юнацького кохання.&lt;br /&gt;</w:t>
        <w:br/>
        <w:t>77 На жаль, безсоння в мене&lt;br /&gt;</w:t>
        <w:br/>
        <w:t>стало звичкою!&lt;br /&gt;</w:t>
        <w:br/>
        <w:t>Як тільки хоч трошки&lt;br /&gt;</w:t>
        <w:br/>
        <w:t>на сон похилить мене —&lt;br /&gt;</w:t>
        <w:br/>
        <w:t>відразу спішу лягти.&lt;br /&gt;</w:t>
        <w:br/>
        <w:t>78 Це смішно, їй-право,&lt;br /&gt;</w:t>
        <w:br/>
        <w:t>та я не міг розсміятись.&lt;br /&gt;</w:t>
        <w:br/>
        <w:t>Так довго&lt;br /&gt;</w:t>
        <w:br/>
        <w:t>шукав ножа,&lt;br /&gt;</w:t>
        <w:br/>
        <w:t>а він у мене в руках.&lt;br /&gt;</w:t>
        <w:br/>
        <w:t>79 За останні чотири-п'ять років&lt;br /&gt;</w:t>
        <w:br/>
        <w:t>жодного разу&lt;br /&gt;</w:t>
        <w:br/>
        <w:t>на небо не задивився.&lt;br /&gt;</w:t>
        <w:br/>
        <w:t>Боже ж ти мій, невже я&lt;br /&gt;</w:t>
        <w:br/>
        <w:t>навіть до цього дійшов?&lt;br /&gt;</w:t>
        <w:br/>
        <w:t>80 Якщо не для друку,&lt;br /&gt;</w:t>
        <w:br/>
        <w:t>то їх і не пишуть,—</w:t>
      </w:r>
    </w:p>
    <w:p>
      <w:r>
        <w:br/>
        <w:t>так думає про ієрогліфи&lt;br /&gt;</w:t>
        <w:br/>
        <w:t>моя дочка.&lt;br /&gt;</w:t>
        <w:br/>
        <w:t>Ах дитяча наївність!&lt;br /&gt;</w:t>
        <w:br/>
        <w:t>"Сяк-так, але&lt;br /&gt;</w:t>
        <w:br/>
        <w:t>і в цьому місяці перебувся",—&lt;br /&gt;</w:t>
        <w:br/>
        <w:t>з такими-от думками&lt;br /&gt;</w:t>
        <w:br/>
        <w:t>і без бажання їхати кудись&lt;br /&gt;</w:t>
        <w:br/>
        <w:t>прожив останній вечір місяця.&lt;br /&gt;</w:t>
        <w:br/>
        <w:t>Як часто&lt;br /&gt;</w:t>
        <w:br/>
        <w:t>я тоді брехав,&lt;br /&gt;</w:t>
        <w:br/>
        <w:t>спокійно, байдуже брехав.&lt;br /&gt;</w:t>
        <w:br/>
        <w:t>Оце згадав —&lt;br /&gt;</w:t>
        <w:br/>
        <w:t>аж в піт кинуло.&lt;br /&gt;</w:t>
        <w:br/>
        <w:t>Давні листи!&lt;br /&gt;</w:t>
        <w:br/>
        <w:t>І навіть з цією людиною&lt;br /&gt;</w:t>
        <w:br/>
        <w:t>п'ять років тому&lt;br /&gt;</w:t>
        <w:br/>
        <w:t>я стосунки підтримував,&lt;br /&gt;</w:t>
        <w:br/>
        <w:t>та ще й дружні які...&lt;br /&gt;</w:t>
        <w:br/>
        <w:t>Побачив листівку:&lt;br /&gt;</w:t>
        <w:br/>
        <w:t>"У нас народився син",—&lt;br /&gt;</w:t>
        <w:br/>
        <w:t>і на хвильку&lt;br /&gt;</w:t>
        <w:br/>
        <w:t>обличчя моє&lt;br /&gt;</w:t>
        <w:br/>
        <w:t>осяяла радість.&lt;br /&gt;</w:t>
        <w:br/>
        <w:t>"Ну от, бачте,&lt;br /&gt;</w:t>
        <w:br/>
        <w:t>і він спромігся&lt;br /&gt;</w:t>
        <w:br/>
        <w:t>народити дитину!" —&lt;br /&gt;</w:t>
        <w:br/>
        <w:t>І я заснув&lt;br /&gt;</w:t>
        <w:br/>
        <w:t>з відчуттям якоїсь утіхи.&lt;br /&gt;</w:t>
        <w:br/>
        <w:t>"Ти, Ісікава,—&lt;br /&gt;</w:t>
        <w:br/>
        <w:t>жалюгідний тип",—&lt;br /&gt;</w:t>
        <w:br/>
        <w:t>отак-от інколи&lt;br /&gt;</w:t>
        <w:br/>
        <w:t>скажу собі&lt;br /&gt;</w:t>
        <w:br/>
        <w:t>і засумую.&lt;br /&gt;</w:t>
        <w:br/>
        <w:t>Здалося,&lt;br /&gt;</w:t>
        <w:br/>
        <w:t>начебто скинув з плечей&lt;br /&gt;</w:t>
        <w:br/>
        <w:t>величезний тягар,&lt;br /&gt;</w:t>
        <w:br/>
        <w:t>коли ввійшов у палату&lt;br /&gt;</w:t>
        <w:br/>
        <w:t>і ліг на ліжко.</w:t>
      </w:r>
    </w:p>
    <w:p>
      <w:r>
        <w:br/>
        <w:t>"Вам що, життя не потрібне?" —&lt;br /&gt;</w:t>
        <w:br/>
        <w:t>Спитав мене лікар.&lt;br /&gt;</w:t>
        <w:br/>
        <w:t>І ти, о серце,&lt;br /&gt;</w:t>
        <w:br/>
        <w:t>ніякої відповіді&lt;br /&gt;</w:t>
        <w:br/>
        <w:t>не підказало мені!&lt;br /&gt;</w:t>
        <w:br/>
        <w:t>Серед ночі&lt;br /&gt;</w:t>
        <w:br/>
        <w:t>раптом прокинувся&lt;br /&gt;</w:t>
        <w:br/>
        <w:t>і чогось мені&lt;br /&gt;</w:t>
        <w:br/>
        <w:t>так захотілось заплакати.&lt;br /&gt;</w:t>
        <w:br/>
        <w:t>Накрився ковдрою з головою.&lt;br /&gt;</w:t>
        <w:br/>
        <w:t>Я щось запитав,&lt;br /&gt;</w:t>
        <w:br/>
        <w:t>та відповіді не було.&lt;br /&gt;</w:t>
        <w:br/>
        <w:t>Коли ж придивився — побачив:&lt;br /&gt;</w:t>
        <w:br/>
        <w:t>він плаче, той хворий,&lt;br /&gt;</w:t>
        <w:br/>
        <w:t>що на сусідньому ліжку.&lt;br /&gt;</w:t>
        <w:br/>
        <w:t>В палаті крізь війно&lt;br /&gt;</w:t>
        <w:br/>
        <w:t>на вулицю дивився.&lt;br /&gt;</w:t>
        <w:br/>
        <w:t>І вперше за ці дні&lt;br /&gt;</w:t>
        <w:br/>
        <w:t>побачив поліцая.&lt;br /&gt;</w:t>
        <w:br/>
        <w:t>Повірте, зрадіві&lt;br /&gt;</w:t>
        <w:br/>
        <w:t>Ах, одна-єдина&lt;br /&gt;</w:t>
        <w:br/>
        <w:t>печальна душа&lt;br /&gt;</w:t>
        <w:br/>
        <w:t>серед погожого дня!&lt;br /&gt;</w:t>
        <w:br/>
        <w:t>Дивлюся з вікна палати,&lt;br /&gt;</w:t>
        <w:br/>
        <w:t>розкошуючи тютюнцем.&lt;br /&gt;</w:t>
        <w:br/>
        <w:t>Серед ночі&lt;br /&gt;</w:t>
        <w:br/>
        <w:t>в якійсь палаті —&lt;br /&gt;</w:t>
        <w:br/>
        <w:t>голоси, метушня.&lt;br /&gt;</w:t>
        <w:br/>
        <w:t>"Це, мабуть, хтось помер",—&lt;br /&gt;</w:t>
        <w:br/>
        <w:t>подумав — і подих затамував.&lt;br /&gt;</w:t>
        <w:br/>
        <w:t>Перевіряла медсестра&lt;br /&gt;</w:t>
        <w:br/>
        <w:t>у мене пульс щодня.&lt;br /&gt;</w:t>
        <w:br/>
        <w:t>Іноді м'яка і тепла,&lt;br /&gt;</w:t>
        <w:br/>
        <w:t>була м'яка і тепла,&lt;br /&gt;</w:t>
        <w:br/>
        <w:t>а іноді — шорстка й холодна.&lt;br /&gt;</w:t>
        <w:br/>
        <w:t>Хоч і сказав: "Уперше&lt;br /&gt;</w:t>
        <w:br/>
        <w:t>в лікарні я ночую",—&lt;br /&gt;</w:t>
        <w:br/>
        <w:t>та як упав на ліжко —</w:t>
      </w:r>
    </w:p>
    <w:p>
      <w:r>
        <w:br/>
        <w:t>відразу ж і заснув.&lt;br /&gt;</w:t>
        <w:br/>
        <w:t>Тепер так ніяково через це!&lt;br /&gt;</w:t>
        <w:br/>
        <w:t>98 Чомусь про себе&lt;br /&gt;</w:t>
        <w:br/>
        <w:t>думав завжди:&lt;br /&gt;</w:t>
        <w:br/>
        <w:t>"Я — видатна людина".&lt;br /&gt;</w:t>
        <w:br/>
        <w:t>О Боже мій, яким дитям&lt;br /&gt;</w:t>
        <w:br/>
        <w:t>я досі був!&lt;br /&gt;</w:t>
        <w:br/>
        <w:t>102 Якась лінива,&lt;br /&gt;</w:t>
        <w:br/>
        <w:t>сонна печаль,&lt;br /&gt;</w:t>
        <w:br/>
        <w:t>коли поночіє,&lt;br /&gt;</w:t>
        <w:br/>
        <w:t>на ліжко до мене&lt;br /&gt;</w:t>
        <w:br/>
        <w:t>тихцем залазить.&lt;br /&gt;</w:t>
        <w:br/>
        <w:t>103 Спершись на підвіконня,&lt;br /&gt;</w:t>
        <w:br/>
        <w:t>дивлюся з палати,&lt;br /&gt;</w:t>
        <w:br/>
        <w:t>як різні люди,&lt;br /&gt;</w:t>
        <w:br/>
        <w:t>здорові й бадьорі,&lt;br /&gt;</w:t>
        <w:br/>
        <w:t>по вулицях походжають.&lt;br /&gt;</w:t>
        <w:br/>
        <w:t>104 "Тепер-то я добре бачу&lt;br /&gt;</w:t>
        <w:br/>
        <w:t>всю глибину&lt;br /&gt;</w:t>
        <w:br/>
        <w:t>твоєї душі",—&lt;br /&gt;</w:t>
        <w:br/>
        <w:t>схлипуючи, сказала мати&lt;br /&gt;</w:t>
        <w:br/>
        <w:t>мені уві сні — й пішла!&lt;br /&gt;</w:t>
        <w:br/>
        <w:t>105 Неначе всі мої думки&lt;br /&gt;</w:t>
        <w:br/>
        <w:t>стали відомі іншому.&lt;br /&gt;</w:t>
        <w:br/>
        <w:t>Вмить&lt;br /&gt;</w:t>
        <w:br/>
        <w:t>душу витягнуто —&lt;br /&gt;</w:t>
        <w:br/>
        <w:t>стетоскопом.&lt;br /&gt;</w:t>
        <w:br/>
        <w:t>106 Поки не почала сидіти&lt;br /&gt;</w:t>
        <w:br/>
        <w:t>по ночах біля ліжка&lt;br /&gt;</w:t>
        <w:br/>
        <w:t>сестра-жалібниця,—&lt;br /&gt;</w:t>
        <w:br/>
        <w:t>я навіть думав інколи:&lt;br /&gt;</w:t>
        <w:br/>
        <w:t>"Хай здоров'я моє погіршає!"&lt;br /&gt;</w:t>
        <w:br/>
        <w:t>107 Охинившись в лікарні,&lt;br /&gt;</w:t>
        <w:br/>
        <w:t>я знову знайшов&lt;br /&gt;</w:t>
        <w:br/>
        <w:t>справжнє серце своє —&lt;br /&gt;</w:t>
        <w:br/>
        <w:t>те серце, що любить&lt;br /&gt;</w:t>
        <w:br/>
        <w:t>дружину й дочку.</w:t>
      </w:r>
    </w:p>
    <w:p>
      <w:r>
        <w:br/>
        <w:t>108 Я ж зарікався&lt;br /&gt;</w:t>
        <w:br/>
        <w:t>не брехати більше!&lt;br /&gt;</w:t>
        <w:br/>
        <w:t>І от сьогодні вранці —&lt;br /&gt;</w:t>
        <w:br/>
        <w:t>хай навіть і трошки —&lt;br /&gt;</w:t>
        <w:br/>
        <w:t>знову збрехав!&lt;br /&gt;</w:t>
        <w:br/>
        <w:t>109 І раптом мене&lt;br /&gt;</w:t>
        <w:br/>
        <w:t>пронизала думка:&lt;br /&gt;</w:t>
        <w:br/>
        <w:t>"Та я ж — уособлення&lt;br /&gt;</w:t>
        <w:br/>
        <w:t>самої брехні!"&lt;br /&gt;</w:t>
        <w:br/>
        <w:t>Аж очі заплющив.&lt;br /&gt;</w:t>
        <w:br/>
        <w:t>110 "Просто його й не було —&lt;br /&gt;</w:t>
        <w:br/>
        <w:t>всього минулого!"&lt;br /&gt;</w:t>
        <w:br/>
        <w:t>Переконував я себе.&lt;br /&gt;</w:t>
        <w:br/>
        <w:t>Але серце не втишилося&lt;br /&gt;</w:t>
        <w:br/>
        <w:t>^ ані на краплю.&lt;br /&gt;</w:t>
        <w:br/>
        <w:t>114 От ніби все намагаюсь&lt;br /&gt;</w:t>
        <w:br/>
        <w:t>прибрати невинного вигляду,&lt;br /&gt;</w:t>
        <w:br/>
        <w:t>жахливий вчинивши&lt;br /&gt;</w:t>
        <w:br/>
        <w:t>злочин,—&lt;br /&gt;</w:t>
        <w:br/>
        <w:t>такий настрій у мене.&lt;br /&gt;</w:t>
        <w:br/>
        <w:t>115 "Не хвилюйтеся,&lt;br /&gt;</w:t>
        <w:br/>
        <w:t>спіть собі спокійненько&lt;br /&gt;</w:t>
        <w:br/>
        <w:t>ну просто&lt;br /&gt;</w:t>
        <w:br/>
        <w:t>як малій дитині,&lt;br /&gt;</w:t>
        <w:br/>
        <w:t>лікар мені говорить!&lt;br /&gt;</w:t>
        <w:br/>
        <w:t>116 Не міг заснути —&lt;br /&gt;</w:t>
        <w:br/>
        <w:t>і з-під пузиря із льодом&lt;br /&gt;</w:t>
        <w:br/>
        <w:t>на сусідів у палаті&lt;br /&gt;</w:t>
        <w:br/>
        <w:t>крізь сльози дивився&lt;br /&gt;</w:t>
        <w:br/>
        <w:t>з якоюсь аж ненавистю.&lt;br /&gt;</w:t>
        <w:br/>
        <w:t>118 Склепив повіки — і раптом подумав:&lt;br /&gt;</w:t>
        <w:br/>
        <w:t>"Так ось чого&lt;br /&gt;</w:t>
        <w:br/>
        <w:t>найдужче бояться люди,&lt;br /&gt;</w:t>
        <w:br/>
        <w:t>ось через що&lt;br /&gt;</w:t>
        <w:br/>
        <w:t>сльози ллють найгіркіші!"&lt;br /&gt;</w:t>
        <w:br/>
        <w:t>119 Час обходу,&lt;br /&gt;</w:t>
        <w:br/>
        <w:t>а лікаря все нема!</w:t>
      </w:r>
    </w:p>
    <w:p>
      <w:r>
        <w:br/>
        <w:t>На хворі груди&lt;br /&gt;</w:t>
        <w:br/>
        <w:t>руки поклав&lt;br /&gt;</w:t>
        <w:br/>
        <w:t>і рішуче заплющив очі.&lt;br /&gt;</w:t>
        <w:br/>
        <w:t>120 Хоч як пильно вдивлявся&lt;br /&gt;</w:t>
        <w:br/>
        <w:t>в обличчя лікареві —&lt;br /&gt;</w:t>
        <w:br/>
        <w:t>все одно нічого не вгадав.&lt;br /&gt;</w:t>
        <w:br/>
        <w:t>Того дня, коли подужчав&lt;br /&gt;</w:t>
        <w:br/>
        <w:t>біль у грудях.&lt;br /&gt;</w:t>
        <w:br/>
        <w:t>121 Коли хворієш —&lt;br /&gt;</w:t>
        <w:br/>
        <w:t>то, мабуть, і в серці&lt;br /&gt;</w:t>
        <w:br/>
        <w:t>сили потроху тануть!&lt;br /&gt;</w:t>
        <w:br/>
        <w:t>Добивається в груди&lt;br /&gt;</w:t>
        <w:br/>
        <w:t>бажання заплакати.&lt;br /&gt;</w:t>
        <w:br/>
        <w:t>124 Коли-небудь&lt;br /&gt;</w:t>
        <w:br/>
        <w:t>неодмінно видам&lt;br /&gt;</w:t>
        <w:br/>
        <w:t>цю книжку.&lt;br /&gt;</w:t>
        <w:br/>
        <w:t>Про її обкладинку&lt;br /&gt;</w:t>
        <w:br/>
        <w:t>з дружиною раджусь.&lt;br /&gt;</w:t>
        <w:br/>
        <w:t>128 "Це, певно, вже доля прийшла&lt;br /&gt;</w:t>
        <w:br/>
        <w:t>і гне мене до землі",—&lt;br /&gt;</w:t>
        <w:br/>
        <w:t>захвилювався я,&lt;br /&gt;</w:t>
        <w:br/>
        <w:t>прокинувшись уночі&lt;br /&gt;</w:t>
        <w:br/>
        <w:t>під важезною ковдрою.&lt;br /&gt;</w:t>
        <w:br/>
        <w:t>129 Нестерпна спрага!&lt;br /&gt;</w:t>
        <w:br/>
        <w:t>Але такий сьогодні настрій,&lt;br /&gt;</w:t>
        <w:br/>
        <w:t>що навіть важко&lt;br /&gt;</w:t>
        <w:br/>
        <w:t>простягнути руку&lt;br /&gt;</w:t>
        <w:br/>
        <w:t>і взяти поруч яблуко.&lt;br /&gt;</w:t>
        <w:br/>
        <w:t>131 Тепер у снах&lt;br /&gt;</w:t>
        <w:br/>
        <w:t>зозулю чую.&lt;br /&gt;</w:t>
        <w:br/>
        <w:t>Так сумно:&lt;br /&gt;</w:t>
        <w:br/>
        <w:t>не забув,&lt;br /&gt;</w:t>
        <w:br/>
        <w:t>як вона співає!&lt;br /&gt;</w:t>
        <w:br/>
        <w:t>132 П'ять років минуло,&lt;br /&gt;</w:t>
        <w:br/>
        <w:t>як поїхав я з рідного краю*&lt;br /&gt;</w:t>
        <w:br/>
        <w:t>І от, захворівши,&lt;br /&gt;</w:t>
        <w:br/>
        <w:t>почув уві сні&lt;br /&gt;</w:t>
        <w:br/>
        <w:t>зозулю з мого села!</w:t>
      </w:r>
    </w:p>
    <w:p>
      <w:r>
        <w:br/>
        <w:t>135 Затремтіла рука,&lt;br /&gt;</w:t>
        <w:br/>
        <w:t>що лічила пульс,&lt;br /&gt;</w:t>
        <w:br/>
        <w:t>і стало сумно мені —&lt;br /&gt;</w:t>
        <w:br/>
        <w:t>почав лаяти лікар&lt;br /&gt;</w:t>
        <w:br/>
        <w:t>молоду медсестру.&lt;br /&gt;</w:t>
        <w:br/>
        <w:t>137 Ах, довгий цей коридор&lt;br /&gt;</w:t>
        <w:br/>
        <w:t>у лікарні!&lt;br /&gt;</w:t>
        <w:br/>
        <w:t>Я все збирався&lt;br /&gt;</w:t>
        <w:br/>
        <w:t>пройЧи по ньому&lt;br /&gt;</w:t>
        <w:br/>
        <w:t>до самісінького кінця.&lt;br /&gt;</w:t>
        <w:br/>
        <w:t>138 Голову на хвильку підвів —&lt;br /&gt;</w:t>
        <w:br/>
        <w:t>і знов поринаю в дрімоту,&lt;br /&gt;</w:t>
        <w:br/>
        <w:t>і в цю мить ув очах,&lt;br /&gt;</w:t>
        <w:br/>
        <w:t>безвладних од гарячки,—&lt;br /&gt;</w:t>
        <w:br/>
        <w:t>кохані мої тюльпани!&lt;br /&gt;</w:t>
        <w:br/>
        <w:t>139 Схудли так,&lt;br /&gt;</w:t>
        <w:br/>
        <w:t>що не лишилося&lt;br /&gt;</w:t>
        <w:br/>
        <w:t>в них сили&lt;br /&gt;</w:t>
        <w:br/>
        <w:t>просто стиснути що-небудь.&lt;br /&gt;</w:t>
        <w:br/>
        <w:t>Бідолашні мої руки!&lt;br /&gt;</w:t>
        <w:br/>
        <w:t>141 Це справді сумно,&lt;br /&gt;</w:t>
        <w:br/>
        <w:t>але серце моь&lt;br /&gt;</w:t>
        <w:br/>
        <w:t>зовсім не хоче,&lt;br /&gt;</w:t>
        <w:br/>
        <w:t>щоб я одужав.&lt;br /&gt;</w:t>
        <w:br/>
        <w:t>Ну що за серце в мене!&lt;br /&gt;</w:t>
        <w:br/>
        <w:t>142 "Якби мені нове,&lt;br /&gt;</w:t>
        <w:br/>
        <w:t>зовсім інше тіло!" —&lt;br /&gt;</w:t>
        <w:br/>
        <w:t>Так мріяв я,&lt;br /&gt;</w:t>
        <w:br/>
        <w:t>погладжуючи рубець,&lt;br /&gt;</w:t>
        <w:br/>
        <w:t>що залишився від операції.&lt;br /&gt;</w:t>
        <w:br/>
        <w:t>143 Вже починаю тішитися&lt;br /&gt;</w:t>
        <w:br/>
        <w:t>навіть тим,&lt;br /&gt;</w:t>
        <w:br/>
        <w:t>що просто забув&lt;br /&gt;</w:t>
        <w:br/>
        <w:t>випити ліки.&lt;br /&gt;</w:t>
        <w:br/>
        <w:t>Ах, довга моя хвороба!&lt;br /&gt;</w:t>
        <w:br/>
        <w:t>144 Російське ім'я "Бородін",&lt;br /&gt;</w:t>
        <w:br/>
        <w:t>сам не знаю чому,</w:t>
      </w:r>
    </w:p>
    <w:p>
      <w:r>
        <w:br/>
        <w:t>вже кілька разів&lt;br /&gt;</w:t>
        <w:br/>
        <w:t>за сьогоднішній день&lt;br /&gt;</w:t>
        <w:br/>
        <w:t>спливало на думку.&lt;br /&gt;</w:t>
        <w:br/>
        <w:t>145 Непомітно&lt;br /&gt;</w:t>
        <w:br/>
        <w:t>підходять до мене,&lt;br /&gt;</w:t>
        <w:br/>
        <w:t>тиснуть руку&lt;br /&gt;</w:t>
        <w:br/>
        <w:t>і знов непомітно&lt;br /&gt;</w:t>
        <w:br/>
        <w:t>зникають люди!&lt;br /&gt;</w:t>
        <w:br/>
        <w:t>146 Дружині й приятелям, мабуть,&lt;br /&gt;</w:t>
        <w:br/>
        <w:t>бо ж я — такий слабий! —&lt;br /&gt;</w:t>
        <w:br/>
        <w:t>дивитися на мене сумно,&lt;br /&gt;</w:t>
        <w:br/>
        <w:t>все говорю і говорю&lt;br /&gt;</w:t>
        <w:br/>
        <w:t>про революцію.&lt;br /&gt;</w:t>
        <w:br/>
        <w:t>149 "Якби тридцять ієн&lt;br /&gt;</w:t>
        <w:br/>
        <w:t>на місяць,&lt;br /&gt;</w:t>
        <w:br/>
        <w:t>то у селі&lt;br /&gt;</w:t>
        <w:br/>
        <w:t>жилося б непогано",—&lt;br /&gt;</w:t>
        <w:br/>
        <w:t>подумав раптом.&lt;br /&gt;</w:t>
        <w:br/>
        <w:t>150 І знов сьогодні&lt;br /&gt;</w:t>
        <w:br/>
        <w:t>біль у грудях.&lt;br /&gt;</w:t>
        <w:br/>
        <w:t>Коли вже помирати —&lt;br /&gt;</w:t>
        <w:br/>
        <w:t>поїду в рідний край&lt;br /&gt;</w:t>
        <w:br/>
        <w:t>і там помру.&lt;br /&gt;</w:t>
        <w:br/>
        <w:t>152 За ці чотири місяці,&lt;br /&gt;</w:t>
        <w:br/>
        <w:t>що я в лікарні,&lt;br /&gt;</w:t>
        <w:br/>
        <w:t>серцю близькими стали —&lt;br /&gt;</w:t>
        <w:br/>
        <w:t>скільки я їх повипивав —&lt;br /&gt;</w:t>
        <w:br/>
        <w:t>навіть усі ці ліки.&lt;br /&gt;</w:t>
        <w:br/>
        <w:t>153 За ці чотири місяці,&lt;br /&gt;</w:t>
        <w:br/>
        <w:t>що я в лікарні,&lt;br /&gt;</w:t>
        <w:br/>
        <w:t>дуже помітно&lt;br /&gt;</w:t>
        <w:br/>
        <w:t>дочка підросла.&lt;br /&gt;</w:t>
        <w:br/>
        <w:t>Як сумно бачити це!&lt;br /&gt;</w:t>
        <w:br/>
        <w:t>155 Всадовив коло ліжка&lt;br /&gt;</w:t>
        <w:br/>
        <w:t>дочку&lt;br /&gt;</w:t>
        <w:br/>
        <w:t>і пильно став дивитись&lt;br /&gt;</w:t>
        <w:br/>
        <w:t>їй в обличчя —&lt;br /&gt;</w:t>
        <w:br/>
        <w:t>а вона схопилась і втекла!</w:t>
      </w:r>
    </w:p>
    <w:p>
      <w:r>
        <w:br/>
        <w:t>157 Ні на твоїх батьків,&lt;br /&gt;</w:t>
        <w:br/>
        <w:t>ні на батьків&lt;br /&gt;</w:t>
        <w:br/>
        <w:t>батьків твоїх,&lt;br /&gt;</w:t>
        <w:br/>
        <w:t>я дуже прошу,&lt;br /&gt;</w:t>
        <w:br/>
        <w:t>не будь ти схожа, дочко!&lt;br /&gt;</w:t>
        <w:br/>
        <w:t>158 Найбільша печаль&lt;br /&gt;</w:t>
        <w:br/>
        <w:t>(я по собі це знаю)&lt;br /&gt;</w:t>
        <w:br/>
        <w:t>буває в серці дитини,&lt;br /&gt;</w:t>
        <w:br/>
        <w:t>котра не заплаче нізащо,&lt;br /&gt;</w:t>
        <w:br/>
        <w:t>хоч як її лають і б'ють.&lt;br /&gt;</w:t>
        <w:br/>
        <w:t>159 "Робітники",&lt;br /&gt;</w:t>
        <w:br/>
        <w:t>"революція" —&lt;br /&gt;</w:t>
        <w:br/>
        <w:t>ці слова&lt;br /&gt;</w:t>
        <w:br/>
        <w:t>швидко запам'ятала&lt;br /&gt;</w:t>
        <w:br/>
        <w:t>п'ятирічна моя дочка.&lt;br /&gt;</w:t>
        <w:br/>
        <w:t>^ 161 Над чим це задумалася&lt;br /&gt;</w:t>
        <w:br/>
        <w:t>моя дочка?&lt;br /&gt;</w:t>
        <w:br/>
        <w:t>Покинула іграшки,&lt;br /&gt;</w:t>
        <w:br/>
        <w:t>підійшла і смирненько&lt;br /&gt;</w:t>
        <w:br/>
        <w:t>всілася коло мене.&lt;br /&gt;</w:t>
        <w:br/>
        <w:t>162 Забула навіть про полудень,&lt;br /&gt;</w:t>
        <w:br/>
        <w:t>коли одержує ласощі,—&lt;br /&gt;</w:t>
        <w:br/>
        <w:t>все дивиться у вікно&lt;br /&gt;</w:t>
        <w:br/>
        <w:t>на вулицю, на людей&lt;br /&gt;</w:t>
        <w:br/>
        <w:t>п'ятирічна моя дочка!&lt;br /&gt;</w:t>
        <w:br/>
        <w:t>164 Про те, що думаю,&lt;br /&gt;</w:t>
        <w:br/>
        <w:t>коли втуплю&lt;br /&gt;</w:t>
        <w:br/>
        <w:t>очі в підлогу,—&lt;br /&gt;</w:t>
        <w:br/>
        <w:t>чи попросиш, дружино,&lt;br /&gt;</w:t>
        <w:br/>
        <w:t>розповісти тобі?&lt;br /&gt;</w:t>
        <w:br/>
        <w:t>167 Часто просив відсунути&lt;br /&gt;</w:t>
        <w:br/>
        <w:t>фіранку, що в головах,—&lt;br /&gt;</w:t>
        <w:br/>
        <w:t>так-от і звик,&lt;br /&gt;</w:t>
        <w:br/>
        <w:t>через довгу хворобу,&lt;br /&gt;</w:t>
        <w:br/>
        <w:t>дивитись на небо!&lt;br /&gt;</w:t>
        <w:br/>
        <w:t>169 Одразу перо схопив —&lt;br /&gt;</w:t>
        <w:br/>
        <w:t>так захотілося&lt;br /&gt;</w:t>
        <w:br/>
        <w:t>написати що-небудь!</w:t>
      </w:r>
    </w:p>
    <w:p>
      <w:r>
        <w:br/>
        <w:t>Вранці у вазі побачив&lt;br /&gt;</w:t>
        <w:br/>
        <w:t>свіжі квіти.&lt;br /&gt;</w:t>
        <w:br/>
        <w:t>170 У дружини моєї&lt;br /&gt;</w:t>
        <w:br/>
        <w:t>такий вигляд сьогодні,&lt;br /&gt;</w:t>
        <w:br/>
        <w:t>як у жінки,&lt;br /&gt;</w:t>
        <w:br/>
        <w:t>покинутої коханим.&lt;br /&gt;</w:t>
        <w:br/>
        <w:t>Цілий день на квіти дивлюсь.&lt;br /&gt;</w:t>
        <w:br/>
        <w:t>171 Все чекаю, коли ж то матиму&lt;br /&gt;</w:t>
        <w:br/>
        <w:t>розкіш таку '— зайві гроші!&lt;br /&gt;</w:t>
        <w:br/>
        <w:t>От і сьогоднішній день прожив&lt;br /&gt;</w:t>
        <w:br/>
        <w:t>і лягав, і вставав —&lt;br /&gt;</w:t>
        <w:br/>
        <w:t>тільки з цією мрією.&lt;br /&gt;</w:t>
        <w:br/>
        <w:t>173 Коли приятель розповідав&lt;br /&gt;</w:t>
        <w:br/>
        <w:t>про свої любовні пригоди&lt;br /&gt;</w:t>
        <w:br/>
        <w:t>в якомусь іншому місті —&lt;br /&gt;</w:t>
        <w:br/>
        <w:t>я відчув: тут пахне брехнею.&lt;br /&gt;</w:t>
        <w:br/>
        <w:t>І стало так сумно менії&lt;br /&gt;</w:t>
        <w:br/>
        <w:t>174 Ах, скільки вже часу минуло,&lt;br /&gt;</w:t>
        <w:br/>
        <w:t>як я не сміявся!&lt;br /&gt;</w:t>
        <w:br/>
        <w:t>І раптом зареготав:&lt;br /&gt;</w:t>
        <w:br/>
        <w:t>побачив, як муха&lt;br /&gt;</w:t>
        <w:br/>
        <w:t>тре лапку об лапку.&lt;br /&gt;</w:t>
        <w:br/>
        <w:t>175 І сум тих днів,&lt;br /&gt;</w:t>
        <w:br/>
        <w:t>коли болить у грудях,—&lt;br /&gt;</w:t>
        <w:br/>
        <w:t>мов той приємний&lt;br /&gt;</w:t>
        <w:br/>
        <w:t>запах тютюну,&lt;br /&gt;</w:t>
        <w:br/>
        <w:t>забути неможливо!&lt;br /&gt;</w:t>
        <w:br/>
        <w:t>177 Свою п'ятирічну дочку,&lt;br /&gt;</w:t>
        <w:br/>
        <w:t>сам не знаю чому,&lt;br /&gt;</w:t>
        <w:br/>
        <w:t>став називати я&lt;br /&gt;</w:t>
        <w:br/>
        <w:t>російським ім'ям Соня.&lt;br /&gt;</w:t>
        <w:br/>
        <w:t>І радо тепер кличу її!&lt;br /&gt;</w:t>
        <w:br/>
        <w:t>179 Якщо завести кошеня *—&lt;br /&gt;</w:t>
        <w:br/>
        <w:t>то, напевне, й воно&lt;br /&gt;</w:t>
        <w:br/>
        <w:t>стане причиною&lt;br /&gt;</w:t>
        <w:br/>
        <w:t>цих постійних сварок.&lt;br /&gt;</w:t>
        <w:br/>
        <w:t>Печальний наш дім.</w:t>
      </w:r>
    </w:p>
    <w:p>
      <w:r>
        <w:br/>
        <w:t>181 Якось, зовсім забувши&lt;br /&gt;</w:t>
        <w:br/>
        <w:t>про те, що хворий,&lt;br /&gt;</w:t>
        <w:br/>
        <w:t>раптом як зареву по-коров'ячи!&lt;br /&gt;</w:t>
        <w:br/>
        <w:t>Ну звичайно, дружини й дочки&lt;br /&gt;</w:t>
        <w:br/>
        <w:t>вдома тоді не було.&lt;br /&gt;</w:t>
        <w:br/>
        <w:t>182 Як сумно дивитись на батька!&lt;br /&gt;</w:t>
        <w:br/>
        <w:t>Він знову сьогодні&lt;br /&gt;</w:t>
        <w:br/>
        <w:t>не став читати газету —&lt;br /&gt;</w:t>
        <w:br/>
        <w:t>пішов на подвір'я&lt;br /&gt;</w:t>
        <w:br/>
        <w:t>бавитися з мурашками.&lt;br /&gt;</w:t>
        <w:br/>
        <w:t>185 Закортіло сьогодні раптом&lt;br /&gt;</w:t>
        <w:br/>
        <w:t>погратись із сусідськими дітлахами.&lt;br /&gt;</w:t>
        <w:br/>
        <w:t>Я їх покликав,&lt;br /&gt;</w:t>
        <w:br/>
        <w:t>а вони не схотіли.&lt;br /&gt;</w:t>
        <w:br/>
        <w:t>Так на душі стало прикро!&lt;br /&gt;</w:t>
        <w:br/>
        <w:t>186 І хвороба моя не минає,&lt;br /&gt;</w:t>
        <w:br/>
        <w:t>і смерть забарилася десь.&lt;br /&gt;</w:t>
        <w:br/>
        <w:t>Серце лиш день до дня&lt;br /&gt;</w:t>
        <w:br/>
        <w:t>все дужче розпалюється —&lt;br /&gt;</w:t>
        <w:br/>
        <w:t>от уже скоро рік!&lt;br /&gt;</w:t>
        <w:br/>
        <w:t>187 Вранці, саме коли&lt;br /&gt;</w:t>
        <w:br/>
        <w:t>скінчилися куплені ліки,&lt;br /&gt;</w:t>
        <w:br/>
        <w:t>прийшов від друга переказ —&lt;br /&gt;</w:t>
        <w:br/>
        <w:t>як вияв доброчинства.&lt;br /&gt;</w:t>
        <w:br/>
        <w:t>Сумно стало.&lt;br /&gt;</w:t>
        <w:br/>
        <w:t>188 Нагримав я на дочку,&lt;br /&gt;</w:t>
        <w:br/>
        <w:t>і вона заснула, схлипуючи.&lt;br /&gt;</w:t>
        <w:br/>
        <w:t>Підійшов і личка її&lt;br /&gt;</w:t>
        <w:br/>
        <w:t>з ледь розтуленим ротиком&lt;br /&gt;</w:t>
        <w:br/>
        <w:t>легенько торкнувся.&lt;br /&gt;</w:t>
        <w:br/>
        <w:t>189 Вранц сьогодні&lt;br /&gt;</w:t>
        <w:br/>
        <w:t>встав я чомусь&lt;br /&gt;</w:t>
        <w:br/>
        <w:t>із таким відчуттям,&lt;br /&gt;</w:t>
        <w:br/>
        <w:t>ніби легені зменшились.&lt;br /&gt;</w:t>
        <w:br/>
        <w:t>Осінь скоро почнеться.&lt;br /&gt;</w:t>
        <w:br/>
        <w:t>190 Вже осінь надходить.&lt;br /&gt;</w:t>
        <w:br/>
        <w:t>Як приязно,</w:t>
      </w:r>
    </w:p>
    <w:p>
      <w:r>
        <w:br/>
        <w:t>як зичливо&lt;br /&gt;</w:t>
        <w:br/>
        <w:t>долоню мою зустрічає&lt;br /&gt;</w:t>
        <w:br/>
        <w:t>тепло електричної лампи!&lt;br /&gt;</w:t>
        <w:br/>
        <w:t>191 Ляльку поклав на подушку,&lt;br /&gt;</w:t>
        <w:br/>
        <w:t>де після обіду&lt;br /&gt;</w:t>
        <w:br/>
        <w:t>спала дочка,&lt;br /&gt;</w:t>
        <w:br/>
        <w:t>і прикрашаю її.&lt;br /&gt;</w:t>
        <w:br/>
        <w:t>Самотня забава моя!&lt;br /&gt;</w:t>
        <w:br/>
        <w:t>192 Коли говорю я:&lt;br /&gt;</w:t>
        <w:br/>
        <w:t>"Христос — людина",&lt;br /&gt;</w:t>
        <w:br/>
        <w:t>очі в сестри сумніють,&lt;br /&gt;</w:t>
        <w:br/>
        <w:t>і з жалем дивиться&lt;br /&gt;</w:t>
        <w:br/>
        <w:t>вона на мене.&lt;br /&gt;</w:t>
        <w:br/>
        <w:t>193 Попросив постелити&lt;br /&gt;</w:t>
        <w:br/>
        <w:t>мені на веранді.&lt;br /&gt;</w:t>
        <w:br/>
        <w:t>Довга ж була розлука&lt;br /&gt;</w:t>
        <w:br/>
        <w:t>у нас із тобою,&lt;br /&gt;</w:t>
        <w:br/>
        <w:t>вечірнє небо!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Лірика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