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Лихорад</w:t>
      </w:r>
    </w:p>
    <w:p>
      <w:r>
        <w:br/>
        <w:t xml:space="preserve"> Ще ледь на вірш благословлялось,&lt;br /&gt;</w:t>
        <w:br/>
        <w:t>Примчав до мене Лихорад,&lt;br /&gt;</w:t>
        <w:br/>
        <w:t>Весь в пурпурі, верхом, зі Сходу&lt;br /&gt;</w:t>
        <w:br/>
        <w:t>I з ходу — сів, загув, заграв,&lt;br /&gt;</w:t>
        <w:br/>
        <w:t>На двох налив: "Ну, вип'єм, брат!"</w:t>
      </w:r>
    </w:p>
    <w:p>
      <w:r>
        <w:br/>
        <w:t>П'ємо — гультяй гуде над вухо,&lt;br /&gt;</w:t>
        <w:br/>
        <w:t>П'ємо — а я собі мовчу.&lt;br /&gt;</w:t>
        <w:br/>
        <w:t>Червоні множаться світанки,&lt;br /&gt;</w:t>
        <w:br/>
        <w:t>Шугають, б'ються у шибки,&lt;br /&gt;</w:t>
        <w:br/>
        <w:t>Вина напившись досхочу.</w:t>
      </w:r>
    </w:p>
    <w:p>
      <w:r>
        <w:br/>
        <w:t>Втрачений рай святого Сходу,&lt;br /&gt;</w:t>
        <w:br/>
        <w:t>Ганьба сьогоднішнього дня&lt;br /&gt;</w:t>
        <w:br/>
        <w:t>I млою здоблене майбутнє&lt;br /&gt;</w:t>
        <w:br/>
        <w:t>Танцюють на хмільнім столі,&lt;br /&gt;</w:t>
        <w:br/>
        <w:t>А за столом іде борня.</w:t>
      </w:r>
    </w:p>
    <w:p>
      <w:r>
        <w:br/>
        <w:t>Я у благенькій піджачині,&lt;br /&gt;</w:t>
        <w:br/>
        <w:t>На Лихорадові багрець.&lt;br /&gt;</w:t>
        <w:br/>
        <w:t>Розп'яття, померки, дві свічки,&lt;br /&gt;</w:t>
        <w:br/>
        <w:t>Вина роз'юшений прибій,&lt;br /&gt;</w:t>
        <w:br/>
        <w:t>Відчай, двобій, нещадний герць.</w:t>
      </w:r>
    </w:p>
    <w:p>
      <w:r>
        <w:br/>
        <w:t>Ще в оні дні у Вавілоні&lt;br /&gt;</w:t>
        <w:br/>
        <w:t>Звела недоля нас обох.&lt;br /&gt;</w:t>
        <w:br/>
        <w:t>Цей бахур Бахус, цей мій пращур&lt;br /&gt;</w:t>
        <w:br/>
        <w:t>З того часу для мене все —&lt;br /&gt;</w:t>
        <w:br/>
        <w:t>Кумпан, і пан, і цар, і Бог.</w:t>
      </w:r>
    </w:p>
    <w:p>
      <w:r>
        <w:br/>
        <w:t>Цей Феб-ефеб з лицем сатира&lt;br /&gt;</w:t>
        <w:br/>
        <w:t>Не поспіша — ти, коню, жди!&lt;br /&gt;</w:t>
        <w:br/>
        <w:t>Тож бал гуде, двобій яриться,&lt;br /&gt;</w:t>
        <w:br/>
        <w:t>I по кривавому столу&lt;br /&gt;</w:t>
        <w:br/>
        <w:t>Бокал снує туди-сюди.</w:t>
      </w:r>
    </w:p>
    <w:p>
      <w:r>
        <w:br/>
        <w:t>"Мій пане Боже, пане брате,&lt;br /&gt;</w:t>
        <w:br/>
        <w:t>Я вже готов — ні гей, ні стей...&lt;br /&gt;</w:t>
        <w:br/>
        <w:t>Занадто вже добра зазнав я —&lt;br /&gt;</w:t>
        <w:br/>
        <w:t>Жадань, кохань, ночей, гріхів...&lt;br /&gt;</w:t>
        <w:br/>
        <w:t>Доволі, батьку, тих страстей!"</w:t>
      </w:r>
    </w:p>
    <w:p>
      <w:r>
        <w:br/>
        <w:t>Даю йому розбиту лютню,&lt;br /&gt;</w:t>
        <w:br/>
        <w:t>Розбите серце. Він: "Га-га!"&lt;br /&gt;</w:t>
        <w:br/>
        <w:t>А за вікном корчми святої&lt;br /&gt;</w:t>
        <w:br/>
        <w:t>Співочим сном, п'яним чолом&lt;br /&gt;</w:t>
        <w:br/>
        <w:t>Життя нестримно пробіга.</w:t>
      </w:r>
    </w:p>
    <w:p>
      <w:r>
        <w:br/>
        <w:t>"Боже, іди борись деінде,&lt;br /&gt;</w:t>
        <w:br/>
        <w:t>Мені в тім радощів нема.&lt;br /&gt;</w:t>
        <w:br/>
        <w:t>Від хмелю й слави серцю нудно.&lt;br /&gt;</w:t>
        <w:br/>
        <w:t>Рвучись до неосяжних мрій,&lt;br /&gt;</w:t>
        <w:br/>
        <w:t>Я львині кігті обламав.</w:t>
      </w:r>
    </w:p>
    <w:p>
      <w:r>
        <w:br/>
        <w:t>Боже, земля в мене злидарська,&lt;br /&gt;</w:t>
        <w:br/>
        <w:t>Мадярська; я кругом злидар.&lt;br /&gt;</w:t>
        <w:br/>
        <w:t>До чого всі ці узливання,&lt;br /&gt;</w:t>
        <w:br/>
        <w:t>Ці жертви крові і вина?&lt;br /&gt;</w:t>
        <w:br/>
        <w:t>Чого хто варт, як він мадяр?</w:t>
      </w:r>
    </w:p>
    <w:p>
      <w:r>
        <w:br/>
        <w:t>Боже, хто я? Набитий дурень,&lt;br /&gt;</w:t>
        <w:br/>
        <w:t>Бурлак, нетяга із нетяг.&lt;br /&gt;</w:t>
        <w:br/>
        <w:t>Не маю грошей, ані віри,&lt;br /&gt;</w:t>
        <w:br/>
        <w:t>Всю силу висилив, хоч гинь,-&lt;br /&gt;</w:t>
        <w:br/>
        <w:t>Яке пуття з мого пиття?</w:t>
      </w:r>
    </w:p>
    <w:p>
      <w:r>
        <w:br/>
        <w:t>Є в мене мати, хай святиться,&lt;br /&gt;</w:t>
        <w:br/>
        <w:t>Є Леда — честь їй і хвала! —&lt;br /&gt;</w:t>
        <w:br/>
        <w:t>Є кілька марив блискотливих,&lt;br /&gt;</w:t>
        <w:br/>
        <w:t>Є пара ближніх... Та в душі&lt;br /&gt;</w:t>
        <w:br/>
        <w:t>Дрягва бездонна вже лягла.</w:t>
      </w:r>
    </w:p>
    <w:p>
      <w:r>
        <w:br/>
        <w:t>Було б ще, може, кілька віршів,&lt;br /&gt;</w:t>
        <w:br/>
        <w:t>Що хоч би й генію під стать,&lt;br /&gt;</w:t>
        <w:br/>
        <w:t>Кілька нових пісень розкішних...&lt;br /&gt;</w:t>
        <w:br/>
        <w:t>Та краще в цім аду-чаду&lt;br /&gt;</w:t>
        <w:br/>
        <w:t>Під стіл упасти і не встать.</w:t>
      </w:r>
    </w:p>
    <w:p>
      <w:r>
        <w:br/>
        <w:t>Пусти слугу твого, о Боже,&lt;br /&gt;</w:t>
        <w:br/>
        <w:t>Все, що я мав, уже ф'ю-ф'ю...&lt;br /&gt;</w:t>
        <w:br/>
        <w:t>Одно мені лишилось — амба.&lt;br /&gt;</w:t>
        <w:br/>
        <w:t>I не частуй, і не чаруй,&lt;br /&gt;</w:t>
        <w:br/>
        <w:t>Даруй, старий, я більш не п'ю.</w:t>
      </w:r>
    </w:p>
    <w:p>
      <w:r>
        <w:br/>
        <w:t>До горла тиснеться огида,&lt;br /&gt;</w:t>
        <w:br/>
        <w:t>Зв'ялив мене цей наш союз.&lt;br /&gt;</w:t>
        <w:br/>
        <w:t>Тобі я кланяюсь востаннє,&lt;br /&gt;</w:t>
        <w:br/>
        <w:t>I ось — бокал додолу брязь...&lt;br /&gt;</w:t>
        <w:br/>
        <w:t>Здаюся, Господи, здаюсь!"</w:t>
      </w:r>
    </w:p>
    <w:p>
      <w:r>
        <w:br/>
        <w:t>Встав Лихорад і засміявся,&lt;br /&gt;</w:t>
        <w:br/>
        <w:t>Мене ударив по плечу,&lt;br /&gt;</w:t>
        <w:br/>
        <w:t>Сів на баского буцефала&lt;br /&gt;</w:t>
        <w:br/>
        <w:t>Чаклун, шаман, відьмач і жрець:&lt;br /&gt;</w:t>
        <w:br/>
        <w:t>"Тепер на Захід полечу".</w:t>
      </w:r>
    </w:p>
    <w:p>
      <w:r>
        <w:br/>
        <w:t>Та й шугонув на нові грища,&lt;br /&gt;</w:t>
        <w:br/>
        <w:t>Поганський гудучи псалом,&lt;br /&gt;</w:t>
        <w:br/>
        <w:t>А я з розп'яттям і склянками,&lt;br /&gt;</w:t>
        <w:br/>
        <w:t>Осклілий, млілий і радий,&lt;br /&gt;</w:t>
        <w:br/>
        <w:t>Лежу мертвецьки під столом.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Лихорад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