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Лікар Айболить</w:t>
      </w:r>
    </w:p>
    <w:p>
      <w:r>
        <w:br/>
        <w:t xml:space="preserve"> Добрий лікар Айболить!&lt;br /&gt;</w:t>
        <w:br/>
        <w:t>Він під деревом сидить.&lt;br /&gt;</w:t>
        <w:br/>
        <w:t>Приходь до нього лікуватися&lt;br /&gt;</w:t>
        <w:br/>
        <w:t>І корова, і вовчиця,&lt;br /&gt;</w:t>
        <w:br/>
        <w:t>І жучок, і черв'ячок,&lt;br /&gt;</w:t>
        <w:br/>
        <w:t>І ведмедиця!</w:t>
      </w:r>
    </w:p>
    <w:p>
      <w:r>
        <w:br/>
        <w:t>Вилікує всіх&lt;br /&gt;</w:t>
        <w:br/>
        <w:t>Добрий лікар Айболить!</w:t>
      </w:r>
    </w:p>
    <w:p>
      <w:r>
        <w:br/>
        <w:t>І прийшла до Айболиту лисиця:&lt;br /&gt;</w:t>
        <w:br/>
        <w:t>"Ой, мене вкусила оса!"</w:t>
      </w:r>
    </w:p>
    <w:p>
      <w:r>
        <w:br/>
        <w:t>І прийшов до Айболиту барбос:&lt;br /&gt;</w:t>
        <w:br/>
        <w:t>"Мене курка клюнула в ніс!"</w:t>
      </w:r>
    </w:p>
    <w:p>
      <w:r>
        <w:br/>
        <w:t>І прибігла зайчиха&lt;br /&gt;</w:t>
        <w:br/>
        <w:t>І закричала: "Ай, ай!&lt;br /&gt;</w:t>
        <w:br/>
        <w:t>Мій зайчик потрапив під трамвай!&lt;br /&gt;</w:t>
        <w:br/>
        <w:t>Мій зайчик, мій хлопчик&lt;br /&gt;</w:t>
        <w:br/>
        <w:t>Потрапив під трамвай!</w:t>
      </w:r>
    </w:p>
    <w:p>
      <w:r>
        <w:br/>
        <w:t>Він біг по доріжці,&lt;br /&gt;</w:t>
        <w:br/>
        <w:t>І йому перерізало ніжки,&lt;br /&gt;</w:t>
        <w:br/>
        <w:t>І тепер він хворий і кульгавий,&lt;br /&gt;</w:t>
        <w:br/>
        <w:t>Маленький зайченя мій!"</w:t>
      </w:r>
    </w:p>
    <w:p>
      <w:r>
        <w:br/>
        <w:t>І сказав Айболить: "Не біда!&lt;br /&gt;</w:t>
        <w:br/>
        <w:t>Подавай-но його сюди!</w:t>
      </w:r>
    </w:p>
    <w:p>
      <w:r>
        <w:br/>
        <w:t>Я пришию йому нові ніжки,&lt;br /&gt;</w:t>
        <w:br/>
        <w:t>Він знову побіжить по доріжці".</w:t>
      </w:r>
    </w:p>
    <w:p>
      <w:r>
        <w:br/>
        <w:t>І до нього принесли зайчика,&lt;br /&gt;</w:t>
        <w:br/>
        <w:t>Такого хворого, кульгавого!&lt;br /&gt;</w:t>
        <w:br/>
        <w:t>І доктор пришив йому ніжки,&lt;br /&gt;</w:t>
        <w:br/>
        <w:t>І заїнька стрибає знову.&lt;br /&gt;</w:t>
        <w:br/>
        <w:t>А з ним і зайчиха-мати&lt;br /&gt;</w:t>
        <w:br/>
        <w:t>Теж пішла танцювати.&lt;br /&gt;</w:t>
        <w:br/>
        <w:t>І сміється вона і кричить:&lt;br /&gt;</w:t>
        <w:br/>
        <w:t>"Ну, спасибі тобі, Айболить!"</w:t>
      </w:r>
    </w:p>
    <w:p>
      <w:r>
        <w:br/>
        <w:t>Раптом звідкись шакал&lt;br /&gt;</w:t>
        <w:br/>
        <w:t>На кобилі прискакав:&lt;br /&gt;</w:t>
        <w:br/>
        <w:t>"Ось вам телеграма&lt;br /&gt;</w:t>
        <w:br/>
        <w:t>Від Гіпопотама!"</w:t>
      </w:r>
    </w:p>
    <w:p>
      <w:r>
        <w:br/>
        <w:t>"Приїжджайте, доктор,&lt;br /&gt;</w:t>
        <w:br/>
        <w:t>В Африку скоріше&lt;br /&gt;</w:t>
        <w:br/>
        <w:t>І врятуйте, доктор,&lt;br /&gt;</w:t>
        <w:br/>
        <w:t>Наших малюків!"</w:t>
      </w:r>
    </w:p>
    <w:p>
      <w:r>
        <w:br/>
        <w:t>"Що таке? Невже&lt;br /&gt;</w:t>
        <w:br/>
        <w:t>Ваші діти захворіли?"</w:t>
      </w:r>
    </w:p>
    <w:p>
      <w:r>
        <w:br/>
        <w:t>"Так-так-так! У них ангіна,&lt;br /&gt;</w:t>
        <w:br/>
        <w:t>Скарлатина, холерина,&lt;br /&gt;</w:t>
        <w:br/>
        <w:t>Дифтерит, апендицит,&lt;br /&gt;</w:t>
        <w:br/>
        <w:t>Малярія і бронхіт!</w:t>
      </w:r>
    </w:p>
    <w:p>
      <w:r>
        <w:br/>
        <w:t>Приходьте ж скоріше,&lt;br /&gt;</w:t>
        <w:br/>
        <w:t>Добрий лікар Айболить!"</w:t>
      </w:r>
    </w:p>
    <w:p>
      <w:r>
        <w:br/>
        <w:t>"Гаразд, гаразд, побіжу,&lt;br /&gt;</w:t>
        <w:br/>
        <w:t>Вашим дітям допоможу.</w:t>
      </w:r>
    </w:p>
    <w:p>
      <w:r>
        <w:br/>
        <w:t>Тільки де ж ви живете?&lt;br /&gt;</w:t>
        <w:br/>
        <w:t>На горі чи в болоті?"</w:t>
      </w:r>
    </w:p>
    <w:p>
      <w:r>
        <w:br/>
        <w:t>"Ми живемо на Занзібарі,&lt;br /&gt;</w:t>
        <w:br/>
        <w:t>В Калахарі і Цукрі,&lt;br /&gt;</w:t>
        <w:br/>
        <w:t>На горі Фернандо-По,&lt;br /&gt;</w:t>
        <w:br/>
        <w:t>Де гуляє Гіппо-за&lt;br /&gt;</w:t>
        <w:br/>
        <w:t>По широкій Лімпопо".</w:t>
      </w:r>
    </w:p>
    <w:p>
      <w:r>
        <w:br/>
        <w:t>І встав Айболить, побіг Айболить,&lt;br /&gt;</w:t>
        <w:br/>
        <w:t>По полях, по лісах, по лугах він біжить.&lt;br /&gt;</w:t>
        <w:br/>
        <w:t>І одне тільки слово твердить Айболить:&lt;br /&gt;</w:t>
        <w:br/>
        <w:t>"Лімпопо, Лімпопо, Лімпопо!"</w:t>
      </w:r>
    </w:p>
    <w:p>
      <w:r>
        <w:br/>
        <w:t>А в обличчя йому вітер, і сніг, і град:&lt;br /&gt;</w:t>
        <w:br/>
        <w:t>"Гей, Айболить, воротися назад!"&lt;br /&gt;</w:t>
        <w:br/>
        <w:t>І впав Айболить і лежить на снігу:&lt;br /&gt;</w:t>
        <w:br/>
        <w:t>"Я далі йти не можу".</w:t>
      </w:r>
    </w:p>
    <w:p>
      <w:r>
        <w:br/>
        <w:t>І зараз же до нього з-за ялинки&lt;br /&gt;</w:t>
        <w:br/>
        <w:t>Вибігають волохаті вовки:&lt;br /&gt;</w:t>
        <w:br/>
        <w:t>"Сідай, Айболить, верхи,&lt;br /&gt;</w:t>
        <w:br/>
        <w:t>Ми жваво тебе довеземо!"</w:t>
      </w:r>
    </w:p>
    <w:p>
      <w:r>
        <w:br/>
        <w:t>І поскакав вперед Айболить&lt;br /&gt;</w:t>
        <w:br/>
        <w:t>І одне тільки слово твердить:&lt;br /&gt;</w:t>
        <w:br/>
        <w:t>"Лімпопо, Лімпопо, Лімпопо!"</w:t>
      </w:r>
    </w:p>
    <w:p>
      <w:r>
        <w:br/>
        <w:t>Але ось перед ними море&lt;br /&gt;</w:t>
        <w:br/>
        <w:t>Вирує, шумить на просторі.&lt;br /&gt;</w:t>
        <w:br/>
        <w:t>А в морі висока ходить хвиля,&lt;br /&gt;</w:t>
        <w:br/>
        <w:t>Зараз Айболита вона проковтне.</w:t>
      </w:r>
    </w:p>
    <w:p>
      <w:r>
        <w:br/>
        <w:t>"О, якщо я потону,&lt;br /&gt;</w:t>
        <w:br/>
        <w:t>Якщо піду я до дна,&lt;br /&gt;</w:t>
        <w:br/>
        <w:t>Що станеться з ними, з хворими,&lt;br /&gt;</w:t>
        <w:br/>
        <w:t>З моїми лісовими звірами?"</w:t>
      </w:r>
    </w:p>
    <w:p>
      <w:r>
        <w:br/>
        <w:t>Але тут випливає кіт:&lt;br /&gt;</w:t>
        <w:br/>
        <w:t>"Сідай на мене, Айболить,&lt;br /&gt;</w:t>
        <w:br/>
        <w:t>І, як великий пароплав,&lt;br /&gt;</w:t>
        <w:br/>
        <w:t>Тебе повезу я вперед!"</w:t>
      </w:r>
    </w:p>
    <w:p>
      <w:r>
        <w:br/>
        <w:t>І сів на кита Айболить&lt;br /&gt;</w:t>
        <w:br/>
        <w:t>І одне тільки слово твердить:&lt;br /&gt;</w:t>
        <w:br/>
        <w:t>"Лімпопо, Лімпопо, Лімпопо!"</w:t>
      </w:r>
    </w:p>
    <w:p>
      <w:r>
        <w:br/>
        <w:t>І гори постають перед ним на шляху,&lt;br /&gt;</w:t>
        <w:br/>
        <w:t>І він по горах починає повзти,&lt;br /&gt;</w:t>
        <w:br/>
        <w:t>А гори все вище, а гори все крутіше,&lt;br /&gt;</w:t>
        <w:br/>
        <w:t>А гори йдуть під самі хмари!</w:t>
      </w:r>
    </w:p>
    <w:p>
      <w:r>
        <w:br/>
        <w:t>"О, якщо я не дійду,&lt;br /&gt;</w:t>
        <w:br/>
        <w:t>Якщо в дорозі пропаду,&lt;br /&gt;</w:t>
        <w:br/>
        <w:t>Що станеться з ними, з хворими,&lt;br /&gt;</w:t>
        <w:br/>
        <w:t>З моїми лісовими звірами?"</w:t>
      </w:r>
    </w:p>
    <w:p>
      <w:r>
        <w:br/>
        <w:t>І зараз же з високої скелі&lt;br /&gt;</w:t>
        <w:br/>
        <w:t>До Айболиту спустилися орли:&lt;br /&gt;</w:t>
        <w:br/>
        <w:t>"Сідай, Айболить, верхи,&lt;br /&gt;</w:t>
        <w:br/>
        <w:t>Ми жваво тебе довеземо!"</w:t>
      </w:r>
    </w:p>
    <w:p>
      <w:r>
        <w:br/>
        <w:t>І сів на орла Айболить&lt;br /&gt;</w:t>
        <w:br/>
        <w:t>І одне тільки слово твердить:&lt;br /&gt;</w:t>
        <w:br/>
        <w:t>"Лімпопо, Лімпопо, Лімпопо!"</w:t>
      </w:r>
    </w:p>
    <w:p>
      <w:r>
        <w:br/>
        <w:t>А в Африці,&lt;br /&gt;</w:t>
        <w:br/>
        <w:t>А в Африці,&lt;br /&gt;</w:t>
        <w:br/>
        <w:t>На чорній&lt;br /&gt;</w:t>
        <w:br/>
        <w:t>Лімпопо,&lt;br /&gt;</w:t>
        <w:br/>
        <w:t>Сидить і плаче&lt;br /&gt;</w:t>
        <w:br/>
        <w:t>В Африці&lt;br /&gt;</w:t>
        <w:br/>
        <w:t>Сумний Гіппопо.</w:t>
      </w:r>
    </w:p>
    <w:p>
      <w:r>
        <w:br/>
        <w:t>Він в Африці, він в Африці&lt;br /&gt;</w:t>
        <w:br/>
        <w:t>Під пальмою сидить&lt;br /&gt;</w:t>
        <w:br/>
        <w:t>І на море з Африки&lt;br /&gt;</w:t>
        <w:br/>
        <w:t>Без відпочинку дивиться:&lt;br /&gt;</w:t>
        <w:br/>
        <w:t>Не їде в кораблику&lt;br /&gt;</w:t>
        <w:br/>
        <w:t>Доктор Айболить?</w:t>
      </w:r>
    </w:p>
    <w:p>
      <w:r>
        <w:br/>
        <w:t>І нишпорять по дорозі&lt;br /&gt;</w:t>
        <w:br/>
        <w:t>Слони і носороги&lt;br /&gt;</w:t>
        <w:br/>
        <w:t>І кажуть сердито:&lt;br /&gt;</w:t>
        <w:br/>
        <w:t>"Що ж нема Айболита?"</w:t>
      </w:r>
    </w:p>
    <w:p>
      <w:r>
        <w:br/>
        <w:t>А поруч бегемотики&lt;br /&gt;</w:t>
        <w:br/>
        <w:t>Схопилися за животики:&lt;br /&gt;</w:t>
        <w:br/>
        <w:t>У них, у бегемотиків,&lt;br /&gt;</w:t>
        <w:br/>
        <w:t>Животики болять.</w:t>
      </w:r>
    </w:p>
    <w:p>
      <w:r>
        <w:br/>
        <w:t>І тут же страусенята&lt;br /&gt;</w:t>
        <w:br/>
        <w:t>Верещать, як поросята,&lt;br /&gt;</w:t>
        <w:br/>
        <w:t>Ах, шкода, шкода, шкода&lt;br /&gt;</w:t>
        <w:br/>
        <w:t>Бідних страусенят!</w:t>
      </w:r>
    </w:p>
    <w:p>
      <w:r>
        <w:br/>
        <w:t>І кір, і дифтерит у них,&lt;br /&gt;</w:t>
        <w:br/>
        <w:t>І віспа, і бронхіт у них,&lt;br /&gt;</w:t>
        <w:br/>
        <w:t>І голова болить у них,&lt;br /&gt;</w:t>
        <w:br/>
        <w:t>І горло болить.</w:t>
      </w:r>
    </w:p>
    <w:p>
      <w:r>
        <w:br/>
        <w:t>Вони лежать і марять:&lt;br /&gt;</w:t>
        <w:br/>
        <w:t>"Ну що ж він не їде,&lt;br /&gt;</w:t>
        <w:br/>
        <w:t>Ну що ж він не їде,&lt;br /&gt;</w:t>
        <w:br/>
        <w:t>Доктор Айболить?"</w:t>
      </w:r>
    </w:p>
    <w:p>
      <w:r>
        <w:br/>
        <w:t>А поруч задрімала&lt;br /&gt;</w:t>
        <w:br/>
        <w:t>Зубаста акула,&lt;br /&gt;</w:t>
        <w:br/>
        <w:t>Зубаста акула&lt;br /&gt;</w:t>
        <w:br/>
        <w:t>На сонечку лежить.</w:t>
      </w:r>
    </w:p>
    <w:p>
      <w:r>
        <w:br/>
        <w:t>Ах, у її маляток,&lt;br /&gt;</w:t>
        <w:br/>
        <w:t>У бідних акуленят,&lt;br /&gt;</w:t>
        <w:br/>
        <w:t>Вже дванадцять діб&lt;br /&gt;</w:t>
        <w:br/>
        <w:t>Зубки болять!</w:t>
      </w:r>
    </w:p>
    <w:p>
      <w:r>
        <w:br/>
        <w:t>І вивихнуте плече&lt;br /&gt;</w:t>
        <w:br/>
        <w:t>У бідного коника;&lt;br /&gt;</w:t>
        <w:br/>
        <w:t>Не стрибає, не скаче він,&lt;br /&gt;</w:t>
        <w:br/>
        <w:t>А гірко-гірко плаче він&lt;br /&gt;</w:t>
        <w:br/>
        <w:t>І доктора кличе:&lt;br /&gt;</w:t>
        <w:br/>
        <w:t>"О, де ж добрий лікар?&lt;br /&gt;</w:t>
        <w:br/>
        <w:t>Коли ж він прийде?"</w:t>
      </w:r>
    </w:p>
    <w:p>
      <w:r>
        <w:br/>
        <w:t>Але ось, подивіться, якась птиця&lt;br /&gt;</w:t>
        <w:br/>
        <w:t>Все ближче і ближче по повітрю мчить,&lt;br /&gt;</w:t>
        <w:br/>
        <w:t>На птиці, дивіться, сидить Айболить&lt;br /&gt;</w:t>
        <w:br/>
        <w:t>І шляпою махає та голосно кричить:&lt;br /&gt;</w:t>
        <w:br/>
        <w:t>"Хай живе мила Африка!"</w:t>
      </w:r>
    </w:p>
    <w:p>
      <w:r>
        <w:br/>
        <w:t>І рада і щаслива вся дітвора:&lt;br /&gt;</w:t>
        <w:br/>
        <w:t>"Приїхав, приїхав! Ура, ура!"</w:t>
      </w:r>
    </w:p>
    <w:p>
      <w:r>
        <w:br/>
        <w:t>А птах над ними кружляє,&lt;br /&gt;</w:t>
        <w:br/>
        <w:t>А птах на землю сідає.</w:t>
      </w:r>
    </w:p>
    <w:p>
      <w:r>
        <w:br/>
        <w:t>І біжить Айболить до бегемотикам,&lt;br /&gt;</w:t>
        <w:br/>
        <w:t>І плескає їх по животиках,&lt;br /&gt;</w:t>
        <w:br/>
        <w:t>І всім по порядку&lt;br /&gt;</w:t>
        <w:br/>
        <w:t>Дає шоколадку,&lt;br /&gt;</w:t>
        <w:br/>
        <w:t>І ставить і ставить їм градусники!</w:t>
      </w:r>
    </w:p>
    <w:p>
      <w:r>
        <w:br/>
        <w:t>І до смугастим&lt;br /&gt;</w:t>
        <w:br/>
        <w:t>Біжить він тигренятам,&lt;br /&gt;</w:t>
        <w:br/>
        <w:t>І до бідних горбатим&lt;br /&gt;</w:t>
        <w:br/>
        <w:t>Хворим верблюжатам,&lt;br /&gt;</w:t>
        <w:br/>
        <w:t>І кожного гоголем,&lt;br /&gt;</w:t>
        <w:br/>
        <w:t>Кожного моґелем,&lt;br /&gt;</w:t>
        <w:br/>
        <w:t>Гоголем-моґелем,&lt;br /&gt;</w:t>
        <w:br/>
        <w:t>Гоголем-моґелем,&lt;br /&gt;</w:t>
        <w:br/>
        <w:t>Гоголем-моґелем пригощає.</w:t>
      </w:r>
    </w:p>
    <w:p>
      <w:r>
        <w:br/>
        <w:t>Десять ночей Айболить&lt;br /&gt;</w:t>
        <w:br/>
        <w:t>Не їсть, не п'є і не спить,&lt;br /&gt;</w:t>
        <w:br/>
        <w:t>Десять ночей поспіль&lt;br /&gt;</w:t>
        <w:br/>
        <w:t>Він лікує нещасних звірят&lt;br /&gt;</w:t>
        <w:br/>
        <w:t>І ставить і ставить їм градусники.</w:t>
      </w:r>
    </w:p>
    <w:p>
      <w:r>
        <w:br/>
        <w:t>Ось і вилікував він їх,&lt;br /&gt;</w:t>
        <w:br/>
        <w:t>Лімпопо!&lt;br /&gt;</w:t>
        <w:br/>
        <w:t>Ось і вилікував хворих,&lt;br /&gt;</w:t>
        <w:br/>
        <w:t>Лімпопо!&lt;br /&gt;</w:t>
        <w:br/>
        <w:t>І пішли вони сміятися,&lt;br /&gt;</w:t>
        <w:br/>
        <w:t>Лімпопо!&lt;br /&gt;</w:t>
        <w:br/>
        <w:t>І танцювати і балуватися,&lt;br /&gt;</w:t>
        <w:br/>
        <w:t>Лімпопо!</w:t>
      </w:r>
    </w:p>
    <w:p>
      <w:r>
        <w:br/>
        <w:t>Та акула Каракула&lt;br /&gt;</w:t>
        <w:br/>
        <w:t>Правим оком підморгнула&lt;br /&gt;</w:t>
        <w:br/>
        <w:t>І регоче, і регоче,&lt;br /&gt;</w:t>
        <w:br/>
        <w:t>Ніби хтось її лоскоче.</w:t>
      </w:r>
    </w:p>
    <w:p>
      <w:r>
        <w:br/>
        <w:t>А малятка бегемотики&lt;br /&gt;</w:t>
        <w:br/>
        <w:t>Вхопилися за животики&lt;br /&gt;</w:t>
        <w:br/>
        <w:t>І сміються, заливаються —&lt;br /&gt;</w:t>
        <w:br/>
        <w:t>Так, що дуби трясуться.</w:t>
      </w:r>
    </w:p>
    <w:p>
      <w:r>
        <w:br/>
        <w:t>Ось і Гіппо, ось і Попо,&lt;br /&gt;</w:t>
        <w:br/>
        <w:t>Гіппо-попо, Гіппо-попо!&lt;br /&gt;</w:t>
        <w:br/>
        <w:t>Ось йде Гіпопотам.</w:t>
      </w:r>
    </w:p>
    <w:p>
      <w:r>
        <w:br/>
        <w:t>Він йде від Занзібару,&lt;br /&gt;</w:t>
        <w:br/>
        <w:t>Він йде до Кіліманджаро —&lt;br /&gt;</w:t>
        <w:br/>
        <w:t>І кричить він, і співає він:&lt;br /&gt;</w:t>
        <w:br/>
        <w:t>"Слава, слава Айболиту!&lt;br /&gt;</w:t>
        <w:br/>
        <w:t>Слава добрим лікарям!"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Лікар Айболить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