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Лік</w:t>
      </w:r>
    </w:p>
    <w:p>
      <w:r>
        <w:br/>
        <w:t xml:space="preserve"> &lt;p&gt;— Привіз-сми, проше пана дохторя, Митра Пасемського, бо хоче від нас утікати.</w:t>
      </w:r>
    </w:p>
    <w:p>
      <w:r>
        <w:br/>
        <w:t>— Я не знаю жадного Митра, що він за один?</w:t>
      </w:r>
    </w:p>
    <w:p>
      <w:r>
        <w:br/>
        <w:t>— Таже тот Митро, шо у вашого тестя при трачці робит, то шос му сталоси, шо аді на пни в'єне.</w:t>
      </w:r>
    </w:p>
    <w:p>
      <w:r>
        <w:br/>
        <w:t>— Але що він за один, чи має чим заплатити?</w:t>
      </w:r>
    </w:p>
    <w:p>
      <w:r>
        <w:br/>
        <w:t>— Ну, таке кажу вам, шо у вашого тестя, у Майорка, аді, робит, то не біривливий.</w:t>
      </w:r>
    </w:p>
    <w:p>
      <w:r>
        <w:br/>
        <w:t>— Я не знаю його, де квіток від пана?</w:t>
      </w:r>
    </w:p>
    <w:p>
      <w:r>
        <w:br/>
        <w:t>— Квіток? казав тесть, шо навідаєси до вас у єрмарок та й вам скаже. То, віді, йде до рахунку, там буде у книжках стоєти, та й, аді, мене знаєте, я Прокіп Сенчук. Тесть має п'єтку їму виплатити, а поки ви не посмотрите, то не хоче. Я сам один фіст маю та й привіз-сми без грейціря. Казав тесть, шо поповнит, або я знаю?</w:t>
      </w:r>
    </w:p>
    <w:p>
      <w:r>
        <w:br/>
        <w:t>Лікар поклав палець на чоло, як би щось пригадував собі, вийняв книжечку й хутко написав щось до неї і, пилуючися в хату, сказав віднехотя завести хорого до покою.</w:t>
      </w:r>
    </w:p>
    <w:p>
      <w:r>
        <w:br/>
        <w:t>— Єк увести, то введу. Христінин ше й сам затерлигає.</w:t>
      </w:r>
    </w:p>
    <w:p>
      <w:r>
        <w:br/>
        <w:t>Прокіп узяв одною рукою за дишель, а другою з узду і, накликуючи "ци", запровадив фіру під сам паркан у закуток докторського подвір'я, щоби прохожим не заваджати. Відтак роззубелав шкапу, затикав батіг коло передньої люшні, витягнув пласток рудої багни з "сідзеня", підстелив веріточку і поклав перед шкапою, що хрипливо зарзала і дякувала господареві за їдло.</w:t>
      </w:r>
    </w:p>
    <w:p>
      <w:r>
        <w:br/>
        <w:t>— Ану, кумочку Ми', будемо помалічко вставати, — приговорював він, вертаючися до воза.</w:t>
      </w:r>
    </w:p>
    <w:p>
      <w:r>
        <w:br/>
        <w:t>Межи драбинами піднеслося із в'язки брудної мерви сухе, воскове лице сивавого зробленого гуцула, що досі лежав горілиць, прикритий веріткою аж по шию, і мутними, глибокими очима дивився навперед себе. Мовчки підвівся сам і, ймившися руками за підложену кумову шию, зсунувся на землю так, гей полінце сухого дерева. Кум узяв його попід пахи і помаленьки запровадив до докторського покою та й пригадував йому, аби пана поцілував у руку і аби говорив укладно. Лікар увійшов і свапно став обзирати хорого.</w:t>
      </w:r>
    </w:p>
    <w:p>
      <w:r>
        <w:br/>
        <w:t>— Скільки літ маєш, бадю?</w:t>
      </w:r>
    </w:p>
    <w:p>
      <w:r>
        <w:br/>
        <w:t>— Мені вже, проше чєсного дохторя, мені вже йде ід пилипівці.</w:t>
      </w:r>
    </w:p>
    <w:p>
      <w:r>
        <w:br/>
        <w:t>— Як застарий ти є, питаюся.</w:t>
      </w:r>
    </w:p>
    <w:p>
      <w:r>
        <w:br/>
        <w:t>— Старий? Ой старий, проше пана, та й не старий. Аді, перед чєсом постарів-сми си. Генде Никифір Грипинюків ше одного волоска не має сивого, то мій ровесник. Уповідала покійна неня, шо разом до виводу ходили, ой разом, та й шо з того?</w:t>
      </w:r>
    </w:p>
    <w:p>
      <w:r>
        <w:br/>
        <w:t>— Тьфу, та щоб ти не знав, скільки літ маєш?</w:t>
      </w:r>
    </w:p>
    <w:p>
      <w:r>
        <w:br/>
        <w:t>— Тадже, аді, кажу, Никифір Грипинюків мені ровесник, проше пана, аєк, ровесник.</w:t>
      </w:r>
    </w:p>
    <w:p>
      <w:r>
        <w:br/>
        <w:t>— Ет, дурне то є. Маєш діти?</w:t>
      </w:r>
    </w:p>
    <w:p>
      <w:r>
        <w:br/>
        <w:t>— Біг дав, та й біг узєв. Найшлоси було тройко, та й, аді, так єк віником замів. Насамперед пішла Афійка, але ми за нев так не банно, єк за Петриком та й Васильком. Вже величеньки утекли, ой утекли, проше пана дохторя. Помору не було ні на людей, ні на маржину, а мої хлопці марне пішли. Була би тепер підпора, ше йка підпора!</w:t>
      </w:r>
    </w:p>
    <w:p>
      <w:r>
        <w:br/>
        <w:t>— Отже, діти не жиють?</w:t>
      </w:r>
    </w:p>
    <w:p>
      <w:r>
        <w:br/>
        <w:t>— Хоть би так наші вороги, проше пана, жили. Ей, де жиют! Коби жили, гай-гай!</w:t>
      </w:r>
    </w:p>
    <w:p>
      <w:r>
        <w:br/>
        <w:t>— А на яку слабість умерли?</w:t>
      </w:r>
    </w:p>
    <w:p>
      <w:r>
        <w:br/>
        <w:t>— Таки лиш шос зайшло таке, шо покотом одно за другим, одно за другим.</w:t>
      </w:r>
    </w:p>
    <w:p>
      <w:r>
        <w:br/>
        <w:t>— Ти називашся Дмитро Олійник,га?</w:t>
      </w:r>
    </w:p>
    <w:p>
      <w:r>
        <w:br/>
        <w:t>— Аєк, Митро Пасемків з осіка, зпишеси Олійник.</w:t>
      </w:r>
    </w:p>
    <w:p>
      <w:r>
        <w:br/>
        <w:t>— Гм, чекай, ага, твої діти повмирали на сухоти?</w:t>
      </w:r>
    </w:p>
    <w:p>
      <w:r>
        <w:br/>
        <w:t>— А, то сухі були покійнєтка, нема шо казати, сухі, єк сухариці. Ну, та шо ж дієти, біг дав, біг узєв. Ой ослаб-сми, проше пана, ослаб. Аді, таке мні шос нагабило, шо гину так, єк си гине. Коло серця мні скіпає, та й єк іду, то так, отік би ми ноги на приколень присилив. Нема духу, нема путері, проше чєсного пана, за грейцір нема.</w:t>
      </w:r>
    </w:p>
    <w:p>
      <w:r>
        <w:br/>
        <w:t>— Тото буде так, проше пана, що кум, віді, порушивси при трачці, бо то є усіляки ковбки, один лекший, що двох-трьох возме, а другий такий, що й десєтьох йго не підойме, — набилював Прокіп лікареві.</w:t>
      </w:r>
    </w:p>
    <w:p>
      <w:r>
        <w:br/>
        <w:t>— Не говоріть дурне, — перерізав йому доктор, беручи хворого за руку.</w:t>
      </w:r>
    </w:p>
    <w:p>
      <w:r>
        <w:br/>
        <w:t>— Або ж я знаю, проше пана, — омпив собі Прокіп, — я не ворожка, кажу лишень протів того, що цес чоловік уже не від сегодни коло ковбків. Аді, ріку загатив би ними, кілько їх надвигав та нарізав. А тепер прийшов, чєс, та й говорилоси, а ви, ясний панчіку, найліпше тото будете знати.</w:t>
      </w:r>
    </w:p>
    <w:p>
      <w:r>
        <w:br/>
        <w:t>Дмитро потакував головою кумовій бесіді, але лікар не слухав її, тільки сказав скинути сорочку і зачав обпукувати хворого.</w:t>
      </w:r>
    </w:p>
    <w:p>
      <w:r>
        <w:br/>
        <w:t>— То, проше пана, не найдете серця. То серце, єк полотнєнка, гет збіглоси в мені, крови ніц нема.</w:t>
      </w:r>
    </w:p>
    <w:p>
      <w:r>
        <w:br/>
        <w:t>— Дихай!</w:t>
      </w:r>
    </w:p>
    <w:p>
      <w:r>
        <w:br/>
        <w:t>Бадьоро роззявив уста і хотів глибоко віддихнути, але закашлявся.</w:t>
      </w:r>
    </w:p>
    <w:p>
      <w:r>
        <w:br/>
        <w:t>— Ще раз!</w:t>
      </w:r>
    </w:p>
    <w:p>
      <w:r>
        <w:br/>
        <w:t>Знов закашлявся.</w:t>
      </w:r>
    </w:p>
    <w:p>
      <w:r>
        <w:br/>
        <w:t>— Помало, ще раз!</w:t>
      </w:r>
    </w:p>
    <w:p>
      <w:r>
        <w:br/>
        <w:t>Груди сопіли.</w:t>
      </w:r>
    </w:p>
    <w:p>
      <w:r>
        <w:br/>
        <w:t>— Доста. Твоя слабість тяжка, Розумієш?</w:t>
      </w:r>
    </w:p>
    <w:p>
      <w:r>
        <w:br/>
        <w:t>— Розумію, проше чєсного дохторя.</w:t>
      </w:r>
    </w:p>
    <w:p>
      <w:r>
        <w:br/>
        <w:t>— Мусиш дуже шануватися, розумієш?</w:t>
      </w:r>
    </w:p>
    <w:p>
      <w:r>
        <w:br/>
        <w:t>— Розумію, аєк.</w:t>
      </w:r>
    </w:p>
    <w:p>
      <w:r>
        <w:br/>
        <w:t>— Мусиш багато молока пити, розумієш?</w:t>
      </w:r>
    </w:p>
    <w:p>
      <w:r>
        <w:br/>
        <w:t>— Розумію.</w:t>
      </w:r>
    </w:p>
    <w:p>
      <w:r>
        <w:br/>
        <w:t>— То головна річ, розумієш?</w:t>
      </w:r>
    </w:p>
    <w:p>
      <w:r>
        <w:br/>
        <w:t>— Розумію.</w:t>
      </w:r>
    </w:p>
    <w:p>
      <w:r>
        <w:br/>
        <w:t>— Запишу тобі лік. У аптеці дадуть тобі на сей квіток порошки, а ти возьмеш шклянку води і даш ложку порошків до неї, заколотиш і вип'єш кождого ранку раз. То буде таке, як молоко, розумієш?</w:t>
      </w:r>
    </w:p>
    <w:p>
      <w:r>
        <w:br/>
        <w:t>— Та чіму бих не розумів, проше ясного пана, таже то, віді, був чєс, не в одного газди робилоси, не від одної корови пилоси.</w:t>
      </w:r>
    </w:p>
    <w:p>
      <w:r>
        <w:br/>
        <w:t>— А тепер прийшов такий чєс, шоби пити молоко від аптики, — дорозумівся і собі Прокіп.</w:t>
      </w:r>
    </w:p>
    <w:p>
      <w:r>
        <w:br/>
        <w:t>— Таке, як молоко, розумно? — повторяв доктор для певності.</w:t>
      </w:r>
    </w:p>
    <w:p>
      <w:r>
        <w:br/>
        <w:t>— Таке, аєк, молоко, світило би си, панчіку пишний та любий, — притакнули оба бадіки, намагаючися переконати лікаря, що розуміють.</w:t>
      </w:r>
    </w:p>
    <w:p>
      <w:r>
        <w:br/>
        <w:t>— А може би, панцка ласка змилувалиси, може би, тоту, п'єтку йкос відобрати від тестя, — просив покірним голосом Дмитро.</w:t>
      </w:r>
    </w:p>
    <w:p>
      <w:r>
        <w:br/>
        <w:t>— П'єтка вже зарахована, я не є ніякий хлопський слуга. Ідіть собі здорові!</w:t>
      </w:r>
    </w:p>
    <w:p>
      <w:r>
        <w:br/>
        <w:t>— Аби й ви здорові, панчіку чєсний та добрий.</w:t>
      </w:r>
    </w:p>
    <w:p>
      <w:r>
        <w:br/>
        <w:t>Вийшовши поволеньки надвір, Прокіп висаджував хворого на фіру та й бурмотів злісно:</w:t>
      </w:r>
    </w:p>
    <w:p>
      <w:r>
        <w:br/>
        <w:t>— Аби єму остатна година була, аби біг дав, шоби він сам тим молоком наїдавси. Це, віді, раз мой погана душя! Христінини у губу не має шо взєти, а він єго до аптики за молоком посилає. Бери давай пару левів на аптику, бо ті розпирают, бо наломом їх маш. Там тобі молоко вифасуют!</w:t>
      </w:r>
    </w:p>
    <w:p>
      <w:r>
        <w:br/>
        <w:t>Хворий бадьо потакував очима кумові, але не пускав з руки докторського квітка.</w:t>
      </w:r>
    </w:p>
    <w:p>
      <w:r>
        <w:br/>
        <w:t>— Може, там, брачіку, стоїт, шо мені Майорко має п'єтку дати.</w:t>
      </w:r>
    </w:p>
    <w:p>
      <w:r>
        <w:br/>
        <w:t>— Аєк, най не кажу, шо стоїт — сердився Прокіп і, вирвавши кумові з руки картку, потолочив її ногами.</w:t>
      </w:r>
    </w:p>
    <w:p>
      <w:r>
        <w:br/>
        <w:t>Люди у місті рівнялися в ході із Прокоповим возом і допитувалися, шо доктор раяв слабому та й чи буде вихід, чи не буде. Прокіп махав рукою і, нарікаючи, розповідав, як вони у доктора погостили.</w:t>
      </w:r>
    </w:p>
    <w:p>
      <w:r>
        <w:br/>
        <w:t>Дмитро нахилював голову ід драбинам і дивився, як люди зумівалися, як і собі руками махали. Йому здавалося, що тоті людські руки на той світ його стручують, у деревище кладуть. Але люди поміркували теє і наближувалися 'д нему та й обсипували його своїми радами, своїми ліками.</w:t>
      </w:r>
    </w:p>
    <w:p>
      <w:r>
        <w:br/>
        <w:t>— Дєковать вам, газди та й газдині, буду пробувати, може, поможе, — збував їх відповідю, у котру сам він не вірив. Та й думав, роздумував, звідки би то взяти грошей на свій похорон. Шукав гадками якого теплого місця, аби до нього притулитися хоть послідній раз у життю. Та й гадки меркли, як у студеній мраці, а він ковтав головою то в одну, то в другу драбину скриплячого дрантивого воза.</w:t>
      </w:r>
    </w:p>
    <w:p>
      <w:r>
        <w:br/>
        <w:t>А як їхали попри цвинтар, то Дмитро гейби зі сну пробудився і показував сухою рукою на могили:</w:t>
      </w:r>
    </w:p>
    <w:p>
      <w:r>
        <w:br/>
        <w:t>— Брачіку, Про', аді, де мій лік!</w:t>
      </w:r>
    </w:p>
    <w:p>
      <w:r>
        <w:br/>
        <w:t>— Усіх нас туди повиносют, пляцу є доста, — потверджував Прокіп і дальше то кляв, припрошував шкапу, аби їх скоріше везла домів, аби цілого дня не стратив.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