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Лев, віслюк та лис</w:t>
      </w:r>
    </w:p>
    <w:p>
      <w:r>
        <w:br/>
        <w:t xml:space="preserve"> &lt;p&gt;Зустрілися якось у горах лев з лисом.</w:t>
      </w:r>
    </w:p>
    <w:p>
      <w:r>
        <w:br/>
        <w:t>— Як ти тут опинився? — питає лис.— Раніш я тебе в наших краях не бачив.</w:t>
      </w:r>
    </w:p>
    <w:p>
      <w:r>
        <w:br/>
        <w:t>— Прийшов пополювати,— відповідає лев.</w:t>
      </w:r>
    </w:p>
    <w:p>
      <w:r>
        <w:br/>
        <w:t>— Марні сподіванки! — засміявся лис.— Треба було спершу дізнатися, чи тут є бодай нікчемні миші. Я сам збираюся кидати ці місця, хоч народився й виріс у горах.</w:t>
      </w:r>
    </w:p>
    <w:p>
      <w:r>
        <w:br/>
        <w:t>— А куди ж ти підеш?</w:t>
      </w:r>
    </w:p>
    <w:p>
      <w:r>
        <w:br/>
        <w:t>— До Великого Лісу. Чув я, що там удосталь всякої звірини та птаства.</w:t>
      </w:r>
    </w:p>
    <w:p>
      <w:r>
        <w:br/>
        <w:t>— То, може, разом пополюємо?</w:t>
      </w:r>
    </w:p>
    <w:p>
      <w:r>
        <w:br/>
        <w:t>— Чому б і ні? Хто, скажи мені, не хотів би мати лева за товариша?</w:t>
      </w:r>
    </w:p>
    <w:p>
      <w:r>
        <w:br/>
        <w:t>Отож вирушили вони вдвох до Великого Лісу. Спустилися з гір у долину, йдуть полем, коли дивляться — пасеться віслюк.</w:t>
      </w:r>
    </w:p>
    <w:p>
      <w:r>
        <w:br/>
        <w:t>— Може, візьмемо і його з собою? — каже лис.— Він спокійний і добрий, а втрьох іти веселіше.</w:t>
      </w:r>
    </w:p>
    <w:p>
      <w:r>
        <w:br/>
        <w:t>— Візьмемо, то й візьмемо,— згодився лев.</w:t>
      </w:r>
    </w:p>
    <w:p>
      <w:r>
        <w:br/>
        <w:t>Підбіг лис до віслюка та й каже:</w:t>
      </w:r>
    </w:p>
    <w:p>
      <w:r>
        <w:br/>
        <w:t>— Ходімо, віслюче, з нами до Великого Лісу полювати!</w:t>
      </w:r>
    </w:p>
    <w:p>
      <w:r>
        <w:br/>
        <w:t>— Дякую! — зрадів віслюк.— Піду залюбки! Я тут в самотині так знудьгувався!</w:t>
      </w:r>
    </w:p>
    <w:p>
      <w:r>
        <w:br/>
        <w:t>Подалися вони всі разом, розповідаючи один одному цікаві бувальщини. Лев розказував про полювання в далеких краях, лис хвалився своєю кмітливістю, віслюк і собі докидав часом слово, розумне та розважне.</w:t>
      </w:r>
    </w:p>
    <w:p>
      <w:r>
        <w:br/>
        <w:t>Так непомітно збігав час; дорога видалася їм легкою й короткою.</w:t>
      </w:r>
    </w:p>
    <w:p>
      <w:r>
        <w:br/>
        <w:t>Назавтра рано-вранці добулися вони до Великого Лісу — густого та темного.</w:t>
      </w:r>
    </w:p>
    <w:p>
      <w:r>
        <w:br/>
        <w:t>— Перш ніж починати полювання,— мовив до друзів лис,— треба домовитися про здобич. Я пропоную зносити її докупи, а потім поділити. Згода?</w:t>
      </w:r>
    </w:p>
    <w:p>
      <w:r>
        <w:br/>
        <w:t>— Згода,— відповів лев.</w:t>
      </w:r>
    </w:p>
    <w:p>
      <w:r>
        <w:br/>
        <w:t>Віслюк теж пристав на пропозицію.</w:t>
      </w:r>
    </w:p>
    <w:p>
      <w:r>
        <w:br/>
        <w:t>Почали вони полювати. Скоро на галявині виросла купа смачної поживи.</w:t>
      </w:r>
    </w:p>
    <w:p>
      <w:r>
        <w:br/>
        <w:t>— Бачиш? — мовив лис до лева.— Хіба я тобі не казав, що тут добудеш усе, чого тільки забажаєш?</w:t>
      </w:r>
    </w:p>
    <w:p>
      <w:r>
        <w:br/>
        <w:t>— Авжеж, добре, що ми сюди прийшли. Але час уже й поділити нашу здобич! Хто це зробить? Може, ти, віслюче?</w:t>
      </w:r>
    </w:p>
    <w:p>
      <w:r>
        <w:br/>
        <w:t>— Коли я, то й я,— погодився той.</w:t>
      </w:r>
    </w:p>
    <w:p>
      <w:r>
        <w:br/>
        <w:t>А що був він чесний, то й поділив упольоване порівну на трьох, аби нікого не образити.</w:t>
      </w:r>
    </w:p>
    <w:p>
      <w:r>
        <w:br/>
        <w:t>— Вибирайте! Кожному по купці!</w:t>
      </w:r>
    </w:p>
    <w:p>
      <w:r>
        <w:br/>
        <w:t>Лев насупився. Не сподобався йому поділ. Хіба гідно лева, перед яким тремтить уся звірина, велика й мала, діставати таку саму пайку, як і віслюк? Зухвалець цей вухань, та й годі! Як він посмів наносити собі таку купу, коли тут є поважніші за нього звірі? Слід за це його покарати.</w:t>
      </w:r>
    </w:p>
    <w:p>
      <w:r>
        <w:br/>
        <w:t>І лев зненацька кинувся на бідолаху-віслюка, повалив його на землю, вп'явся зубами й пазурами і гриз, аж поки той духу пустився. А тоді повернувся до лиса та й каже:</w:t>
      </w:r>
    </w:p>
    <w:p>
      <w:r>
        <w:br/>
        <w:t>— Тепер нас двоє. Поділи-но знову все спочатку і дай мені мою пайку.</w:t>
      </w:r>
    </w:p>
    <w:p>
      <w:r>
        <w:br/>
        <w:t>Бідолашному лисові кров похолола, як побачив, що сталося з віслюком. Та що поробиш! Заходився ділити. Все, що більше та жирніше, кладе левові, собі ж залишає дрібне та несмачне. І скоро перед левом виросла величезна купа. Друга така маленька, що нічого й їсти.</w:t>
      </w:r>
    </w:p>
    <w:p>
      <w:r>
        <w:br/>
        <w:t>— Уже поділив, леве,— каже, а в самого серце заходиться із жаху.— Їж на здоров'я.</w:t>
      </w:r>
    </w:p>
    <w:p>
      <w:r>
        <w:br/>
        <w:t>Лев задоволено облизнувся.</w:t>
      </w:r>
    </w:p>
    <w:p>
      <w:r>
        <w:br/>
        <w:t>— Чудово, лисе! — засміявся.— Як гарно ти поділив! Але скажи мені, будь ласка, хто навчив тебе це робити?</w:t>
      </w:r>
    </w:p>
    <w:p>
      <w:r>
        <w:br/>
        <w:t>Лис відповів понуро:</w:t>
      </w:r>
    </w:p>
    <w:p>
      <w:r>
        <w:br/>
        <w:t>— Хто навчив? Віслюкова доля навчила, леве.</w:t>
      </w:r>
    </w:p>
    <w:p>
      <w:r>
        <w:br/>
        <w:t>Так уже ведеться, що біда одного стає наукою іншого.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Лев, віслюк та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