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Лев та Миша</w:t>
      </w:r>
    </w:p>
    <w:p>
      <w:r>
        <w:br/>
        <w:t xml:space="preserve"> Старенька Миша горювала:&lt;br /&gt;</w:t>
        <w:br/>
        <w:t>Їй ніде, бідній, було жить,&lt;br /&gt;</w:t>
        <w:br/>
        <w:t>Головоньки на старість прихилить;&lt;br /&gt;</w:t>
        <w:br/>
        <w:t>Сама собі по світові блукала…&lt;br /&gt;</w:t>
        <w:br/>
        <w:t>Діток нема: були колись —&lt;br /&gt;</w:t>
        <w:br/>
        <w:t>Теперечки по світу розбрелись,-&lt;br /&gt;</w:t>
        <w:br/>
        <w:t>Одним одна зосталась мати.&lt;br /&gt;</w:t>
        <w:br/>
        <w:t>Пішла вона звичайненько прохати,&lt;br /&gt;</w:t>
        <w:br/>
        <w:t>Щоб Лев в дуплі дозволив їй,&lt;br /&gt;</w:t>
        <w:br/>
        <w:t>Самотній та старій,&lt;br /&gt;</w:t>
        <w:br/>
        <w:t>Хазяйство завести маленьке&lt;br /&gt;</w:t>
        <w:br/>
        <w:t>Біля їх милості близенько.&lt;br /&gt;</w:t>
        <w:br/>
        <w:t>— Хоч сила всім страшна твоя,&lt;br /&gt;</w:t>
        <w:br/>
        <w:t>Хоч пан ти,— каже,— між панами,&lt;br /&gt;</w:t>
        <w:br/>
        <w:t>Та хто зна, що ще буде з нами:&lt;br /&gt;</w:t>
        <w:br/>
        <w:t>В пригоді, може, стану й я…&lt;br /&gt;</w:t>
        <w:br/>
        <w:t>— Хто? Ти? — Лев заревів.— Така погана?&lt;br /&gt;</w:t>
        <w:br/>
        <w:t>Мене, такого пана,&lt;br /&gt;</w:t>
        <w:br/>
        <w:t>Сюди задурювать прийшла?.&lt;br /&gt;</w:t>
        <w:br/>
        <w:t>Пішла!&lt;br /&gt;</w:t>
        <w:br/>
        <w:t>Бач, теревені розпустила!&lt;br /&gt;</w:t>
        <w:br/>
        <w:t>Тікай, поки ще ціла! —&lt;br /&gt;</w:t>
        <w:br/>
        <w:t>Злякалась Миша та притьмом&lt;br /&gt;</w:t>
        <w:br/>
        <w:t>Поміж травою, лопушком&lt;br /&gt;</w:t>
        <w:br/>
        <w:t>З переполоху почухрала —&lt;br /&gt;</w:t>
        <w:br/>
        <w:t>Туди-сюди— й з очей пропала.&lt;br /&gt;</w:t>
        <w:br/>
        <w:t>Раз Лев пішов поживи розглядать&lt;br /&gt;</w:t>
        <w:br/>
        <w:t>Та у тенета якось і піймався.&lt;br /&gt;</w:t>
        <w:br/>
        <w:t>Рвонув він раз — тенета не тріщать;&lt;br /&gt;</w:t>
        <w:br/>
        <w:t>Удруге, втретє — ні… Вже як не силкувався&lt;br /&gt;</w:t>
        <w:br/>
        <w:t>Як не ревів,&lt;br /&gt;</w:t>
        <w:br/>
        <w:t>Як не вертів,&lt;br /&gt;</w:t>
        <w:br/>
        <w:t>А все-таки не вивертівсь — зостався.&lt;br /&gt;</w:t>
        <w:br/>
        <w:t>Прибігли люди, узяли&lt;br /&gt;</w:t>
        <w:br/>
        <w:t>Зв’язали бідного та й повезли&lt;br /&gt;</w:t>
        <w:br/>
        <w:t>По ярмарках в залізній клітці&lt;br /&gt;</w:t>
        <w:br/>
        <w:t>На диво світові всьому&lt;br /&gt;</w:t>
        <w:br/>
        <w:t>(Видно, були німецькі митці!).&lt;br /&gt;</w:t>
        <w:br/>
        <w:t>Прийшлося гірко бідному йому…&lt;br /&gt;</w:t>
        <w:br/>
        <w:t>Згадав про Мишу, що вона казала,&lt;br /&gt;</w:t>
        <w:br/>
        <w:t>Та й дума плачучи: "Якби вона була,&lt;br /&gt;</w:t>
        <w:br/>
        <w:t>Загинути б мені, дурному, не дала;&lt;br /&gt;</w:t>
        <w:br/>
        <w:t>Тенета б всі попрогризала…&lt;br /&gt;</w:t>
        <w:br/>
        <w:t>І я б гуляв оце в зеленому гаю,&lt;br /&gt;</w:t>
        <w:br/>
        <w:t>Мов у раю…"&lt;br /&gt;</w:t>
        <w:br/>
        <w:t>А сам, сердешний, слізоньки ковтає:&lt;br /&gt;</w:t>
        <w:br/>
        <w:t>Є каяття, та вороття немає!</w:t>
      </w:r>
    </w:p>
    <w:p>
      <w:r>
        <w:br/>
        <w:t>Скажу я, люди добрі, й вам&lt;br /&gt;</w:t>
        <w:br/>
        <w:t>(До казки приказка годиться,&lt;br /&gt;</w:t>
        <w:br/>
        <w:t>Хоч і панам):&lt;br /&gt;</w:t>
        <w:br/>
        <w:t>Не плюй в колодязь: пригодиться&lt;br /&gt;</w:t>
        <w:br/>
        <w:t>Води напиться.&lt;br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 та Миша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