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ведмідь</w:t>
      </w:r>
    </w:p>
    <w:p>
      <w:r>
        <w:br/>
        <w:t xml:space="preserve"> &lt;p&gt;Якось тинявся лев лісом, шукаючи поживи. Вже два дні ріски в роті не мав. На третій день зустрів ведмедя.</w:t>
      </w:r>
    </w:p>
    <w:p>
      <w:r>
        <w:br/>
        <w:t>— Добрий день, друже, куди простуєш?</w:t>
      </w:r>
    </w:p>
    <w:p>
      <w:r>
        <w:br/>
        <w:t>— Ох, любий леве,— відповідає Ведмідь,— шукаю чогось попоїсти, та нічого немає; такий я голодний, аж живіт до спини прилип.</w:t>
      </w:r>
    </w:p>
    <w:p>
      <w:r>
        <w:br/>
        <w:t>— І я голодний,— відказує лев.</w:t>
      </w:r>
    </w:p>
    <w:p>
      <w:r>
        <w:br/>
        <w:t>— То, може, разом пошукаємо харчу?</w:t>
      </w:r>
    </w:p>
    <w:p>
      <w:r>
        <w:br/>
        <w:t>— Разом то й разом,— згодився лев.— Що знайдемо, ділимо навпіл. Гаразд?</w:t>
      </w:r>
    </w:p>
    <w:p>
      <w:r>
        <w:br/>
        <w:t>— Гаразд, леве.</w:t>
      </w:r>
    </w:p>
    <w:p>
      <w:r>
        <w:br/>
        <w:t>І подались вони вдвох шукати поживи в темних лісових хащах. Незабаром надибали мале козеня, що лежало мертве під деревом. Певне, якийсь мисливець підстрелив і не знайшов.</w:t>
      </w:r>
    </w:p>
    <w:p>
      <w:r>
        <w:br/>
        <w:t>Лев кинувся до козеняти.</w:t>
      </w:r>
    </w:p>
    <w:p>
      <w:r>
        <w:br/>
        <w:t>— Моє! Я перший угледів!</w:t>
      </w:r>
    </w:p>
    <w:p>
      <w:r>
        <w:br/>
        <w:t>— Ні, я перший! — заволав ведмідь і собі побіг до козеняти. Схопили вони здобич та й ну тягти кожен до себе!</w:t>
      </w:r>
    </w:p>
    <w:p>
      <w:r>
        <w:br/>
        <w:t>— Пусти! — рикав лев.</w:t>
      </w:r>
    </w:p>
    <w:p>
      <w:r>
        <w:br/>
        <w:t>— Ні, ти пусти! — ревів ведмідь.</w:t>
      </w:r>
    </w:p>
    <w:p>
      <w:r>
        <w:br/>
        <w:t>— Начувайся, це тобі так не минеться! — гарикнув лев, аж листя затремтіло навколо.</w:t>
      </w:r>
    </w:p>
    <w:p>
      <w:r>
        <w:br/>
        <w:t>— Я не заєць тобі, не кріль, і тебе не боюся! — відповів ведмідь.— Кажу по-доброму — відступися, це моя здобич.</w:t>
      </w:r>
    </w:p>
    <w:p>
      <w:r>
        <w:br/>
        <w:t>— Щоб я та відступився?</w:t>
      </w:r>
    </w:p>
    <w:p>
      <w:r>
        <w:br/>
        <w:t>Левові з люті аж очі заслало, і він кинувся на ведмедя. Але той був не з полохливих, то й собі розлютився. І почався жорстокий двобій. Дужі були звірі, силою рівні, та й не боялися зроду нікого. Дряпались, кусалися, качались, несамовито ревли, а біль і шал тільки додавали їм снаги.</w:t>
      </w:r>
    </w:p>
    <w:p>
      <w:r>
        <w:br/>
        <w:t>— На лихо собі зустрів я тебе! — прогарчав лев.— Ну й дурень же я, що попхався з тобою!</w:t>
      </w:r>
    </w:p>
    <w:p>
      <w:r>
        <w:br/>
        <w:t>— Так мені й треба, здумав водитися з таким! — бурмотів і ведмідь.— Наче не знав, яка слава про тебе ходить! Хто про тебе добре слово коли сказав?!</w:t>
      </w:r>
    </w:p>
    <w:p>
      <w:r>
        <w:br/>
        <w:t>— Гр-р-р! Гр-р-р! Гр-р-р!</w:t>
      </w:r>
    </w:p>
    <w:p>
      <w:r>
        <w:br/>
        <w:t>Кидались один на одного звірі, заганяли пазури один одному в тіло. Люто ревли, гризлися, але ніхто не міг перемогти. Та зрештою знесилились: гули їм з болю голови, кривавились тіла. Знеможені до краю, попадали на землю; несила було й ворухнутися. Лежали так довго, і кожному здавалося, що настала остання його хвилина.</w:t>
      </w:r>
    </w:p>
    <w:p>
      <w:r>
        <w:br/>
        <w:t>На ту пору поблизу пробігала лисиця. Вона сховалась за деревом і стала стежити, чим же скінчиться герць. Побачивши, що вороги попадали, зразу збагнула: їм уже й кігтем не ворухнути. Лисиця підбігла до них, схопила козеня — і тільки її й бачили. А доганяти левові й ведмедеві незмога — ледве дишуть.</w:t>
      </w:r>
    </w:p>
    <w:p>
      <w:r>
        <w:br/>
        <w:t>— Не так мене діймає біль та слабість,— каже лев,— як те, що стільки мучився, а скористалася з того лисиця.</w:t>
      </w:r>
    </w:p>
    <w:p>
      <w:r>
        <w:br/>
        <w:t>— І я про це думаю,— озвався ведмідь.— Ми стільки натерпілися, а здобич дісталася лисиці. Отож треба було таки поділитися козеням. Були б наїлися та й подужчали.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