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Летить галка через балку</w:t>
      </w:r>
    </w:p>
    <w:p>
      <w:r>
        <w:br/>
        <w:t xml:space="preserve"> Летить галка через балку,&lt;br /&gt;</w:t>
        <w:br/>
        <w:t>Літаючи, кряче...&lt;br /&gt;</w:t>
        <w:br/>
        <w:t>Молодая дівчинонька&lt;br /&gt;</w:t>
        <w:br/>
        <w:t>Ходить гаєм, плаче.</w:t>
      </w:r>
    </w:p>
    <w:p>
      <w:r>
        <w:br/>
        <w:t>"Не пускає мене мати&lt;br /&gt;</w:t>
        <w:br/>
        <w:t>Вранці до криниці,&lt;br /&gt;</w:t>
        <w:br/>
        <w:t>Ні жита жать, ні льону брать,&lt;br /&gt;</w:t>
        <w:br/>
        <w:t>Ні на вечорниці.</w:t>
      </w:r>
    </w:p>
    <w:p>
      <w:r>
        <w:br/>
        <w:t>Пусти ж мене, моя мати,&lt;br /&gt;</w:t>
        <w:br/>
        <w:t>В ліски по горішки,&lt;br /&gt;</w:t>
        <w:br/>
        <w:t>Чи не найду щастя-долі&lt;br /&gt;</w:t>
        <w:br/>
        <w:t>Я собі хоч трішки!"</w:t>
      </w:r>
    </w:p>
    <w:p>
      <w:r>
        <w:br/>
        <w:t>"Не пущу ж я, дитя моє,&lt;br /&gt;</w:t>
        <w:br/>
        <w:t>В ліски по горішки,&lt;br /&gt;</w:t>
        <w:br/>
        <w:t>Бо вже мені надоїли&lt;br /&gt;</w:t>
        <w:br/>
        <w:t>Хлоп'ячі насмішки!"</w:t>
      </w:r>
    </w:p>
    <w:p>
      <w:r>
        <w:br/>
        <w:t>Вчора звечора пізненько,&lt;br /&gt;</w:t>
        <w:br/>
        <w:t>Як мати заснула,&lt;br /&gt;</w:t>
        <w:br/>
        <w:t>Вийшла слухать соловейка,&lt;br /&gt;</w:t>
        <w:br/>
        <w:t>Мов зроду не чула.</w:t>
      </w:r>
    </w:p>
    <w:p>
      <w:r>
        <w:br/>
        <w:t>Вийшла, стала над річкою&lt;br /&gt;</w:t>
        <w:br/>
        <w:t>Та й дивлюся в воду...&lt;br /&gt;</w:t>
        <w:br/>
        <w:t>Тяжко, мати, важко, мати!&lt;br /&gt;</w:t>
        <w:br/>
        <w:t>Нащо дала вроду?</w:t>
      </w:r>
    </w:p>
    <w:p>
      <w:r>
        <w:br/>
        <w:t>Змалювала біле личко&lt;br /&gt;</w:t>
        <w:br/>
        <w:t>І чорнії брови,&lt;br /&gt;</w:t>
        <w:br/>
        <w:t>Та не дала мені, мати,&lt;br /&gt;</w:t>
        <w:br/>
        <w:t>Ні щастя, ні долі.</w:t>
      </w:r>
    </w:p>
    <w:p>
      <w:r>
        <w:br/>
        <w:t>Було б тобі, моя мати,&lt;br /&gt;</w:t>
        <w:br/>
        <w:t>Цих брів не давати,&lt;br /&gt;</w:t>
        <w:br/>
        <w:t>Лучче б тобі, моя мати,&lt;br /&gt;</w:t>
        <w:br/>
        <w:t>Щастя й долю дати!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Летить галка через балку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