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Лестригони</w:t>
      </w:r>
    </w:p>
    <w:p>
      <w:r>
        <w:br/>
        <w:t xml:space="preserve"> &lt;blockquote&gt;Одіссея, Х, 80-134&lt;/blockquote&gt;</w:t>
      </w:r>
    </w:p>
    <w:p>
      <w:r>
        <w:br/>
        <w:t>"Тут, царю, дикий край неситих лестригонів&lt;br /&gt;</w:t>
        <w:br/>
        <w:t>Та струджених рабів, що вівці стережуть.&lt;br /&gt;</w:t>
        <w:br/>
        <w:t>Як привела тебе твоя заклята путь&lt;br /&gt;</w:t>
        <w:br/>
        <w:t>В ці селища смутні недолі та прокльонів?</w:t>
      </w:r>
    </w:p>
    <w:p>
      <w:r>
        <w:br/>
        <w:t>Ти кажеш: "Поліфем!.." Нащадок Посейдонів,&lt;br /&gt;</w:t>
        <w:br/>
        <w:t>Він знав вогонь, а ці — сире і свіже рвуть,&lt;br /&gt;</w:t>
        <w:br/>
        <w:t>Не має впину їх непогамовна лють,&lt;br /&gt;</w:t>
        <w:br/>
        <w:t>Не відають святих гостинності законів.</w:t>
      </w:r>
    </w:p>
    <w:p>
      <w:r>
        <w:br/>
        <w:t>Не йди, зостанься тут. Є схови серед скель.&lt;br /&gt;</w:t>
        <w:br/>
        <w:t>Вночі я справлю твій стовеслий корабель&lt;br /&gt;</w:t>
        <w:br/>
        <w:t>У тиху сторону народів хлібоїдних.</w:t>
      </w:r>
    </w:p>
    <w:p>
      <w:r>
        <w:br/>
        <w:t>А сам лишуся тут у горі та біді,&lt;br /&gt;</w:t>
        <w:br/>
        <w:t>Я тільки думкою до скель полину рідних,&lt;br /&gt;</w:t>
        <w:br/>
        <w:t>Я тільки чайкою… з тобою… по воді!"</w:t>
      </w:r>
    </w:p>
    <w:p>
      <w:r>
        <w:br/>
        <w:t>1926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Лестригони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