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Лесева фамілія</w:t>
      </w:r>
    </w:p>
    <w:p>
      <w:r>
        <w:br/>
        <w:t xml:space="preserve"> &lt;p&gt;Лесь своїм звичаєм украв від жінки трохи ячменю і ніс до коршми. Не ніс, але біг до жида і все обзирався.</w:t>
      </w:r>
    </w:p>
    <w:p>
      <w:r>
        <w:br/>
        <w:t>— Ого, вже біжить з бахурами, бодай же сте голови поломили! Коби забічи до коршми, бо як допаде, та й знов буде рейвах на ціле село.</w:t>
      </w:r>
    </w:p>
    <w:p>
      <w:r>
        <w:br/>
        <w:t>І побіг з мішком на плечах. Але жінка з хлопцями доганяла. Вже перед самою коршмою хапнула за мішок.</w:t>
      </w:r>
    </w:p>
    <w:p>
      <w:r>
        <w:br/>
        <w:t>— Ой не тікай, ой не біжи, не розноси мою працу з-межи дітий!</w:t>
      </w:r>
    </w:p>
    <w:p>
      <w:r>
        <w:br/>
        <w:t>— А ти, мерзо', знов хочеш робити веймір на всі люди! Лице би-с мала!</w:t>
      </w:r>
    </w:p>
    <w:p>
      <w:r>
        <w:br/>
        <w:t>— Лица я із-за такого ґазди не мала, та й не буду мати! Давай мішок та пропадай. А ні, то будем ті бити, буду ті бити з дітьми насеред села! Най буде покаяніє на увесь світ! Давай!</w:t>
      </w:r>
    </w:p>
    <w:p>
      <w:r>
        <w:br/>
        <w:t>— Ти, стара лєрво, та ци ти здуріла? Та я тебе і бахурів твоїх повішію!</w:t>
      </w:r>
    </w:p>
    <w:p>
      <w:r>
        <w:br/>
        <w:t>— Андрійку, синку, лиш по ногах, лиш по ногах, най вам хлібець по жидах не розносить! Так бийте, аби-сте ноги поломили. На каліку то ще заробимо, але на ніяка ми не годні наробити!</w:t>
      </w:r>
    </w:p>
    <w:p>
      <w:r>
        <w:br/>
        <w:t>Вона говорила до своїх хлопців, що стояли з бучками і несміло дивилися на тата. Адрійко мав, може, десять років, а Іванко з вісім. Вони не сміли приступити і бити тата.</w:t>
      </w:r>
    </w:p>
    <w:p>
      <w:r>
        <w:br/>
        <w:t>— Бий, Андрійку, я буду тримати за руки. Лиш по ногах, лиш по ногах!</w:t>
      </w:r>
    </w:p>
    <w:p>
      <w:r>
        <w:br/>
        <w:t>І вдарила Леся по лиці. Він поправив її ще ліпше, аж кров потекла. Тепер хлопці підбігли і почали валити бучками по ногах.</w:t>
      </w:r>
    </w:p>
    <w:p>
      <w:r>
        <w:br/>
        <w:t>— Ліпше, синку. Уваліть му ноги, як псові, аби тєгав за собов!</w:t>
      </w:r>
    </w:p>
    <w:p>
      <w:r>
        <w:br/>
        <w:t>І плювала кров'ю, і синіла, але тримала за руки.</w:t>
      </w:r>
    </w:p>
    <w:p>
      <w:r>
        <w:br/>
        <w:t>Хлопці вже зважилися, і підбігали, як щенюки, і били по ногах, і відбігали, і знов били. Майже бавилися, майже сміялися.</w:t>
      </w:r>
    </w:p>
    <w:p>
      <w:r>
        <w:br/>
        <w:t>З коршми вибігло кілька людей.</w:t>
      </w:r>
    </w:p>
    <w:p>
      <w:r>
        <w:br/>
        <w:t>— Мой, та же цего ще ніхто не видів, відколи світ! Аді, як б'ють, ще цицка коло рота не обісхла. Покаяніє на увесь мир!</w:t>
      </w:r>
    </w:p>
    <w:p>
      <w:r>
        <w:br/>
        <w:t>Хлопці били як скажені, а Лесь і Лесиха стояли закаменілі, покервавлені і не рушалися з місця.</w:t>
      </w:r>
    </w:p>
    <w:p>
      <w:r>
        <w:br/>
        <w:t>— Мой-ня, хлопці, таже ви пірветеси коло дєді...</w:t>
      </w:r>
    </w:p>
    <w:p>
      <w:r>
        <w:br/>
        <w:t>— Було брати довші буки, аби-сте ліпше доцєгали...</w:t>
      </w:r>
    </w:p>
    <w:p>
      <w:r>
        <w:br/>
        <w:t>— Бийте по голові дєдю, у розум, у тімнє...</w:t>
      </w:r>
    </w:p>
    <w:p>
      <w:r>
        <w:br/>
        <w:t>Отак викрикував якийсь п'яний з-перед коршми.</w:t>
      </w:r>
    </w:p>
    <w:p>
      <w:r>
        <w:br/>
        <w:t>Лесь кинув мішок на землю і став як дурний. Він такого нападу ніколи не сподівався і не знав, що робити. Врешті ляг на землю і скинув киптар.</w:t>
      </w:r>
    </w:p>
    <w:p>
      <w:r>
        <w:br/>
        <w:t>— Андрійку, та й ти, Іванку, йдіть тепер бийте, я ані кинуси. Ви ще малі, та вам тежко підбігати. Гай, бийте...</w:t>
      </w:r>
    </w:p>
    <w:p>
      <w:r>
        <w:br/>
        <w:t>Хлопці стояли подалік і дивно дивилися на тата. Поволеньки покидали бучки і дивилися на маму.</w:t>
      </w:r>
    </w:p>
    <w:p>
      <w:r>
        <w:br/>
        <w:t>— Та чому їх не заставляєш, аби били, аді-м ліг — бийте!</w:t>
      </w:r>
    </w:p>
    <w:p>
      <w:r>
        <w:br/>
        <w:t>Лесиха заревіла на все село.</w:t>
      </w:r>
    </w:p>
    <w:p>
      <w:r>
        <w:br/>
        <w:t>— Що я, люди, винна? Я б'юси по ланах з дітьми на сухім хлібці, та що я уторгаю, то він все до коршми віносить. Я, люди, не можу нічо заробити через него, бо не можу хати лишити. Таже він лишив нас без драночки у хаті. Що залямить, та й до жидів за горівку несе. Я не годна наробити і на діти, і на жидів. Най си діє, що хоче, але я вже не годна...</w:t>
      </w:r>
    </w:p>
    <w:p>
      <w:r>
        <w:br/>
        <w:t>— Таж бийте, і пальцем не кину!</w:t>
      </w:r>
    </w:p>
    <w:p>
      <w:r>
        <w:br/>
        <w:t>— Най тебе, чоловіче, бог піб'є, де ти нам вік пустив марне і діти осиротив! Та ти нас тілько набивси, що ми ніколи з синців не віходимо, як воли з ярма. Таже я не можу горшечка у хаті затримати, бо все вібиваєш. А кілько я з дітьми ночувала на морозі, а кілько ти лишень вікон набивси? Нічо ти не кажу, най ті бог скарає за мене та й за діти! Ото-м собі долю в бога вімолила... Люди, люди, не дивуйтеси, бо не знаєте.</w:t>
      </w:r>
    </w:p>
    <w:p>
      <w:r>
        <w:br/>
        <w:t>Взяла мішок на плечі та й поволіклася додому з дітьми, як пришиблена курка.</w:t>
      </w:r>
    </w:p>
    <w:p>
      <w:r>
        <w:br/>
        <w:t>Лесь лежав на землі і не рушився.</w:t>
      </w:r>
    </w:p>
    <w:p>
      <w:r>
        <w:br/>
        <w:t>— Але піду до кременалу, на вічний кременал піду. Раз! Такого ніхто не чув та й не буде чути. Таке вістрою, що земля здрігнеси!</w:t>
      </w:r>
    </w:p>
    <w:p>
      <w:r>
        <w:br/>
        <w:t>І лежав, і свистав завзято.</w:t>
      </w:r>
    </w:p>
    <w:p>
      <w:r>
        <w:br/>
        <w:t>Лесиха повиносила все з хати до сусідів. На ніч лягла з дітьми спати в городі, у бур'янах. Боялася п'яного Леся, що вночі прийде. Дітям постелила мішок і накрила кожухом. Сама чипіла над ними у сердачині.</w:t>
      </w:r>
    </w:p>
    <w:p>
      <w:r>
        <w:br/>
        <w:t>— Діти, діти, що мемо робити? Тото-м вам постелила сегодні на увесь вік! І пімрете, та слави не збудетеси! Не годна я цего за вас відмолити...</w:t>
      </w:r>
    </w:p>
    <w:p>
      <w:r>
        <w:br/>
        <w:t>І плакала, і наслухала, чи Лесь не вертає.</w:t>
      </w:r>
    </w:p>
    <w:p>
      <w:r>
        <w:br/>
        <w:t>Небо дрожало разом зі звіздами. Одна впала з неба. Лесиха перехрестилася.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Лесева фамілія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