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Лесь преславний гайдамака</w:t>
      </w:r>
    </w:p>
    <w:p>
      <w:r>
        <w:br/>
        <w:t xml:space="preserve"> Гей, у Луцьку, славнім місті,&lt;br /&gt;</w:t>
        <w:br/>
        <w:t>Там зійшлось не сто, не двісті,&lt;br /&gt;</w:t>
        <w:br/>
        <w:t>А збирав ся люд увесь:&lt;br /&gt;</w:t>
        <w:br/>
        <w:t>Подивитись кожен хоче,&lt;br /&gt;</w:t>
        <w:br/>
        <w:t>Як то смерти тут доскоче&lt;br /&gt;</w:t>
        <w:br/>
        <w:t>Гайдамака славний Лесь,</w:t>
      </w:r>
    </w:p>
    <w:p>
      <w:r>
        <w:br/>
        <w:t>Вже збудовано й помости,&lt;br /&gt;</w:t>
        <w:br/>
        <w:t>Де дають страшної хлости,&lt;br /&gt;</w:t>
        <w:br/>
        <w:t>Кат з сокирою стоїть;&lt;br /&gt;</w:t>
        <w:br/>
        <w:t>Круг помосту, — то не жарти! —&lt;br /&gt;</w:t>
        <w:br/>
        <w:t>Вояки пильнують варти —&lt;br /&gt;</w:t>
        <w:br/>
        <w:t>Шабля в кожнього блищить.</w:t>
      </w:r>
    </w:p>
    <w:p>
      <w:r>
        <w:br/>
        <w:t>Бакаляри і рахмістри,&lt;br /&gt;</w:t>
        <w:br/>
        <w:t>Инші лавники й бурмістри&lt;br /&gt;</w:t>
        <w:br/>
        <w:t>З патерицями в руках;&lt;br /&gt;</w:t>
        <w:br/>
        <w:t>Швець зірвавшись од роботи,&lt;br /&gt;</w:t>
        <w:br/>
        <w:t>Недошиті кинув боти, —&lt;br /&gt;</w:t>
        <w:br/>
        <w:t>Поспішає так, що страх!</w:t>
      </w:r>
    </w:p>
    <w:p>
      <w:r>
        <w:br/>
        <w:t>І дівчата полохливі,&lt;br /&gt;</w:t>
        <w:br/>
        <w:t>Молодиці уродливі&lt;br /&gt;</w:t>
        <w:br/>
        <w:t>І перекупки міські;&lt;br /&gt;</w:t>
        <w:br/>
        <w:t>Мов метелик між квітками —&lt;br /&gt;</w:t>
        <w:br/>
        <w:t>Між дівоцтвом і жанками&lt;br /&gt;</w:t>
        <w:br/>
        <w:t>вють ся жевжики меткі</w:t>
      </w:r>
    </w:p>
    <w:p>
      <w:r>
        <w:br/>
        <w:t>А в передній самій лаві&lt;br /&gt;</w:t>
        <w:br/>
        <w:t>Страх моторні і цікаві&lt;br /&gt;</w:t>
        <w:br/>
        <w:t>Дівка Хима й жіночки.&lt;br /&gt;</w:t>
        <w:br/>
        <w:t>І про Леся, що він злючий&lt;br /&gt;</w:t>
        <w:br/>
        <w:t>І рудий і поганючий,&lt;br /&gt;</w:t>
        <w:br/>
        <w:t>Їх лепечуть язики.</w:t>
      </w:r>
    </w:p>
    <w:p>
      <w:r>
        <w:br/>
        <w:t>Хима, дівка соромлива,&lt;br /&gt;</w:t>
        <w:br/>
        <w:t>Додає й свого ще дива:&lt;br /&gt;</w:t>
        <w:br/>
        <w:t>"Кажуть, кров людськую пє!..&lt;br /&gt;</w:t>
        <w:br/>
        <w:t>Бо як їсти сяде тільки, —&lt;br /&gt;</w:t>
        <w:br/>
        <w:t>Джура крови — не горілки&lt;br /&gt;</w:t>
        <w:br/>
        <w:t>Повний кухоль подає".</w:t>
      </w:r>
    </w:p>
    <w:p>
      <w:r>
        <w:br/>
        <w:t>— "От собака! От катюга!" —&lt;br /&gt;</w:t>
        <w:br/>
        <w:t>Верещить одна і друга...&lt;br /&gt;</w:t>
        <w:br/>
        <w:t>Аж ураз гукають: "Цить!"&lt;br /&gt;</w:t>
        <w:br/>
        <w:t>Вся жінота поніміла!&lt;br /&gt;</w:t>
        <w:br/>
        <w:t>Бий тебе небесна сила! —&lt;br /&gt;</w:t>
        <w:br/>
        <w:t>На помості Лесь стоїть.</w:t>
      </w:r>
    </w:p>
    <w:p>
      <w:r>
        <w:br/>
        <w:t>Стан високий, вус козацький,&lt;br /&gt;</w:t>
        <w:br/>
        <w:t>Чорні брови і юнацький&lt;br /&gt;</w:t>
        <w:br/>
        <w:t>Погляд сміливий, палкий:&lt;br /&gt;</w:t>
        <w:br/>
        <w:t>Так тим поглядом проймає&lt;br /&gt;</w:t>
        <w:br/>
        <w:t>Мов у душу зазирає,&lt;br /&gt;</w:t>
        <w:br/>
        <w:t>Мов звеліти хоче їй.</w:t>
      </w:r>
    </w:p>
    <w:p>
      <w:r>
        <w:br/>
        <w:t>От як люди набрехали!...&lt;br /&gt;</w:t>
        <w:br/>
        <w:t>А пан возьний взяв шпарґали&lt;br /&gt;</w:t>
        <w:br/>
        <w:t>Та й почав читати з їх,&lt;br /&gt;</w:t>
        <w:br/>
        <w:t>Що сей Лесь є гайдамака,&lt;br /&gt;</w:t>
        <w:br/>
        <w:t>Престрашенний розбишака,&lt;br /&gt;</w:t>
        <w:br/>
        <w:t>Наробив гріхів тяжких:</w:t>
      </w:r>
    </w:p>
    <w:p>
      <w:r>
        <w:br/>
        <w:t>Розбивав панів добреньких,&lt;br /&gt;</w:t>
        <w:br/>
        <w:t>Убивав ксьондзів святеньких,&lt;br /&gt;</w:t>
        <w:br/>
        <w:t>Забирав жінок, дівчат.&lt;br /&gt;</w:t>
        <w:br/>
        <w:t>І за сеє по статуту&lt;br /&gt;</w:t>
        <w:br/>
        <w:t>Тую "голову зопсуту"&lt;br /&gt;</w:t>
        <w:br/>
        <w:t>Відрубати має кат.</w:t>
      </w:r>
    </w:p>
    <w:p>
      <w:r>
        <w:br/>
        <w:t>"Раз на світ родила мати, —&lt;br /&gt;</w:t>
        <w:br/>
        <w:t>Тільки раз і помирати! —&lt;br /&gt;</w:t>
        <w:br/>
        <w:t>Лесь як гримне у той час: —&lt;br /&gt;</w:t>
        <w:br/>
        <w:t>Прощавайте, громадяне!..&lt;br /&gt;</w:t>
        <w:br/>
        <w:t>Ну, катюго! сили стане,&lt;br /&gt;</w:t>
        <w:br/>
        <w:t>Щоб утяти шию враз?"</w:t>
      </w:r>
    </w:p>
    <w:p>
      <w:r>
        <w:br/>
        <w:t>Нахилив ся до колоди,&lt;br /&gt;</w:t>
        <w:br/>
        <w:t>Кат сокиру в гору зводе...&lt;br /&gt;</w:t>
        <w:br/>
        <w:t>Щось тоді як закричить!&lt;br /&gt;</w:t>
        <w:br/>
        <w:t>Оттакого ще вам дива:&lt;br /&gt;</w:t>
        <w:br/>
        <w:t>Хима, дівка соромлива,&lt;br /&gt;</w:t>
        <w:br/>
        <w:t>На помості вже стоїть.</w:t>
      </w:r>
    </w:p>
    <w:p>
      <w:r>
        <w:br/>
        <w:t>"Пострівай, катюго клятий!...&lt;br /&gt;</w:t>
        <w:br/>
        <w:t>За дружину Леся взяти&lt;br /&gt;</w:t>
        <w:br/>
        <w:t>Хочу я... його пустить!"....&lt;br /&gt;</w:t>
        <w:br/>
        <w:t>Вся громада заніміла&lt;br /&gt;</w:t>
        <w:br/>
        <w:t>З дива Химиного діла,&lt;br /&gt;</w:t>
        <w:br/>
        <w:t>Кат не знає що робить.</w:t>
      </w:r>
    </w:p>
    <w:p>
      <w:r>
        <w:br/>
        <w:t>Але возьний ані гадки:&lt;br /&gt;</w:t>
        <w:br/>
        <w:t>Артикули зна й порядки&lt;br /&gt;</w:t>
        <w:br/>
        <w:t>І рече судовий пан:&lt;br /&gt;</w:t>
        <w:br/>
        <w:t>"Коли дівчина уцтива&lt;br /&gt;</w:t>
        <w:br/>
        <w:t>Взять забійцю, милостива,&lt;br /&gt;</w:t>
        <w:br/>
        <w:t>У малженський схоче стан, —</w:t>
      </w:r>
    </w:p>
    <w:p>
      <w:r>
        <w:br/>
        <w:t>То і право, і статути&lt;br /&gt;</w:t>
        <w:br/>
        <w:t>Нам велять те слово вчути&lt;br /&gt;</w:t>
        <w:br/>
        <w:t>І декрет такий вчинить:&lt;br /&gt;</w:t>
        <w:br/>
        <w:t>Зараз їх обох узяти,&lt;br /&gt;</w:t>
        <w:br/>
        <w:t>Швидше в церкві повінчати&lt;br /&gt;</w:t>
        <w:br/>
        <w:t>Та й на волю відпустить".</w:t>
      </w:r>
    </w:p>
    <w:p>
      <w:r>
        <w:br/>
        <w:t>Кат сердитий зажурив ся,&lt;br /&gt;</w:t>
        <w:br/>
        <w:t>Люд. зрадівши, звеселив ся,&lt;br /&gt;</w:t>
        <w:br/>
        <w:t>Хима рада, аж скака!&lt;br /&gt;</w:t>
        <w:br/>
        <w:t>Лесь поглянув на дівчину —&lt;br /&gt;</w:t>
        <w:br/>
        <w:t>Запалясь... "А скинь хустину;&lt;br /&gt;</w:t>
        <w:br/>
        <w:t>Гляну — дівчина яка".</w:t>
      </w:r>
    </w:p>
    <w:p>
      <w:r>
        <w:br/>
        <w:t>Хустка впала. Та й негарна!...&lt;br /&gt;</w:t>
        <w:br/>
        <w:t>І руда, і нечупарна.&lt;br /&gt;</w:t>
        <w:br/>
        <w:t>Ще й кирпатий ніс чудний...&lt;br /&gt;</w:t>
        <w:br/>
        <w:t>"Як такую взять почвару, —&lt;br /&gt;</w:t>
        <w:br/>
        <w:t>Краще вже приймати кару...&lt;br /&gt;</w:t>
        <w:br/>
        <w:t>Кате! геп, рубай мерщій!"</w:t>
      </w:r>
    </w:p>
    <w:p>
      <w:r>
        <w:br/>
        <w:t>Гуп сокира на колоду!...&lt;br /&gt;</w:t>
        <w:br/>
        <w:t>Крик озвавсь серед народу...&lt;br /&gt;</w:t>
        <w:br/>
        <w:t>Покотилась голова...&lt;br /&gt;</w:t>
        <w:br/>
        <w:t>Кат радіє, звеселившись,&lt;br /&gt;</w:t>
        <w:br/>
        <w:t>Люд похнюпивсь, зажурившись,&lt;br /&gt;</w:t>
        <w:br/>
        <w:t>Хима пада й зомліва.</w:t>
      </w:r>
    </w:p>
    <w:p>
      <w:r>
        <w:br/>
        <w:t>Ой за Луцьком, містом славним,&lt;br /&gt;</w:t>
        <w:br/>
        <w:t>Та й звичаєм стародавним&lt;br /&gt;</w:t>
        <w:br/>
        <w:t>Поховали козака:&lt;br /&gt;</w:t>
        <w:br/>
        <w:t>Там долина — гей широка,&lt;br /&gt;</w:t>
        <w:br/>
        <w:t>Там могила — гей висока,&lt;br /&gt;</w:t>
        <w:br/>
        <w:t>Гей висока і стрімка!</w:t>
      </w:r>
    </w:p>
    <w:p>
      <w:r>
        <w:br/>
        <w:t>Вітер віє по долині,&lt;br /&gt;</w:t>
        <w:br/>
        <w:t>Розхиляє лист калини,&lt;br /&gt;</w:t>
        <w:br/>
        <w:t>Що у Леся в головах;&lt;br /&gt;</w:t>
        <w:br/>
        <w:t>І сіда орел крилатий&lt;br /&gt;</w:t>
        <w:br/>
        <w:t>На могилі спочивати.&lt;br /&gt;</w:t>
        <w:br/>
        <w:t>Налітавшись по степах.</w:t>
      </w:r>
    </w:p>
    <w:p>
      <w:r>
        <w:br/>
        <w:t>Сяє з неба сонце ясно,&lt;br /&gt;</w:t>
        <w:br/>
        <w:t>І цвите калина красно,&lt;br /&gt;</w:t>
        <w:br/>
        <w:t>А красу козак любив!...&lt;br /&gt;</w:t>
        <w:br/>
        <w:t>Добре там йому лежати:&lt;br /&gt;</w:t>
        <w:br/>
        <w:t>Все прибралось в пишні шати,&lt;br /&gt;</w:t>
        <w:br/>
        <w:t>Соловейків чути спів...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Лесь преславний гайдамака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