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Лелеки</w:t>
      </w:r>
    </w:p>
    <w:p>
      <w:r>
        <w:br/>
        <w:t xml:space="preserve"> &lt;p&gt;ЛЕЛЕКИ</w:t>
      </w:r>
    </w:p>
    <w:p>
      <w:r>
        <w:br/>
        <w:t>Оповідання</w:t>
      </w:r>
    </w:p>
    <w:p>
      <w:r>
        <w:br/>
        <w:t>Знадвору до хати увірвався Костик і, сяючи карими оченятами, радісно закричав:</w:t>
      </w:r>
    </w:p>
    <w:p>
      <w:r>
        <w:br/>
        <w:t>— Мамо!.. Прилетіли... Вони вже прилетіли... Сидять зараз біля гнізда.</w:t>
      </w:r>
    </w:p>
    <w:p>
      <w:r>
        <w:br/>
        <w:t>Мати, пов'язавшись хустиною, вийшла на ґанок. і — Повернулися!..</w:t>
      </w:r>
    </w:p>
    <w:p>
      <w:r>
        <w:br/>
        <w:t>І очі в неї затеплились, наче зустріла дорогих гостей, що прибули з далекого краю.</w:t>
      </w:r>
    </w:p>
    <w:p>
      <w:r>
        <w:br/>
        <w:t>— Восьмий рік тут у нас живуть. А вперше гніздо мостили, як ти, Костику, народився. Я добре ту весну запам'ятала, бо ми тоді в оцю нову хату з твоїм татом перебралися.</w:t>
      </w:r>
    </w:p>
    <w:p>
      <w:r>
        <w:br/>
        <w:t>Бач, як вони крилонька склали. Потомилися, сердешні. Не близька у них була дорога — дальня...</w:t>
      </w:r>
    </w:p>
    <w:p>
      <w:r>
        <w:br/>
        <w:t>Костик помітив, що птахи прислухалися до знайомого їм голосу, повернули голову з довгими дзьобами до ґанку й прокричали:</w:t>
      </w:r>
    </w:p>
    <w:p>
      <w:r>
        <w:br/>
        <w:t>"Кюрр! Кюрр! Кюрр!"</w:t>
      </w:r>
    </w:p>
    <w:p>
      <w:r>
        <w:br/>
        <w:t>А потім змахнули крилами й полетіли. — До річки, мабуть. Треба їм підкріпитися. Охляли, певне, в дорозі.</w:t>
      </w:r>
    </w:p>
    <w:p>
      <w:r>
        <w:br/>
        <w:t>— А що вони їдять?</w:t>
      </w:r>
    </w:p>
    <w:p>
      <w:r>
        <w:br/>
        <w:t>— Все їдять: рибу, жаб, жуків різних, дуже люблять І горох.</w:t>
      </w:r>
    </w:p>
    <w:p>
      <w:r>
        <w:br/>
        <w:t>Мамо, у нас же є горох. Я їм поставлю в мисочці.</w:t>
      </w:r>
    </w:p>
    <w:p>
      <w:r>
        <w:br/>
        <w:t>Що ж, постав, як прилетять.</w:t>
      </w:r>
    </w:p>
    <w:p>
      <w:r>
        <w:br/>
        <w:t>Мати пішла поратись біля печі, а Костик помчав з двору на вулицю, щоб там перед усіма товаришами похвастатися новиною:</w:t>
      </w:r>
    </w:p>
    <w:p>
      <w:r>
        <w:br/>
        <w:t>— А до нас лелеки прилетіли!</w:t>
      </w:r>
    </w:p>
    <w:p>
      <w:r>
        <w:br/>
        <w:t>Та увагу хлопчиків привернула до себе інша подія. Кілька школярів старших класів прямували з дрібнокаліберними гвинтівками на стрільбище, а слідом за ними йшла малеча.</w:t>
      </w:r>
    </w:p>
    <w:p>
      <w:r>
        <w:br/>
        <w:t>До неї приєднався й Костик.</w:t>
      </w:r>
    </w:p>
    <w:p>
      <w:r>
        <w:br/>
        <w:t>Дорога звивалася понад річкою, де ростуть старі дупласті верби, а за тими вербами прослався мокрий, поруділий після зими луг з озерами, з кущами лоз та поодинокими осокорами.</w:t>
      </w:r>
    </w:p>
    <w:p>
      <w:r>
        <w:br/>
        <w:t>Раптом біля одного з таких озер діти помітили лелек. Довгоногі, сірі, вони блукали біля берега, виловлюючи з води червоними дзьобами якусь для себе живність.</w:t>
      </w:r>
    </w:p>
    <w:p>
      <w:r>
        <w:br/>
        <w:t>Стійте, хлопці! — сказав Грицько Бездумний, знімаючи з плеча дрібнокаліберну гвинтівку.</w:t>
      </w:r>
    </w:p>
    <w:p>
      <w:r>
        <w:br/>
        <w:t>Не смій! — закричав Костик, розгадавши його лихий намір.— Це наші лелеки... Не смій у них стріляти!</w:t>
      </w:r>
    </w:p>
    <w:p>
      <w:r>
        <w:br/>
        <w:t>Та Грицько тільки зневажливо посміхнувся.</w:t>
      </w:r>
    </w:p>
    <w:p>
      <w:r>
        <w:br/>
        <w:t>— Що це — свійські гуси чи качки... Чого це вони ваші? Вони нічиї, як усяка дичина.</w:t>
      </w:r>
    </w:p>
    <w:p>
      <w:r>
        <w:br/>
        <w:t>— Наші... наші,— уперто повторив Костик.— Вони недавно біля гнізда сиділи. Вони вже восьмий рік до нас прилітають весною. Не стріляй! Чуєш! Не стріляй!</w:t>
      </w:r>
    </w:p>
    <w:p>
      <w:r>
        <w:br/>
        <w:t>Та хіба він у них влучить? Де ми стоїмо, а де лелеки. Туди, може, й куля не долетить.</w:t>
      </w:r>
    </w:p>
    <w:p>
      <w:r>
        <w:br/>
        <w:t>Це коли б Грицько снайпером був... Та й то важко звідси влучити.</w:t>
      </w:r>
    </w:p>
    <w:p>
      <w:r>
        <w:br/>
        <w:t>Я хоч і не снайпер, а влучаю добре.</w:t>
      </w:r>
    </w:p>
    <w:p>
      <w:r>
        <w:br/>
        <w:t>Грицько Бездумний став біля верби, поклав рушницю на гілку, щоб краще прицілитись. Всі затихли.</w:t>
      </w:r>
    </w:p>
    <w:p>
      <w:r>
        <w:br/>
        <w:t>Всі напружено стежили, і не хотілося нікому з хлопців, та й не вірив ніхто, щоб з такої відстані Грицько влучив у пташину.</w:t>
      </w:r>
    </w:p>
    <w:p>
      <w:r>
        <w:br/>
        <w:t>Прогримів, нарешті, короткий постріл... Лелеки сполошились, розправили крила, підстрибнули двічі на довгих ногах, а тоді знялися й полетіли.</w:t>
      </w:r>
    </w:p>
    <w:p>
      <w:r>
        <w:br/>
        <w:t>— От бачиш, бачиш, промазав Грицько, а ти, Костику, даремно боявся,— загомоніли діти.</w:t>
      </w:r>
    </w:p>
    <w:p>
      <w:r>
        <w:br/>
        <w:t>Та що трапилось? Перелітаючи через річку на той бік, один з птахів почав відставати. Не на повну силу махало в нього праве крило, з якого вже сочилася кров, стікала по пір'ю, і перші теплі краплини упали в каламутну воду.</w:t>
      </w:r>
    </w:p>
    <w:p>
      <w:r>
        <w:br/>
        <w:t>— Навіщо ти... Навіщо лелеку зранив?</w:t>
      </w:r>
    </w:p>
    <w:p>
      <w:r>
        <w:br/>
        <w:t>Не пам'ятаючи себе, Костик кинувся на Грицька. Але старший і сильніший Грицько тільки дурнувато всміхнувся, байдужий до підбитої ним пташини. Він легко скрутив Костикові руки й погрозливо сказав:</w:t>
      </w:r>
    </w:p>
    <w:p>
      <w:r>
        <w:br/>
        <w:t>— Нічого з твоїм лелекою не станеться. Заживе ранка. А ти не лізь до мене, бо наб'ю тебе добре. Зрозумів? — І, одіпхіїувши Костика, хвастовито заявив: — Ага, таки влучив не гірше снайпера. А тепер усі гайда на стрільбище!</w:t>
      </w:r>
    </w:p>
    <w:p>
      <w:r>
        <w:br/>
        <w:t>Всі діти, крім Костика, пішли слідом за ним. А Костик лишився біля верби і звідти стежив за лелеками. Перелетівши на той бік річки, вони опустилися поблизу озера, навколо якого росли густі кущі лоз та торішні сухі, поруділі бур'яни.</w:t>
      </w:r>
    </w:p>
    <w:p>
      <w:r>
        <w:br/>
        <w:t>— Болить... Тобі дуже болить? — запитував хлопчик, наче птах міг не тільки його чути, але навіть розуміти людську мову. Костик ні на мить не зводив з нього очей.</w:t>
      </w:r>
    </w:p>
    <w:p>
      <w:r>
        <w:br/>
        <w:t>Підбите крило все дужче одвисало й волочилося по землі. Лелека торкався до нього великим дзьобом, наче хотів затулити свіжу ранку, та не знав, як зробити. Коли б отаке трапилося тут, на цьому березі, Костик би впіймав його, взяв би на руки, приніс додому, помастив би йрдом, перев'язав бинтом, і ранка б загоїлась.</w:t>
      </w:r>
    </w:p>
    <w:p>
      <w:r>
        <w:br/>
        <w:t>"Га-а-а!.. Га-а-а!.. Га-а-а!.." Це жалібно і благально кричав зранений лелека. І таким же криком відповідала йому вірна подруга.</w:t>
      </w:r>
    </w:p>
    <w:p>
      <w:r>
        <w:br/>
        <w:t>Костику дуже було шкода птахів, але нічим не міг він їм' зараз допомогти. Хлопчик постояв ще трохи і, сумно похнюпившись, побрів додому.</w:t>
      </w:r>
    </w:p>
    <w:p>
      <w:r>
        <w:br/>
        <w:t>Надвечір подув холодний північний вітер, пригнав хмари, сизі, сніжані; зашив голками крижаними калюжі, озера; укрив брижами широку, повноводу річку, і вона теж почала зашерхати.</w:t>
      </w:r>
    </w:p>
    <w:p>
      <w:r>
        <w:br/>
        <w:t>Незабаром знялась хуртовина.</w:t>
      </w:r>
    </w:p>
    <w:p>
      <w:r>
        <w:br/>
        <w:t>Увечері Костик лежав на ліжку, прислухався, як за вікном свистів вітер, як шурхотів по шибках сніг, і думав:</w:t>
      </w:r>
    </w:p>
    <w:p>
      <w:r>
        <w:br/>
        <w:t>"Може, ранка зовсім невелика,— загоїться швидко, і вони обоє знову прилетять на наше подвір'я, до свого гнізда. Я поставлю їм мисочку з горохом і хліба туди накришу, і каші пшоняної дам. Вони мусять прилетіти, мусять!.."</w:t>
      </w:r>
    </w:p>
    <w:p>
      <w:r>
        <w:br/>
        <w:t>І здавалося Костику, що він чує розпачливий і тривожний крик:</w:t>
      </w:r>
    </w:p>
    <w:p>
      <w:r>
        <w:br/>
        <w:t>"Га-а-а!.. Га-а-а!.. Га-а-а!.."</w:t>
      </w:r>
    </w:p>
    <w:p>
      <w:r>
        <w:br/>
        <w:t>Прокинувся хлопчик уранці і, зразу згадавши про лелек, мерщій вибіг з хати.</w:t>
      </w:r>
    </w:p>
    <w:p>
      <w:r>
        <w:br/>
        <w:t>Білий холодний сніг лежав повсюди. Снігом було заметено і велике гніздо на старому бересті.</w:t>
      </w:r>
    </w:p>
    <w:p>
      <w:r>
        <w:br/>
        <w:t>— Нема...— з жалем і розчаруванням вимовив хлопчик.</w:t>
      </w:r>
    </w:p>
    <w:p>
      <w:r>
        <w:br/>
        <w:t>"Піду на луг. Може, вони там..."</w:t>
      </w:r>
    </w:p>
    <w:p>
      <w:r>
        <w:br/>
        <w:t>Через кілька хвилин він стояв уже біля верби, дивився на річку, що тільки місцями взялася кригою, а на бистринах вирувала в ній чорна й холодна вода... Хлопчик уважно оглядав засніжений луг і лозяні кущі та бур'яни.</w:t>
      </w:r>
    </w:p>
    <w:p>
      <w:r>
        <w:br/>
        <w:t>Але не помітив жодних ознак життя.</w:t>
      </w:r>
    </w:p>
    <w:p>
      <w:r>
        <w:br/>
        <w:t>"Мабуть, ще вчора відлетіли туди, де снігу нема".</w:t>
      </w:r>
    </w:p>
    <w:p>
      <w:r>
        <w:br/>
        <w:t>Костик хотів було вже піти додому, та раптом помітив, як загойдалися окремі бур'янинки і на луг вийшла леле-чиха.</w:t>
      </w:r>
    </w:p>
    <w:p>
      <w:r>
        <w:br/>
        <w:t>— Одна... Чому одна? Невже пропав... Хлопчикові не хотілося вірити в це.</w:t>
      </w:r>
    </w:p>
    <w:p>
      <w:r>
        <w:br/>
        <w:t>І раптом з того боку річки почувся такий же, як учора, жалібний, розпачливий крик.</w:t>
      </w:r>
    </w:p>
    <w:p>
      <w:r>
        <w:br/>
        <w:t>Лелечиха несподівано розгорнула крила, знялася в повітря й почала ширяти над тим місцем, де залишився її друг. Вона кликала його до себе то привітним, гортанним "Кюрр!.. Кюрр!.. Кюрр!..", то знову сповненим болю, туги, відчаю й горя, пронизливим і жалібним "Га-а-а!.. Га-а-а!.. Га-а-а!.."</w:t>
      </w:r>
    </w:p>
    <w:p>
      <w:r>
        <w:br/>
        <w:t>Та не відгукнувся на той призивний і розпачливий заклик другий голос. Тихі стояли лози, заметені снігом.</w:t>
      </w:r>
    </w:p>
    <w:p>
      <w:r>
        <w:br/>
        <w:t>Костик проводжав поглядом лелеку, доки рухливі крила не зникли з його очей. І тоді він зрозумів, що вірного друга немає...</w:t>
      </w:r>
    </w:p>
    <w:p>
      <w:r>
        <w:br/>
        <w:t>Не підійматися вже йому в небесний простір, не ширяти з блакиті, посилаючи з височини своє бадьоре й радісне вітання.</w:t>
      </w:r>
    </w:p>
    <w:p>
      <w:r>
        <w:br/>
        <w:t>Навіки заклякли крила, поникла пташина голова, може, на лозяну гілочку, може, на сухе стебло бур'яну. І тільки кров, мабуть, ще горить на снігу багряними краплинами, як горять спілі суниці між зеленої трави. Та вже тій крові не оживити ні захололого серця пташиного, ні дубілих мертвих крил...</w:t>
      </w:r>
    </w:p>
    <w:p>
      <w:r>
        <w:br/>
        <w:t>У великому розпачі повернувся Костик додому, і мама, зрозумівши одразу, де він був, спитала:</w:t>
      </w:r>
    </w:p>
    <w:p>
      <w:r>
        <w:br/>
        <w:t>— Бачив їх?</w:t>
      </w:r>
    </w:p>
    <w:p>
      <w:r>
        <w:br/>
        <w:t>— Бачив... Одну... Туди полетіла...—махнув рукою хлопчик в напрямі півдня, а на очах у нього, мов росинки, виступили чисті й нестримні сльози.</w:t>
      </w:r>
    </w:p>
    <w:p>
      <w:r>
        <w:br/>
        <w:t>Обняла його мама, приголубила:</w:t>
      </w:r>
    </w:p>
    <w:p>
      <w:r>
        <w:br/>
        <w:t>Як виростеш, ніколи, синочку, не стріляй у таких птахів. Вони — друзі наші.</w:t>
      </w:r>
    </w:p>
    <w:p>
      <w:r>
        <w:br/>
        <w:t>Не буду... Не буду, мамочко...— вимовляв він, зворушений і схвильований. А перед очима в нього поставала ріка, засніжені лози, засніжені бур'яни...</w:t>
      </w:r>
    </w:p>
    <w:p>
      <w:r>
        <w:br/>
        <w:t>Минуло кілька днів. Знову потепліло надворі. Знову засвітило сонце, розтанув сніг, зазеленіла перша трава...</w:t>
      </w:r>
    </w:p>
    <w:p>
      <w:r>
        <w:br/>
        <w:t>І яка ж то була радість для Костика, коли він, вийшовши вранці з хати, побачив лелечиху, що стояла на старому бересті біля свого гнізда.</w:t>
      </w:r>
    </w:p>
    <w:p>
      <w:r>
        <w:br/>
        <w:t>На ґанок вийшла мати, подивилась на лелечиху, і скупі сльози скотилися в неї з очей.</w:t>
      </w:r>
    </w:p>
    <w:p>
      <w:r>
        <w:br/>
        <w:t>— За ним журиться. Пташина теж свою душу має. Болить серденько... немає лелеки... Вісім літ разом, а тепер сама...</w:t>
      </w:r>
    </w:p>
    <w:p>
      <w:r>
        <w:br/>
        <w:t>Пташина затихла, немовби прислухалася до знайомого їй голосу, прокричала навіть, як і раніше: "Кюрр!.. Кюрр!.. Кюрр!.." Та згодом знову з старого береста полинуло болюче й печальне "Га-а-а!.. Га-а-а!.. Га-а-а!.."</w:t>
      </w:r>
    </w:p>
    <w:p>
      <w:r>
        <w:br/>
        <w:t>Потім змахнула крилами, покружляла над рідним осиротілим гніздом, полетіла невідомо куди і вже більше не поверталася ні весною, ні влітку, ні восени.</w:t>
      </w:r>
    </w:p>
    <w:p>
      <w:r>
        <w:br/>
        <w:t>Березень, 1955 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Лелеки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