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Легенда</w:t>
      </w:r>
    </w:p>
    <w:p>
      <w:r>
        <w:br/>
        <w:t xml:space="preserve"> &lt;p&gt;І</w:t>
      </w:r>
    </w:p>
    <w:p>
      <w:r>
        <w:br/>
        <w:t>Влетіла буря, крикнула — дзвінко, просто:</w:t>
      </w:r>
    </w:p>
    <w:p>
      <w:r>
        <w:br/>
        <w:t>— Повстання!</w:t>
      </w:r>
    </w:p>
    <w:p>
      <w:r>
        <w:br/>
        <w:t>Зашуміло в зелених гаях, загримало, загуло. Прокинулась ріка, подумала світанком та й розлилась — широко-широко на великі блакитні гони. Та й побрели по коліна у воді тумани — зажурені, похилі.</w:t>
      </w:r>
    </w:p>
    <w:p>
      <w:r>
        <w:br/>
        <w:t>...Ішла повінь... Летіла буря...</w:t>
      </w:r>
    </w:p>
    <w:p>
      <w:r>
        <w:br/>
        <w:t>І от я хочу про молодицю коротенько розповісти — як у народі чув.</w:t>
      </w:r>
    </w:p>
    <w:p>
      <w:r>
        <w:br/>
        <w:t>Таку: край села жила, де незаможницька осада, де верби на ставок схилилися й слухають пісень гнідих, що на зорі застигли й кожну мить сивіють.</w:t>
      </w:r>
    </w:p>
    <w:p>
      <w:r>
        <w:br/>
        <w:t>Звуть Стенькою (то, мабуть, Степанида), ніхто не брав, а вже за двадцять перевалило. Жила-була метелиця, та й годі, огонь, баска, гаряча кобилиця. А взяв її Володька, одружився, та не прожив і років зо три — пішов у повстанці.</w:t>
      </w:r>
    </w:p>
    <w:p>
      <w:r>
        <w:br/>
        <w:t>Отож і залишилась Стенька з хлопчиськом невеличким та з бабою-свекрухою.</w:t>
      </w:r>
    </w:p>
    <w:p>
      <w:r>
        <w:br/>
        <w:t>Дитина довго не жила, захворіла на віспу й ночі однієї кикнула.</w:t>
      </w:r>
    </w:p>
    <w:p>
      <w:r>
        <w:br/>
        <w:t>...Вийшла молодиця на вулицю, стала біля воріт, замислилася.</w:t>
      </w:r>
    </w:p>
    <w:p>
      <w:r>
        <w:br/>
        <w:t>Ходив Володька два роки на цукроварню, заробляв на коня, купив коня, а кінь здох.</w:t>
      </w:r>
    </w:p>
    <w:p>
      <w:r>
        <w:br/>
        <w:t>...А батько закатував матір.</w:t>
      </w:r>
    </w:p>
    <w:p>
      <w:r>
        <w:br/>
        <w:t>...Ну, і півтори десятини за двадцять верстов...</w:t>
      </w:r>
    </w:p>
    <w:p>
      <w:r>
        <w:br/>
        <w:t>...Ех ти, сибірська каторго!</w:t>
      </w:r>
    </w:p>
    <w:p>
      <w:r>
        <w:br/>
        <w:t>...Колись прокинулась удосвіта (під повіткою спала): за ногу хтось.</w:t>
      </w:r>
    </w:p>
    <w:p>
      <w:r>
        <w:br/>
        <w:t>— Хто там такий? Одчепись!</w:t>
      </w:r>
    </w:p>
    <w:p>
      <w:r>
        <w:br/>
        <w:t>Зареготав:</w:t>
      </w:r>
    </w:p>
    <w:p>
      <w:r>
        <w:br/>
        <w:t>— Хлопці, сюди! Бач, яка краля!</w:t>
      </w:r>
    </w:p>
    <w:p>
      <w:r>
        <w:br/>
        <w:t>...Отже, червоні прийшли, повстанці прийшли. Д'ех, будуть діла, матері їх ковінька!</w:t>
      </w:r>
    </w:p>
    <w:p>
      <w:r>
        <w:br/>
        <w:t>Кричали:</w:t>
      </w:r>
    </w:p>
    <w:p>
      <w:r>
        <w:br/>
        <w:t>— Не печи, не вари: все буде! Де тут у вас буржуї живуть?</w:t>
      </w:r>
    </w:p>
    <w:p>
      <w:r>
        <w:br/>
        <w:t>Баба-свекруха сплеснула руками:</w:t>
      </w:r>
    </w:p>
    <w:p>
      <w:r>
        <w:br/>
        <w:t>— Ой, лишенько! Які ж тут буржуї, самі селяни проживають.</w:t>
      </w:r>
    </w:p>
    <w:p>
      <w:r>
        <w:br/>
        <w:t>Посміхнулися, а потім виймають папірці, читають із папірців.</w:t>
      </w:r>
    </w:p>
    <w:p>
      <w:r>
        <w:br/>
        <w:t>— А Гордій Пронь є?</w:t>
      </w:r>
    </w:p>
    <w:p>
      <w:r>
        <w:br/>
        <w:t>— Та є.</w:t>
      </w:r>
    </w:p>
    <w:p>
      <w:r>
        <w:br/>
        <w:t>— А Остап Забийворота є?</w:t>
      </w:r>
    </w:p>
    <w:p>
      <w:r>
        <w:br/>
        <w:t>— Та є.</w:t>
      </w:r>
    </w:p>
    <w:p>
      <w:r>
        <w:br/>
        <w:t>Аж здивувалася стара: усіх чисто хуторян виказали, а хуторяни й справді жили, як коти в сметані.</w:t>
      </w:r>
    </w:p>
    <w:p>
      <w:r>
        <w:br/>
        <w:t>...А потім повстанці пішли. А ввечері ще прийшли... Ой, було ж молока та ковбас — хоч собак годуй!</w:t>
      </w:r>
    </w:p>
    <w:p>
      <w:r>
        <w:br/>
        <w:t>— Вари вареники! Печи пиріжки!</w:t>
      </w:r>
    </w:p>
    <w:p>
      <w:r>
        <w:br/>
        <w:t>Варила, пекла Стенька...</w:t>
      </w:r>
    </w:p>
    <w:p>
      <w:r>
        <w:br/>
        <w:t>...Мовчала, прислухалася, розглядала... А у вікно зазирав молодик червоний, з лісу підводився. Хлопці їли, дивились на Стеньку, а вона вже цвіла, як мак... Д'ех! до чого була струнка та красива молодиця, а очі їй, як у кози дикої, тільки хитренькі трошки.</w:t>
      </w:r>
    </w:p>
    <w:p>
      <w:r>
        <w:br/>
        <w:t>...Отже, горіла, цвіла Стенька... а баба спитала:</w:t>
      </w:r>
    </w:p>
    <w:p>
      <w:r>
        <w:br/>
        <w:t>— Що ви, хлопці, надумали? Невже ліворуція?</w:t>
      </w:r>
    </w:p>
    <w:p>
      <w:r>
        <w:br/>
        <w:t>— Ліворуція, бабо, повстання, та й квит. Ідемо буржуїв бити.</w:t>
      </w:r>
    </w:p>
    <w:p>
      <w:r>
        <w:br/>
        <w:t>— Ой, лишенько! — та й утерла рукавом сльози.</w:t>
      </w:r>
    </w:p>
    <w:p>
      <w:r>
        <w:br/>
        <w:t>Запитало товариство:</w:t>
      </w:r>
    </w:p>
    <w:p>
      <w:r>
        <w:br/>
        <w:t>— Невже жалко?</w:t>
      </w:r>
    </w:p>
    <w:p>
      <w:r>
        <w:br/>
        <w:t>— Та де там... щоб вони показилися. Це вже такий звичай бабський — як що, то й плакати.</w:t>
      </w:r>
    </w:p>
    <w:p>
      <w:r>
        <w:br/>
        <w:t>А повстанці підводилися, до Стеньки йшли..</w:t>
      </w:r>
    </w:p>
    <w:p>
      <w:r>
        <w:br/>
        <w:t>— Ух ти, кралечко! — цебто обняв один.</w:t>
      </w:r>
    </w:p>
    <w:p>
      <w:r>
        <w:br/>
        <w:t>...А другий заіржав та й полапав трошки.</w:t>
      </w:r>
    </w:p>
    <w:p>
      <w:r>
        <w:br/>
        <w:t>Мовчала молодиця, думала, мабуть... потім спалахнула раптом, наче промінь пробивсь крізь хмари:</w:t>
      </w:r>
    </w:p>
    <w:p>
      <w:r>
        <w:br/>
        <w:t>— За волю... йдете?</w:t>
      </w:r>
    </w:p>
    <w:p>
      <w:r>
        <w:br/>
        <w:t>І крикнули хлопці:</w:t>
      </w:r>
    </w:p>
    <w:p>
      <w:r>
        <w:br/>
        <w:t>— За волю! — ще й шаблюки забрязкотіли.</w:t>
      </w:r>
    </w:p>
    <w:p>
      <w:r>
        <w:br/>
        <w:t>Зашумували очі в слив'янці (під віями ніби слив'янка кипіла), вискочила Стенька до порога:</w:t>
      </w:r>
    </w:p>
    <w:p>
      <w:r>
        <w:br/>
        <w:t>— Цієї ночі п'ять чоловік присплю... Хто перший? Виходь! Задзвеніли шаблюки, з грюком розпанахало двері...</w:t>
      </w:r>
    </w:p>
    <w:p>
      <w:r>
        <w:br/>
        <w:t>...А ранком повстанці засідлали коні, сіли на коні й закуріли з села. Перед вів загін, а позаду летіла забийворотинська хура. Хуру везли гладкі забийворотинські коні: гнідий у яблуках жеребець і білий кінь з чорною ногою, з тавром на стегні.</w:t>
      </w:r>
    </w:p>
    <w:p>
      <w:r>
        <w:br/>
        <w:t>З того часу не бачили Стеньки, не чути було, не говорили про неї.</w:t>
      </w:r>
    </w:p>
    <w:p>
      <w:r>
        <w:br/>
        <w:t>...Гримали повстання...</w:t>
      </w:r>
    </w:p>
    <w:p>
      <w:r>
        <w:br/>
        <w:t>II</w:t>
      </w:r>
    </w:p>
    <w:p>
      <w:r>
        <w:br/>
        <w:t>Не одна молодиця співала: "Ой, зажурюся, запечалюся, піду в садок зелений — розвеселюся..." То не хмари нависли над головою, то очіпок придавив вороне волосся.</w:t>
      </w:r>
    </w:p>
    <w:p>
      <w:r>
        <w:br/>
        <w:t>...Ой, не чути було вже про баску молодицю, та пройшла вже слава про юнака-молодця.</w:t>
      </w:r>
    </w:p>
    <w:p>
      <w:r>
        <w:br/>
        <w:t>...Гуділа-дзвеніла слава про Стеньку-юнака, червоного повстанця.</w:t>
      </w:r>
    </w:p>
    <w:p>
      <w:r>
        <w:br/>
        <w:t>Не одна трясилова ніч пройшла, іде, прийде — тисячі, тисячі, тисячі... Похилилася на тин кропива й думає про бурю. Заспівають, запишуть нащадки: був Приймак і Буденний, і були — тисячі, тисячі, тисячі...</w:t>
      </w:r>
    </w:p>
    <w:p>
      <w:r>
        <w:br/>
        <w:t>...Палали панські маєтки, тікали пани. Ішли червоногвардійці — з заводів, з шахт, з Донеччини, з Криворіжжя. А далі йшли повстанці — чабани, байстрюки, голодранці (відтіля, де на ставок верби похилилися). Проходили вздовж і впоперек чорнозем, міста, піски, ліси, байраки...</w:t>
      </w:r>
    </w:p>
    <w:p>
      <w:r>
        <w:br/>
        <w:t>Гримали повстання. Лютували повстанці.</w:t>
      </w:r>
    </w:p>
    <w:p>
      <w:r>
        <w:br/>
        <w:t>А найбільш за всіх лютував юнак Стенька. Сама чутка про нього викликала велику тривогу. А де були пани, де були хуторяни (блискучі трактори й череп'яні покрівлі), там тоді важко ходила сумна розпука.</w:t>
      </w:r>
    </w:p>
    <w:p>
      <w:r>
        <w:br/>
        <w:t>Казали: прийшов юнак із степу, з Хортиці, сюди, в ліси, помститися. Казали: тільки краяни радіють (де верби на ставок похилилися), тільки чабани й байстрюки радіють, а іншим — смерть.</w:t>
      </w:r>
    </w:p>
    <w:p>
      <w:r>
        <w:br/>
        <w:t>Тоді вороги тримали владу, панували знов. І тремтіли вороги, коли чули про Стеньку-юнака.</w:t>
      </w:r>
    </w:p>
    <w:p>
      <w:r>
        <w:br/>
        <w:t>Дивно, хоч де йому з'явитися, там одразу дзвеніли повстання: виходили чоловіки й баби з косами, ціпами, ховали борони — догори зубами — в траві й наганяли на них ворожі кінні загони. А ще дивно: людей в юнака було дуже замало.</w:t>
      </w:r>
    </w:p>
    <w:p>
      <w:r>
        <w:br/>
        <w:t>Казали: ватажок Стенька — стрункий юнак і ясний, мов голубе небо, і буйний, неначе буря, і гордий, мов сокіл. Хто слухав Стеньку, той ішов за ним і в огонь, і в воду. Його мова була блискуча, як весняний ранок. Він горів завжди й вабив завжди, наче степові огні в темряві. І як великий пророк, він віщував — так переказували по селах, по заводах:</w:t>
      </w:r>
    </w:p>
    <w:p>
      <w:r>
        <w:br/>
        <w:t>— Збираймося до гурту! Насувається чорною хмарою час помсти, час розплати. Гей, виходьте на шляхи — чигає воля. Беріть ножі, одрізи, несіть смерть. Через смерть запанує нам життя. Виходьте з лісів, з нетрів, з темряви. Летіть, як метелики, на світло... Послухайте! Послухайте! Невже ви не чуєте, як віки б'ють на сполох! Невже ви не бачите, що ми видираємося з провалля? Один крок — і ми в голубій країні, не буде кроку — знову безодня, темна, слизька, як жаба... Послухайте! Послухайте! Ми кличемо вас огняним повстанським словом: беріть ножі! точіть ножі!..</w:t>
      </w:r>
    </w:p>
    <w:p>
      <w:r>
        <w:br/>
        <w:t>І брали ножі, і точили ножі, а Стеньчине слово лунало по оселях, виходило з лісів, відходило далеко-далеко. І знову палали панські маєтки й череп'яні покрівлі. Ходила кривава помста, а ліси знову гуділи буйну славу юнакові.</w:t>
      </w:r>
    </w:p>
    <w:p>
      <w:r>
        <w:br/>
        <w:t>...І піднялися тоді вороги, вночі загони пустили на Стеньку, а за юнакову голову пообіцяли пригоршню червінців. А тоді почали вибухати ще частіш повстання. Як вітер, літав юнак по селах та підіймав пригноблених, і пригноблені тягнулися з усіх усюд до нього, і лилася цебрами ворожа кров.</w:t>
      </w:r>
    </w:p>
    <w:p>
      <w:r>
        <w:br/>
        <w:t>Так чергувалися зорі: була вечірня, була вранішня. Іще були дні, і відходили нерозгадані дні, за лісом зникали.</w:t>
      </w:r>
    </w:p>
    <w:p>
      <w:r>
        <w:br/>
        <w:t>Вже майже рік лютує юнак, і нездібні вороги зловити його.</w:t>
      </w:r>
    </w:p>
    <w:p>
      <w:r>
        <w:br/>
        <w:t>...І от проїздив селом молодий юнак. Висипали люди на вулицю, дивляться на нього. А він сидить на коні й посміхається до людей, наче вечірня зоря до річки.</w:t>
      </w:r>
    </w:p>
    <w:p>
      <w:r>
        <w:br/>
        <w:t>Був тоді присмерк, стояли жнива, і на майдані пахло полем. Та й під'їхав загін до журавля, і позлазили з коней повстанці. І юнак зліз. І що ж? Юнак як юнак, але справжній Стенька: очі йому, як невиїждженому коникові, грають...</w:t>
      </w:r>
    </w:p>
    <w:p>
      <w:r>
        <w:br/>
        <w:t>...Любили люди того юнака, мов буревісник бурю, неначе чайка синє море. Але ховали люди між себе ще й погану думку про нього. Не казали, а тільки ховали. А була ота думка оця: ішла чутка, що Стенька з лісовиками валандається, тому й куля його минає. Дехто думав, що це вороги такі чутки пустили, а дехто й інакше мислив. Що куля минає, то ще й нічого: єсть такі діди, на Чорномор'ї були, від кулі теж заговорюють, по книгах чорноморських вичитали. А от як із нечистою силою що — то анцихрист.</w:t>
      </w:r>
    </w:p>
    <w:p>
      <w:r>
        <w:br/>
        <w:t>...Отож зліз юнак, з цеберки воду п'є. І підійди до нього на той гріх бабуся старенька; їй сина вороги закатували — червоний повстанець був. Підійшла ото ззаду до юнака та й сунула йому в кишеню карбованця паперового й ще й пиріжок маленький. Обернувся юнак: помітив це. А баба схопила його руку — та до уст своїх, та тужити.</w:t>
      </w:r>
    </w:p>
    <w:p>
      <w:r>
        <w:br/>
        <w:t>— Голубе ти мій рідненький! Синочку ти мій гарненький! Плаче баба, а юнак, як стовп, стоїть, а громада дивиться на нього. ..Отут-то й було несподіване: як кинеться юнак перед бабою навколішки, зблід, як лист той осінній, і змолився юнак:</w:t>
      </w:r>
    </w:p>
    <w:p>
      <w:r>
        <w:br/>
        <w:t>— Бабусю велика! Молюся тобі за твої страждання, за твої муки. Ти мій єдиний бог, а іншого не знаю. Молюся всім людським мукам, молюся помстою, що наводжу її на катів жорстоких, на силу не нашу. Молюся й тобі, людино вільна, що взяв ніж і запалив серце грозами.</w:t>
      </w:r>
    </w:p>
    <w:p>
      <w:r>
        <w:br/>
        <w:t>Сказав це юнак, скочив на коня, і пропав загін у степу. А люди стояли й думали. І порішили тоді люди, що Стенька дійсно зв'язався з нечистою силою.</w:t>
      </w:r>
    </w:p>
    <w:p>
      <w:r>
        <w:br/>
        <w:t>І пішла з того часу погана слава про юнака. Тільки байстрюки та голодранці підтримували його, а інші люди відсахнулися від нього. І важко тоді стало юнакові жити з своїм загоном у лісі: вовчі загони стежили за кожним його кроком, а люди вже майже не підтримували його.</w:t>
      </w:r>
    </w:p>
    <w:p>
      <w:r>
        <w:br/>
        <w:t>Та й сунулися хмари над тим лісом, де жив юнак. Сунулися, посувалися, лили воду на сосни, а сосни стурбовано гули. І були тоді неясні думи й неясні мрії, і журба була за далеким, неясним, невимовним...</w:t>
      </w:r>
    </w:p>
    <w:p>
      <w:r>
        <w:br/>
        <w:t>...Жив у тім лісі й дід Чорноморець сивий. Приходили до нього люди взнавати: куди корова поділась, хто коня вкрав. Розгортав Чорноморець чорноморські книги й узнавав по них, куди корова поділася, хто коня вкрав.</w:t>
      </w:r>
    </w:p>
    <w:p>
      <w:r>
        <w:br/>
        <w:t>Іще знав дід Чорноморець, де ховається юнак, і розповів він людям, що наступає кінець юнакові, що лютою смертю помре він. Але ще гримали повстання і горіли панські маєтки.</w:t>
      </w:r>
    </w:p>
    <w:p>
      <w:r>
        <w:br/>
        <w:t>Але вже надходив кінець.</w:t>
      </w:r>
    </w:p>
    <w:p>
      <w:r>
        <w:br/>
        <w:t>Тихо, крадькома, мов кішка, насувалася юнакова загибель. Як осіння журба між дерев, м'яко ступала загибель. І прийшла загибель.</w:t>
      </w:r>
    </w:p>
    <w:p>
      <w:r>
        <w:br/>
        <w:t>...Була темна ніч. Тоді була темна ніч. Зойкали сичі, тривожно гуділи сосни. З трьох кінців палахкотіли заграви. То горіли панські маєтки, то було діло юнакове — ясного, мов голубе небо, буйного, неначе буря, і гордого, як сокіл. Тоді загін його отаборився в Зеленому Ярку. Біля багаття лежали стрункі постаті, а з боку лежав повстанський пес — здоровий вухатий собака.</w:t>
      </w:r>
    </w:p>
    <w:p>
      <w:r>
        <w:br/>
        <w:t>І раптом підвівся й завив пес — тихенько й тривожно. І сказав тоді юнак:</w:t>
      </w:r>
    </w:p>
    <w:p>
      <w:r>
        <w:br/>
        <w:t>— Іде зима. Підемо глибше в ліси... Ще помсті не кінець!</w:t>
      </w:r>
    </w:p>
    <w:p>
      <w:r>
        <w:br/>
        <w:t>І одгукнулося здалека таємно:</w:t>
      </w:r>
    </w:p>
    <w:p>
      <w:r>
        <w:br/>
        <w:t>— Ще помсті не кінець!</w:t>
      </w:r>
    </w:p>
    <w:p>
      <w:r>
        <w:br/>
        <w:t>І заспівав один повстанець тихенько, зажурно, наче вода виходить із заводі в Дніпро:</w:t>
      </w:r>
    </w:p>
    <w:p>
      <w:r>
        <w:br/>
        <w:t>— Ой, Морозе-Морозенку, ти славний козаче...</w:t>
      </w:r>
    </w:p>
    <w:p>
      <w:r>
        <w:br/>
        <w:t>І одгукнулось:</w:t>
      </w:r>
    </w:p>
    <w:p>
      <w:r>
        <w:br/>
        <w:t>— Ой, Морозе-Морозенку...</w:t>
      </w:r>
    </w:p>
    <w:p>
      <w:r>
        <w:br/>
        <w:t>Та не чули тоді повстанці, що насувається на них неминуче лихо.</w:t>
      </w:r>
    </w:p>
    <w:p>
      <w:r>
        <w:br/>
        <w:t>(Тоді байдуже тріщало багаття, а здалека байдуже виблискували заграви).</w:t>
      </w:r>
    </w:p>
    <w:p>
      <w:r>
        <w:br/>
        <w:t>...А Зелений Ярок оточили вовчі загони. Скрадалися вовки. Тихо насувалося лихо...</w:t>
      </w:r>
    </w:p>
    <w:p>
      <w:r>
        <w:br/>
        <w:t>Гей, гей! Була тоді темна ніч, як далеке-далеке минуле!.. ...А потім раптово вибухнули постріли. Зататакали кулемети — то оточили повстанців вороги. Рзійшлися тоді дві сили: одна сила юнакова, а друга — вовча...</w:t>
      </w:r>
    </w:p>
    <w:p>
      <w:r>
        <w:br/>
        <w:t>Довго-довго не здавалися повстанці.</w:t>
      </w:r>
    </w:p>
    <w:p>
      <w:r>
        <w:br/>
        <w:t>Та тільки перемогла вовча сила: перебили повстанців, тільки троє лишилося, а між ними Стенька-юнак.</w:t>
      </w:r>
    </w:p>
    <w:p>
      <w:r>
        <w:br/>
        <w:t>Ой, гудів та й тривожно ліс...</w:t>
      </w:r>
    </w:p>
    <w:p>
      <w:r>
        <w:br/>
        <w:t>Не розповідає горлиця про свою дитину милу, що її шуліка забив. Отож важко казати про те, як Стенька-юнак загинув.</w:t>
      </w:r>
    </w:p>
    <w:p>
      <w:r>
        <w:br/>
        <w:t>...Привели Стеньку на майдан і судили на майдані. І ніхто не прийшов сюди, люди не прийшли сюди.</w:t>
      </w:r>
    </w:p>
    <w:p>
      <w:r>
        <w:br/>
        <w:t>...Тоді сумніло на шляху. І сказав юнак:</w:t>
      </w:r>
    </w:p>
    <w:p>
      <w:r>
        <w:br/>
        <w:t>— Одпустіть моїх товаришів, і я сам знайду собі найлютішу смерть.</w:t>
      </w:r>
    </w:p>
    <w:p>
      <w:r>
        <w:br/>
        <w:t>Найлютішу смерть? Гей, гей, цього панам і треба. Погомоніли вороги й згодилися; вони хотіли перехитрувати юнака: юнак прийме найлютішу смерть! А тоді й товариші його приймуть найлютішу смерть!</w:t>
      </w:r>
    </w:p>
    <w:p>
      <w:r>
        <w:br/>
        <w:t>І виблискували ворожі багнети, а за майданом умирало сонце. Та не знали вороги, що їх перехитрував юнак. Говорив він:</w:t>
      </w:r>
    </w:p>
    <w:p>
      <w:r>
        <w:br/>
        <w:t>— Я вигадав собі смерть, як в старовину було: садовили козаків на палі, і вмирали козаки на гострих палях. Я хочу вмерти на гострій палі — це найлютіша смерть!</w:t>
      </w:r>
    </w:p>
    <w:p>
      <w:r>
        <w:br/>
        <w:t>Посміхнулися вороги — це найлютіша смерть! Тоді загострили палю й вбили її в землю.</w:t>
      </w:r>
    </w:p>
    <w:p>
      <w:r>
        <w:br/>
        <w:t>Подивився юнак на товариство й теж посміхнувся, і закипіли йому очі в слив'янці (під віями наче слив'янка кипіла), і сказав він:</w:t>
      </w:r>
    </w:p>
    <w:p>
      <w:r>
        <w:br/>
        <w:t>— Ой вороги-вороженьки. В старовину було ще й таке: приводили людей до палі й дівчат молодих приводили. Коли яка дівчина захотіла одружитися із злодієм, що на палю сідав, то його й одпускали на всі чотири сторони. Мені не треба прощати, але зробіть, як було в старовину,— покличте сюди громаду.</w:t>
      </w:r>
    </w:p>
    <w:p>
      <w:r>
        <w:br/>
        <w:t>Ще посміхнулися вороги — хай подивиться громада, як злодіїв катують. І вдарили на сполох. І зійшлося народу сила-силенна. Але ворожих багнетів ще більш було.</w:t>
      </w:r>
    </w:p>
    <w:p>
      <w:r>
        <w:br/>
        <w:t>...Тоді вже вмирала й вечірня зоря, і тихо було на майдані, тільки шаблюки іноді цокотіли та здалека гудів ліс.</w:t>
      </w:r>
    </w:p>
    <w:p>
      <w:r>
        <w:br/>
        <w:t>І сказав тоді юнак:</w:t>
      </w:r>
    </w:p>
    <w:p>
      <w:r>
        <w:br/>
        <w:t>— Тепер я буду сідати на палю... Але слухайте! Слухайте!</w:t>
      </w:r>
    </w:p>
    <w:p>
      <w:r>
        <w:br/>
        <w:t>І раптом розірвав юнак свій одяг повстанський, і побачили люди замість юнака буйного голу жінку — красуню, що погордо дивилася поперед себе. І дзвінко сказала вона:</w:t>
      </w:r>
    </w:p>
    <w:p>
      <w:r>
        <w:br/>
        <w:t>— Слухайте! Слухайте! Я вмираю за волю. Але я знову закликаю вас до помсти: гостріть ножі! Дивіться на заграви: вже палає наше визволення, вже йде нова невідома зоря... Слухайте! Слухайте!..</w:t>
      </w:r>
    </w:p>
    <w:p>
      <w:r>
        <w:br/>
        <w:t>Але не дали їй говорити вороги, як люті шакали, накинулися на неї й зав'язали їй рота.</w:t>
      </w:r>
    </w:p>
    <w:p>
      <w:r>
        <w:br/>
        <w:t>...А народ уже гудів...</w:t>
      </w:r>
    </w:p>
    <w:p>
      <w:r>
        <w:br/>
        <w:t>Тоді вовки накинулися на народ і розігнали його. А Стеньку-юнака закатували: одрізали носа, одрізали вуха й наштрикнули на палю.</w:t>
      </w:r>
    </w:p>
    <w:p>
      <w:r>
        <w:br/>
        <w:t>...Гей, гей! Та й була ж то найлютіша смерть...</w:t>
      </w:r>
    </w:p>
    <w:p>
      <w:r>
        <w:br/>
        <w:t>Але пройшла тоді про юнака Стеньку, про жінку молоду, красуню — ясну, мов голубе небо, буйну, неначе буря, і горду, як сокіл, ще бучніша слава. Ще й досі гудуть їй ліси невмирущу славу.</w:t>
      </w:r>
    </w:p>
    <w:p>
      <w:r>
        <w:br/>
        <w:t>І от біля ставка, де верби похилилися, стоїть могила. Це юнакова. Приходять до могили люди й слухають, як шумить вітер над нею...</w:t>
      </w:r>
    </w:p>
    <w:p>
      <w:r>
        <w:br/>
        <w:t>...Гей, гей! Гримали повстання...</w:t>
      </w:r>
    </w:p>
    <w:p>
      <w:r>
        <w:br/>
        <w:t>...І були — тисячі, тисячі, тисячі.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Легенда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