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вічне життя</w:t>
      </w:r>
    </w:p>
    <w:p>
      <w:r>
        <w:br/>
        <w:t xml:space="preserve"> 1</w:t>
      </w:r>
    </w:p>
    <w:p>
      <w:r>
        <w:br/>
        <w:t>Олександер Великий весь світ звоював&lt;br /&gt;</w:t>
        <w:br/>
        <w:t>І отсе в Вавілоні мов бог раював.</w:t>
      </w:r>
    </w:p>
    <w:p>
      <w:r>
        <w:br/>
        <w:t>А побожний аскет вік в пустині прожив&lt;br /&gt;</w:t>
        <w:br/>
        <w:t>І молитвою й постом богині служив.</w:t>
      </w:r>
    </w:p>
    <w:p>
      <w:r>
        <w:br/>
        <w:t>Наче сонце, що разом прогонює тьму,&lt;br /&gt;</w:t>
        <w:br/>
        <w:t>Так богиня в опівніч явилась йому.</w:t>
      </w:r>
    </w:p>
    <w:p>
      <w:r>
        <w:br/>
        <w:t>Прихилилась і мовить: "Мій вірний слуго,&lt;br /&gt;</w:t>
        <w:br/>
        <w:t>Чим тебе вдоволить? Чи бажаєш чого?"</w:t>
      </w:r>
    </w:p>
    <w:p>
      <w:r>
        <w:br/>
        <w:t>А с к е т м о в и т ь:&lt;br /&gt;</w:t>
        <w:br/>
        <w:t>"Хоч яке се життя і трудне, і сумне,&lt;br /&gt;</w:t>
        <w:br/>
        <w:t>Дай, щоб старість і смерть оминули мене".</w:t>
      </w:r>
    </w:p>
    <w:p>
      <w:r>
        <w:br/>
        <w:t>Б о г и н я м о в и т ь:&lt;br /&gt;</w:t>
        <w:br/>
        <w:t>"Ну, як се в тебе дар найцінніший з усіх,&lt;br /&gt;</w:t>
        <w:br/>
        <w:t>На ж тобі сей малий золотистий горіх."</w:t>
      </w:r>
    </w:p>
    <w:p>
      <w:r>
        <w:br/>
        <w:t>Одну нічку не спи, один день промовчи&lt;br /&gt;</w:t>
        <w:br/>
        <w:t>І, очистивши ум, сей горіх розтовчи.</w:t>
      </w:r>
    </w:p>
    <w:p>
      <w:r>
        <w:br/>
        <w:t>Шкаралющу в огонь, а розкусиш зерно,&lt;br /&gt;</w:t>
        <w:br/>
        <w:t>Дасть тобі молодим вічно жити воно".</w:t>
      </w:r>
    </w:p>
    <w:p>
      <w:r>
        <w:br/>
        <w:t>2</w:t>
      </w:r>
    </w:p>
    <w:p>
      <w:r>
        <w:br/>
        <w:t>Цілий день промовчав, і не спав усю ніч,&lt;br /&gt;</w:t>
        <w:br/>
        <w:t>І готовивсь аскет на великую річ.</w:t>
      </w:r>
    </w:p>
    <w:p>
      <w:r>
        <w:br/>
        <w:t>Ось огонь розпалив із пахучих полін&lt;br /&gt;</w:t>
        <w:br/>
        <w:t>І кадило в огонь щедро кидає він,</w:t>
      </w:r>
    </w:p>
    <w:p>
      <w:r>
        <w:br/>
        <w:t>І закони господні проходить умом,&lt;br /&gt;</w:t>
        <w:br/>
        <w:t>Щоб очистити ум, не схибити притьмом.</w:t>
      </w:r>
    </w:p>
    <w:p>
      <w:r>
        <w:br/>
        <w:t>Та ось сумніви в серці повстали страшні:&lt;br /&gt;</w:t>
        <w:br/>
        <w:t>"Вічно жить — молодим — ну, пощо се мені?</w:t>
      </w:r>
    </w:p>
    <w:p>
      <w:r>
        <w:br/>
        <w:t>Чи вертати у світ, де панує борба?&lt;br /&gt;</w:t>
        <w:br/>
        <w:t>Чи ось тут вічно жить? Се ж безумство хіба!</w:t>
      </w:r>
    </w:p>
    <w:p>
      <w:r>
        <w:br/>
        <w:t>О богине, прости! Я згрішив, бачу сам!&lt;br /&gt;</w:t>
        <w:br/>
        <w:t>Та безцінний твій дар комусь іншому дам.</w:t>
      </w:r>
    </w:p>
    <w:p>
      <w:r>
        <w:br/>
        <w:t>У нас цар молодий, богорівний наш цар!&lt;br /&gt;</w:t>
        <w:br/>
        <w:t>Богорівним зовсім його зробить твій дар.</w:t>
      </w:r>
    </w:p>
    <w:p>
      <w:r>
        <w:br/>
        <w:t>Міліонам він сонце, життя є нове,&lt;br /&gt;</w:t>
        <w:br/>
        <w:t>Для добра міліонів хай вічно живе".</w:t>
      </w:r>
    </w:p>
    <w:p>
      <w:r>
        <w:br/>
        <w:t>3</w:t>
      </w:r>
    </w:p>
    <w:p>
      <w:r>
        <w:br/>
        <w:t>Олександер Великий весь світ звоював,&lt;br /&gt;</w:t>
        <w:br/>
        <w:t>Та дівчини рабом себе він почував.</w:t>
      </w:r>
    </w:p>
    <w:p>
      <w:r>
        <w:br/>
        <w:t>Персіянки Роксани предивна краса&lt;br /&gt;</w:t>
        <w:br/>
        <w:t>В його серці горить, мов пожар, не згаса.</w:t>
      </w:r>
    </w:p>
    <w:p>
      <w:r>
        <w:br/>
        <w:t>У обіймах його та красуня горда&lt;br /&gt;</w:t>
        <w:br/>
        <w:t>Наче тає, на груди його припада;</w:t>
      </w:r>
    </w:p>
    <w:p>
      <w:r>
        <w:br/>
        <w:t>Та хвилина мине, і він чує, що ось&lt;br /&gt;</w:t>
        <w:br/>
        <w:t>В її серці вороже ворушиться щось,</w:t>
      </w:r>
    </w:p>
    <w:p>
      <w:r>
        <w:br/>
        <w:t>І в очах, ще вогких від любві і жаги,&lt;br /&gt;</w:t>
        <w:br/>
        <w:t>Дикі іскри горять, наче злі вороги.</w:t>
      </w:r>
    </w:p>
    <w:p>
      <w:r>
        <w:br/>
        <w:t>3 її уст вилітають бажання страшні —&lt;br /&gt;</w:t>
        <w:br/>
        <w:t>Се бажання пожарів, убійства, різні,</w:t>
      </w:r>
    </w:p>
    <w:p>
      <w:r>
        <w:br/>
        <w:t>Їй опертись король не здоліє й на мить:&lt;br /&gt;</w:t>
        <w:br/>
        <w:t>Там згорів Персеполь! Завтра Суза згорить!</w:t>
      </w:r>
    </w:p>
    <w:p>
      <w:r>
        <w:br/>
        <w:t>Кліта вбив при вині! Чи любов се, чи чад?..&lt;br /&gt;</w:t>
        <w:br/>
        <w:t>День у день із небес його кидає в ад.</w:t>
      </w:r>
    </w:p>
    <w:p>
      <w:r>
        <w:br/>
        <w:t>4</w:t>
      </w:r>
    </w:p>
    <w:p>
      <w:r>
        <w:br/>
        <w:t>Олександер Великий богині моливсь:&lt;br /&gt;</w:t>
        <w:br/>
        <w:t>"Дай, богине, щоб нині весь світ проваливсь!</w:t>
      </w:r>
    </w:p>
    <w:p>
      <w:r>
        <w:br/>
        <w:t>Або дай, щоб скінчилася мука моя,&lt;br /&gt;</w:t>
        <w:br/>
        <w:t>Щоб я знав, чи богиня вона, чи змія?</w:t>
      </w:r>
    </w:p>
    <w:p>
      <w:r>
        <w:br/>
        <w:t>Чом міняється так, кілько є в дні годин?&lt;br /&gt;</w:t>
        <w:br/>
        <w:t>І чи в серці її я паную один?"</w:t>
      </w:r>
    </w:p>
    <w:p>
      <w:r>
        <w:br/>
        <w:t>В тій хвилині аскет перед ним опинивсь&lt;br /&gt;</w:t>
        <w:br/>
        <w:t>І покірно царю до землі поклонивсь.</w:t>
      </w:r>
    </w:p>
    <w:p>
      <w:r>
        <w:br/>
        <w:t>"Вічно жий, царю мій! Хай твої вороги&lt;br /&gt;</w:t>
        <w:br/>
        <w:t>Згинуть! Ось тобі дар від твойого слуги.</w:t>
      </w:r>
    </w:p>
    <w:p>
      <w:r>
        <w:br/>
        <w:t>Не згордуй! Сей малий золотистий горіх —&lt;br /&gt;</w:t>
        <w:br/>
        <w:t>Від богині се дар! Моя гордість, мій гріх".</w:t>
      </w:r>
    </w:p>
    <w:p>
      <w:r>
        <w:br/>
        <w:t>І він все розповів, відки має сей плід,&lt;br /&gt;</w:t>
        <w:br/>
        <w:t>Що робить, щоб богині сповнить заповіт.</w:t>
      </w:r>
    </w:p>
    <w:p>
      <w:r>
        <w:br/>
        <w:t>"Міліонам ти сонце, добродій єси,—&lt;br /&gt;</w:t>
        <w:br/>
        <w:t>Будеш жить вічно юний, як плід сей з'їси".</w:t>
      </w:r>
    </w:p>
    <w:p>
      <w:r>
        <w:br/>
        <w:t>5</w:t>
      </w:r>
    </w:p>
    <w:p>
      <w:r>
        <w:br/>
        <w:t>"Вічно жить! Молодим! Справді, божеський дар!"&lt;br /&gt;</w:t>
        <w:br/>
        <w:t>І великим, безсмертним почув себе цар.</w:t>
      </w:r>
    </w:p>
    <w:p>
      <w:r>
        <w:br/>
        <w:t>"Вічно жить! Молодим! А вона? А вона?&lt;br /&gt;</w:t>
        <w:br/>
        <w:t>Постаріє, зів'яне, мов квітка марна!</w:t>
      </w:r>
    </w:p>
    <w:p>
      <w:r>
        <w:br/>
        <w:t>Що без неї життя? Сонце? Небо? Сам рай?&lt;br /&gt;</w:t>
        <w:br/>
        <w:t>З нею жить! Або радше ти сам умирай!"</w:t>
      </w:r>
    </w:p>
    <w:p>
      <w:r>
        <w:br/>
        <w:t>Вже й не думає цар, до Роксани біжить:&lt;br /&gt;</w:t>
        <w:br/>
        <w:t>"Серце, ось тобі дар: вічно в юності жить!"</w:t>
      </w:r>
    </w:p>
    <w:p>
      <w:r>
        <w:br/>
        <w:t>І сказав їй усе, відки має сей плід,&lt;br /&gt;</w:t>
        <w:br/>
        <w:t>Що робить, щоб богині сповнить заповіт.</w:t>
      </w:r>
    </w:p>
    <w:p>
      <w:r>
        <w:br/>
        <w:t>"Коли любиш мене, моє сонце ясне,&lt;br /&gt;</w:t>
        <w:br/>
        <w:t>Дасть безсмертя обом нам зерно те дрібне.</w:t>
      </w:r>
    </w:p>
    <w:p>
      <w:r>
        <w:br/>
        <w:t>А не любиш...— урвав.— Кого хочещ люби!&lt;br /&gt;</w:t>
        <w:br/>
        <w:t>Ось тобі сей горіх! Що захочеш — роби!"</w:t>
      </w:r>
    </w:p>
    <w:p>
      <w:r>
        <w:br/>
        <w:t>Зчервоніло дівча, в личко вдарила кров,—&lt;br /&gt;</w:t>
        <w:br/>
        <w:t>Олександер не ждав її слова — пішов.</w:t>
      </w:r>
    </w:p>
    <w:p>
      <w:r>
        <w:br/>
        <w:t>6</w:t>
      </w:r>
    </w:p>
    <w:p>
      <w:r>
        <w:br/>
        <w:t>Гей, Роксано, красуне, що думаєш ти?&lt;br /&gt;</w:t>
        <w:br/>
        <w:t>Чи про те, щоб з царем до безсмертя дійти?</w:t>
      </w:r>
    </w:p>
    <w:p>
      <w:r>
        <w:br/>
        <w:t>Не про те! Інший жар в її серці горить!&lt;br /&gt;</w:t>
        <w:br/>
        <w:t>Інший бог там живе! Інший цар там царить.</w:t>
      </w:r>
    </w:p>
    <w:p>
      <w:r>
        <w:br/>
        <w:t>Він мета її мрій, осолода очей,&lt;br /&gt;</w:t>
        <w:br/>
        <w:t>Над усіх милий їй генерал Птолемей.</w:t>
      </w:r>
    </w:p>
    <w:p>
      <w:r>
        <w:br/>
        <w:t>Хоч не любить її і холодний, як лід,&lt;br /&gt;</w:t>
        <w:br/>
        <w:t>Вона рада свій вік дать за сам його вид.</w:t>
      </w:r>
    </w:p>
    <w:p>
      <w:r>
        <w:br/>
        <w:t>"Вічно жить молодій, а без нього? О, ні!&lt;br /&gt;</w:t>
        <w:br/>
        <w:t>Краще він хай живе, дасть безсмертя й мені!</w:t>
      </w:r>
    </w:p>
    <w:p>
      <w:r>
        <w:br/>
        <w:t>Ну ж, поможе сей плід його серце здобуть!&lt;br /&gt;</w:t>
        <w:br/>
        <w:t>А як ні, то мені краще в світі не буть".</w:t>
      </w:r>
    </w:p>
    <w:p>
      <w:r>
        <w:br/>
        <w:t>Птолемея знайшла і дала йому плід,&lt;br /&gt;</w:t>
        <w:br/>
        <w:t>І сказала, який в нім лежить заповіт.</w:t>
      </w:r>
    </w:p>
    <w:p>
      <w:r>
        <w:br/>
        <w:t>А як ніч надійшла, вона тихо пішла,&lt;br /&gt;</w:t>
        <w:br/>
        <w:t>Олександру в вино трути-зілля влила.</w:t>
      </w:r>
    </w:p>
    <w:p>
      <w:r>
        <w:br/>
        <w:t>7</w:t>
      </w:r>
    </w:p>
    <w:p>
      <w:r>
        <w:br/>
        <w:t>Занедужав король, важко стогне, кричить,&lt;br /&gt;</w:t>
        <w:br/>
        <w:t>А Роксана при нім не ридає, мовчить.</w:t>
      </w:r>
    </w:p>
    <w:p>
      <w:r>
        <w:br/>
        <w:t>Головами хитають старі лікарі,&lt;br /&gt;</w:t>
        <w:br/>
        <w:t>І тривога, як ніч, залягла у дворі.</w:t>
      </w:r>
    </w:p>
    <w:p>
      <w:r>
        <w:br/>
        <w:t>По всім краю йде вість, наче змора та сон,&lt;br /&gt;</w:t>
        <w:br/>
        <w:t>І сумує весь край, і рида Вавілон.</w:t>
      </w:r>
    </w:p>
    <w:p>
      <w:r>
        <w:br/>
        <w:t>Ось у строях, білилах, рум'янах ціла,&lt;br /&gt;</w:t>
        <w:br/>
        <w:t>В Олександрів покій куртизана ввійшла.</w:t>
      </w:r>
    </w:p>
    <w:p>
      <w:r>
        <w:br/>
        <w:t>"Вічно жий, царю мій, на потіху для всіх!&lt;br /&gt;</w:t>
        <w:br/>
        <w:t>Ось від мене тобі чудодійний горіх!</w:t>
      </w:r>
    </w:p>
    <w:p>
      <w:r>
        <w:br/>
        <w:t>Се богині є дар. Як з'їси те зерно,&lt;br /&gt;</w:t>
        <w:br/>
        <w:t>Вічно жить тобі дасть вічно юним воно".</w:t>
      </w:r>
    </w:p>
    <w:p>
      <w:r>
        <w:br/>
        <w:t>Спалахнув Олександер: "Нещасна, дрижи!&lt;br /&gt;</w:t>
        <w:br/>
        <w:t>Від кого маєш плід сей? По правді скажи!"</w:t>
      </w:r>
    </w:p>
    <w:p>
      <w:r>
        <w:br/>
        <w:t>Та дівча не дрижить, не спускає очей:&lt;br /&gt;</w:t>
        <w:br/>
        <w:t>"Мені дав його твій генерал Птолемей".</w:t>
      </w:r>
    </w:p>
    <w:p>
      <w:r>
        <w:br/>
        <w:t>8</w:t>
      </w:r>
    </w:p>
    <w:p>
      <w:r>
        <w:br/>
        <w:t>Олександер у болях жорстоких лежав&lt;br /&gt;</w:t>
        <w:br/>
        <w:t>І в руці своїй плід чудодійний держав.</w:t>
      </w:r>
    </w:p>
    <w:p>
      <w:r>
        <w:br/>
        <w:t>"Вічно жить і любить! День за днем! День від дня!&lt;br /&gt;</w:t>
        <w:br/>
        <w:t>А життя — то борня! А любов — то брехня!</w:t>
      </w:r>
    </w:p>
    <w:p>
      <w:r>
        <w:br/>
        <w:t>Вічно жить у борні! Биться в сітях брехні!&lt;br /&gt;</w:t>
        <w:br/>
        <w:t>День за днем! День за днем! Без кінця! Ні, ох, ні!</w:t>
      </w:r>
    </w:p>
    <w:p>
      <w:r>
        <w:br/>
        <w:t>Не для нас, о богине, твій божеський дар!&lt;br /&gt;</w:t>
        <w:br/>
        <w:t>Хоч над світом я цар, та над серцем не цар.</w:t>
      </w:r>
    </w:p>
    <w:p>
      <w:r>
        <w:br/>
        <w:t>Міліони людей можу вбить, погубить,&lt;br /&gt;</w:t>
        <w:br/>
        <w:t>Та чи змушу кого мене вірно любить?</w:t>
      </w:r>
    </w:p>
    <w:p>
      <w:r>
        <w:br/>
        <w:t>Вічно жить! О богине, се жарти, се сміх!&lt;br /&gt;</w:t>
        <w:br/>
        <w:t>Вічне щастя чи дасть сей чудовний горіх?</w:t>
      </w:r>
    </w:p>
    <w:p>
      <w:r>
        <w:br/>
        <w:t>А без щастя, без віри й любові внутрі&lt;br /&gt;</w:t>
        <w:br/>
        <w:t>Вічно жить — се горіть вік у вік на кострі!</w:t>
      </w:r>
    </w:p>
    <w:p>
      <w:r>
        <w:br/>
        <w:t>Ні, богине! Візьми свій дарунок назад!&lt;br /&gt;</w:t>
        <w:br/>
        <w:t>Я в нірвану волю, чи в Олімп, чи у ад!"</w:t>
      </w:r>
    </w:p>
    <w:p>
      <w:r>
        <w:br/>
        <w:t>9</w:t>
      </w:r>
    </w:p>
    <w:p>
      <w:r>
        <w:br/>
        <w:t>Серед болю в постелі підводиться цар,&lt;br /&gt;</w:t>
        <w:br/>
        <w:t>І побожно цілує чудовний той дар,</w:t>
      </w:r>
    </w:p>
    <w:p>
      <w:r>
        <w:br/>
        <w:t>І в тріскучий огонь із пахучих полін&lt;br /&gt;</w:t>
        <w:br/>
        <w:t>Чудодійний горіх бистро кидає він.</w:t>
      </w:r>
    </w:p>
    <w:p>
      <w:r>
        <w:br/>
        <w:t>І здалось, що вже біль не так люто палив,&lt;br /&gt;</w:t>
        <w:br/>
        <w:t>Мовби в збурену кров охолоди налив.</w:t>
      </w:r>
    </w:p>
    <w:p>
      <w:r>
        <w:br/>
        <w:t>Прояснів його ум, серце збулось химер,&lt;br /&gt;</w:t>
        <w:br/>
        <w:t>А в опівніч саму Олександер умер.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вічне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