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Леніна</w:t>
      </w:r>
    </w:p>
    <w:p>
      <w:r>
        <w:br/>
        <w:t xml:space="preserve"> &lt;p&gt;ДРАМАТИЧНИЙ ЕТЮД</w:t>
      </w:r>
    </w:p>
    <w:p>
      <w:r>
        <w:br/>
        <w:t>Місіонерська школа в Китаї. Учитель, він же і пастор, проказує китайчатам.</w:t>
      </w:r>
    </w:p>
    <w:p>
      <w:r>
        <w:br/>
        <w:t>Пастор. І коли народився Христос, була ніч... Гм... зоряна ніч...</w:t>
      </w:r>
    </w:p>
    <w:p>
      <w:r>
        <w:br/>
        <w:t>Китайчата, ставши рядком перед учителем, голосно вигукують.</w:t>
      </w:r>
    </w:p>
    <w:p>
      <w:r>
        <w:br/>
        <w:t>Школярі. Була, була ніч... ніч... зоряна, зоряна... (А самі, за звичкою китайських школярів, махають руками й підскакують то на лівій, то на правій нозі, аж кіски маятниками).</w:t>
      </w:r>
    </w:p>
    <w:p>
      <w:r>
        <w:br/>
        <w:t>Пастор. Пастухи ночували в полі біля череди...</w:t>
      </w:r>
    </w:p>
    <w:p>
      <w:r>
        <w:br/>
        <w:t>Школярі. Біля, біля., череди... у полі, у полі...</w:t>
      </w:r>
    </w:p>
    <w:p>
      <w:r>
        <w:br/>
        <w:t>Входить хлопчик Д ж а н. Школярі так і вкрили його криком.</w:t>
      </w:r>
    </w:p>
    <w:p>
      <w:r>
        <w:br/>
        <w:t>Школярі. Джан! Джан!</w:t>
      </w:r>
    </w:p>
    <w:p>
      <w:r>
        <w:br/>
        <w:t>— Він спізнився!</w:t>
      </w:r>
    </w:p>
    <w:p>
      <w:r>
        <w:br/>
        <w:t>— Ловив драконів дорогою!..</w:t>
      </w:r>
    </w:p>
    <w:p>
      <w:r>
        <w:br/>
        <w:t>(Раптом замовкають, тільки лунає тоненький тривожний голос дівчинки).</w:t>
      </w:r>
    </w:p>
    <w:p>
      <w:r>
        <w:br/>
        <w:t>X о й. Ой, Джане, поспіши до сера закаблуками вперед...</w:t>
      </w:r>
    </w:p>
    <w:p>
      <w:r>
        <w:br/>
        <w:t>Джан підходить до вчителя й земно вклоняється. Пастор б'є його буковою палицею.</w:t>
      </w:r>
    </w:p>
    <w:p>
      <w:r>
        <w:br/>
        <w:t>Пастор. Раптом небо засяяло, і хор ангелів... Школярі. Небо, небо... ангелів... ангелів... Пастор. Устань, Джане... Дівчинко Хой, скажи, що таке ангел?</w:t>
      </w:r>
    </w:p>
    <w:p>
      <w:r>
        <w:br/>
        <w:t>Мовчанка.</w:t>
      </w:r>
    </w:p>
    <w:p>
      <w:r>
        <w:br/>
        <w:t>Хой. Ангел...</w:t>
      </w:r>
    </w:p>
    <w:p>
      <w:r>
        <w:br/>
        <w:t>Пастор. Я вчора казав... Ну?</w:t>
      </w:r>
    </w:p>
    <w:p>
      <w:r>
        <w:br/>
        <w:t>X о й. Ангел, сер...— дракон...</w:t>
      </w:r>
    </w:p>
    <w:p>
      <w:r>
        <w:br/>
        <w:t>Пастор. Я тобі цього не казав... Я казав... що ангел не дракон... Драконів нема... Драконів вигадала темна китайська голова... Скажи, Джане, ти,— хто створив ангелів?</w:t>
      </w:r>
    </w:p>
    <w:p>
      <w:r>
        <w:br/>
        <w:t>Д ж а н. Сер, ви про це не казали... П а с т о р. А як ти думаєш?</w:t>
      </w:r>
    </w:p>
    <w:p>
      <w:r>
        <w:br/>
        <w:t>Д ж а н. Я думаю, сер, що їх зробив англійський король. Пастор. Що-о?!</w:t>
      </w:r>
    </w:p>
    <w:p>
      <w:r>
        <w:br/>
        <w:t>Джан, відчувши, шо сказав щось не до ладу, виправився.</w:t>
      </w:r>
    </w:p>
    <w:p>
      <w:r>
        <w:br/>
        <w:t>Д ж а н. Його величність, добрий англійський король.</w:t>
      </w:r>
    </w:p>
    <w:p>
      <w:r>
        <w:br/>
        <w:t>Пастор. Що-о?! Хто? Хто сказав тобі таку дурницю?.. Хто вкинув тобі в голову таку... комуністичну ідею?.. (Тягне Джана до бамбукової палиці).</w:t>
      </w:r>
    </w:p>
    <w:p>
      <w:r>
        <w:br/>
        <w:t>Джан. Ви сказали, сер...</w:t>
      </w:r>
    </w:p>
    <w:p>
      <w:r>
        <w:br/>
        <w:t>Пастор. Що-о? Я?!</w:t>
      </w:r>
    </w:p>
    <w:p>
      <w:r>
        <w:br/>
        <w:t>Джан. Ви сказали, сер, що його величність... Пастор. Ну?</w:t>
      </w:r>
    </w:p>
    <w:p>
      <w:r>
        <w:br/>
        <w:t>Джан. ...Добрий англійський король все робить для бідних.</w:t>
      </w:r>
    </w:p>
    <w:p>
      <w:r>
        <w:br/>
        <w:t>Пастор. Ну... і</w:t>
      </w:r>
    </w:p>
    <w:p>
      <w:r>
        <w:br/>
        <w:t>Джан. Ви сказали — подумай... Я подумав так, що й ангелів зробив добрий наш король... для бідних... '</w:t>
      </w:r>
    </w:p>
    <w:p>
      <w:r>
        <w:br/>
        <w:t>Пастор. Ая бачу, ти, хлопчику, занадто розумний... Ти такий розумний, що коли всі китайці такі, будуть, то у його величності короля англійського не стане рушниць і гармат... Стань отут... навколішки... Нагнисй. (Б'є тричі палицею). Ангелів створив... бог... бог... 66^...'; Кажіть усі!</w:t>
      </w:r>
    </w:p>
    <w:p>
      <w:r>
        <w:br/>
        <w:t>Школярі. Ангелів, ангелів... створив, створив... бог... бог...</w:t>
      </w:r>
    </w:p>
    <w:p>
      <w:r>
        <w:br/>
        <w:t>Пастор (пише крейдою на дошці). Бога бійся, короля шануй... Візьміть олівці й пишіть: бога бійся, крроля шануй... Пишіть, аж поки я вернусь. (ВиходитЬ).</w:t>
      </w:r>
    </w:p>
    <w:p>
      <w:r>
        <w:br/>
        <w:t>Школярі (до Джана). Чому ти спізнився?</w:t>
      </w:r>
    </w:p>
    <w:p>
      <w:r>
        <w:br/>
        <w:t>— Чи їв ти вже?</w:t>
      </w:r>
    </w:p>
    <w:p>
      <w:r>
        <w:br/>
        <w:t>— Мабуть, просив на пристані по харчевнях рису?.. Джан. Це нічого, що спізнився, я й завтра спізнкнся, о!.. Ш к о л я р і. Ти й завтра спізнишся?</w:t>
      </w:r>
    </w:p>
    <w:p>
      <w:r>
        <w:br/>
        <w:t>Д ж а н. Це нічого, що... палиця... Це нічого, що захворів мій сліпий татко... Це нічого, що в нас нема рису... Зате я знаю щось, а ви не знаєте, о!.. Ні ти, Лі, ні ти, Хой, ні ти, Гецзи, , ніхто з вас не знає, о... А я вже знаю, о...</w:t>
      </w:r>
    </w:p>
    <w:p>
      <w:r>
        <w:br/>
        <w:t>Школярі. Що?</w:t>
      </w:r>
    </w:p>
    <w:p>
      <w:r>
        <w:br/>
        <w:t>— Ану що?</w:t>
      </w:r>
    </w:p>
    <w:p>
      <w:r>
        <w:br/>
        <w:t>Д ж а н. Я знаю таке, що його сер боїться, і всі сери, і... навіть англійський король боїться... Школярі. Джане, скажи!..</w:t>
      </w:r>
    </w:p>
    <w:p>
      <w:r>
        <w:br/>
        <w:t>— Ну, скажи!..</w:t>
      </w:r>
    </w:p>
    <w:p>
      <w:r>
        <w:br/>
        <w:t>— Я тобі дам рису — скажи!..</w:t>
      </w:r>
    </w:p>
    <w:p>
      <w:r>
        <w:br/>
        <w:t>— А я вареників із свининою...</w:t>
      </w:r>
    </w:p>
    <w:p>
      <w:r>
        <w:br/>
        <w:t>Д ж а н. Я знаю таке, що скоро я, і мій татко, і всі бідні їстимуть вареники з свининою і навіть па-ба-сянь-цай їстимуть...</w:t>
      </w:r>
    </w:p>
    <w:p>
      <w:r>
        <w:br/>
        <w:t>Велике здивування.</w:t>
      </w:r>
    </w:p>
    <w:p>
      <w:r>
        <w:br/>
        <w:t>Школярі. Па-ба-сянь-цай! Всі їстимуть па-ба-сянь-цай?!</w:t>
      </w:r>
    </w:p>
    <w:p>
      <w:r>
        <w:br/>
        <w:t>— Вісім коштовних страв?!</w:t>
      </w:r>
    </w:p>
    <w:p>
      <w:r>
        <w:br/>
        <w:t>Д ж а н. Так! Па-ба-сянь-цай! Боби з імбиром, квасолю з імбиром, сочевицю з імбиром. Все так зробить Ленін... Я знаю вже про Леніна, о!..</w:t>
      </w:r>
    </w:p>
    <w:p>
      <w:r>
        <w:br/>
        <w:t>Школярі. Про Леніна?</w:t>
      </w:r>
    </w:p>
    <w:p>
      <w:r>
        <w:br/>
        <w:t>— Що таке, Джане, про Леніна?</w:t>
      </w:r>
    </w:p>
    <w:p>
      <w:r>
        <w:br/>
        <w:t>Д ж а н. Що таке про Леніна? Далеко там, от там... за великою стіною, на вихорі літає Ленін... По всіх країнах...</w:t>
      </w:r>
    </w:p>
    <w:p>
      <w:r>
        <w:br/>
        <w:t>Школярі. Даос...</w:t>
      </w:r>
    </w:p>
    <w:p>
      <w:r>
        <w:br/>
        <w:t>— Чарівник...</w:t>
      </w:r>
    </w:p>
    <w:p>
      <w:r>
        <w:br/>
        <w:t>Джан. Ні-ні... Даоси — шахраї... Даоси напускають на очі туману, а Ленін багато знає і про всіх бідних знає... У тітки Лунь сухоти — він знає, кривому Сюєві сер вибив три зуби — він знає. І за мене знає, і за тебе, Хой, і за тебе, Лі, знає... о... Ленін. Він тільки за бідних. Скоро, скоро він прилетить до нас.</w:t>
      </w:r>
    </w:p>
    <w:p>
      <w:r>
        <w:br/>
        <w:t>Школярі. А король англійський?</w:t>
      </w:r>
    </w:p>
    <w:p>
      <w:r>
        <w:br/>
        <w:t>— А солдати на машинах, Джане?</w:t>
      </w:r>
    </w:p>
    <w:p>
      <w:r>
        <w:br/>
        <w:t>Джан. Ленін... він такий, от такий, і король його боїться, і всі сери, бо він сяде на вихор, і ніхто йому нічого... Хоч нехай вони на машинах, йому це нічого. Бідним він дає яку хоч роботу... Він як каже, то слова обертаються на зірки червоні і так ясно сяють бідним...</w:t>
      </w:r>
    </w:p>
    <w:p>
      <w:r>
        <w:br/>
        <w:t>Ш к о л я рі. А це правда, Джане?</w:t>
      </w:r>
    </w:p>
    <w:p>
      <w:r>
        <w:br/>
        <w:t>— Хто тобі казав?</w:t>
      </w:r>
    </w:p>
    <w:p>
      <w:r>
        <w:br/>
        <w:t>Д ж а н. Є листи й книжки від Леніна... Кулі на пристані читали... Скоро... Скоро він прилетить до нас на вихорі, як на коні, й тоді ми проженемо всіх серів і нашого зі школи, і я навіть ударю нашого тричі... Ні... Один раз, оцією палицею...</w:t>
      </w:r>
    </w:p>
    <w:p>
      <w:r>
        <w:br/>
        <w:t>Школярі. Тричі, Джане?..</w:t>
      </w:r>
    </w:p>
    <w:p>
      <w:r>
        <w:br/>
        <w:t>— Тричі, Джане?.. Хтось. П'ять-сім... Школярі— Ша! Сер іде.</w:t>
      </w:r>
    </w:p>
    <w:p>
      <w:r>
        <w:br/>
        <w:t>— Сер.</w:t>
      </w:r>
    </w:p>
    <w:p>
      <w:r>
        <w:br/>
        <w:t>Рух і гиша. Входить пастор.</w:t>
      </w:r>
    </w:p>
    <w:p>
      <w:r>
        <w:br/>
        <w:t>Пастор. Всякий благочестивець боїться бога і шанує короля... Гм... Не боїться бога і короля хто, скажи мені, Хой?</w:t>
      </w:r>
    </w:p>
    <w:p>
      <w:r>
        <w:br/>
        <w:t>X о й. Ленін, сер.</w:t>
      </w:r>
    </w:p>
    <w:p>
      <w:r>
        <w:br/>
        <w:t>Учитель аж присів. Школярі. Ленін!.. Ленін!</w:t>
      </w:r>
    </w:p>
    <w:p>
      <w:r>
        <w:br/>
        <w:t>Екран: ЛЕНІН ЖИВЕ В СЕРЦЯХ ПРИГНОБЛЕНИХ УСЬОГО СВІТУ!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Леніна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