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</w:t>
      </w:r>
    </w:p>
    <w:p>
      <w:r>
        <w:br/>
        <w:t xml:space="preserve"> &lt;p&gt;— Пийте, нахоре, арик!..</w:t>
      </w:r>
    </w:p>
    <w:p>
      <w:r>
        <w:br/>
        <w:t>Прозоро-біле кобиляче молоко — трохи кисле, здорове, цілюще й життєдайне.</w:t>
      </w:r>
    </w:p>
    <w:p>
      <w:r>
        <w:br/>
        <w:t>— Ви питали, нахоре, чому, на мою думку, немає бога?</w:t>
      </w:r>
    </w:p>
    <w:p>
      <w:r>
        <w:br/>
        <w:t>— Начальник сказав, що бога нема!.. Значить, його нема.</w:t>
      </w:r>
    </w:p>
    <w:p>
      <w:r>
        <w:br/>
        <w:t>— Нема бога, бурханів і святих. Ще є хутухти — переродженці й лами. Але їх теж не буде!..</w:t>
      </w:r>
    </w:p>
    <w:p>
      <w:r>
        <w:br/>
        <w:t>— Коли світить сонце — день, коли сонця нема — ніч. Бога нема, бо він не може зробити з ночі день!</w:t>
      </w:r>
    </w:p>
    <w:p>
      <w:r>
        <w:br/>
        <w:t>— А чим же він годується? Його ніхто не бачив!</w:t>
      </w:r>
    </w:p>
    <w:p>
      <w:r>
        <w:br/>
        <w:t>— Пийте арик, нахоре! Я розповім, який він корисний.</w:t>
      </w:r>
    </w:p>
    <w:p>
      <w:r>
        <w:br/>
        <w:t>— Між кінцем давніх, раніш минулих, чудових десяти тисяч віків і початком теперішніх чудових тисяч віків, за часів, коли заново народилося сонячне проміння, коли заново почали проповідувати зібрання вісімдесяти чотирьох тисяч наук, визначились, кажуть, держава, устрій та віра.</w:t>
      </w:r>
    </w:p>
    <w:p>
      <w:r>
        <w:br/>
        <w:t>Була батьківщина, кажуть, найвеличніша в світі! Підіймалися сімдесят подвійних гір, що зросли поруч, підпираючи одна одну, без перевалів і проходів. Підносилися сімдесят величезних білих скель, темніли п'ятдесят чорних чагарників. Давали радість вісімнадцять веселих гаїв-лісів, біліли п'ятдесят снігових хребтів, сяяли вісімдесят скель-висот із крижаними вістрями. Було вісім нектарних білих морів, хвилі гойдали десять великих цілющих вод-морів, біліли колами чистої води стави, озера, повагом несли свою течію сотні великих річок, дзюрчали крізь землю сотні тисяч джерел.</w:t>
      </w:r>
    </w:p>
    <w:p>
      <w:r>
        <w:br/>
        <w:t>Коливалися квіти всіх кольорів, поспівали разом ягоди тисяч різних смаків, щебетали дзвінкоголосі птахи, жайворонки шістдесяти видів радісно співали, а сарни сімдесяти мастей паслися, слідкуючи чередою один за одним</w:t>
      </w:r>
    </w:p>
    <w:p>
      <w:r>
        <w:br/>
        <w:t>Повиростали коні. Помахуючи гривами, паслися вони, укривши поверхню золотої землі, живились, підгризаючи траву своїми гострими зубами. Жеребці та кобили ходили разом, торкаючись одне одного боками; лошата, однолітки й дволітки, з іржанням блукали серед своїх товаришів. Звучало іржання коней, дзвінке, веселе; їхні голоси — ніби голоси лебедів. Виросла сила-силенна червоних і жовтих верблюдів. Широкі степи заполонила рогата худоба. Корови, телята, бики паслися по балках та долинах. Білі, як мушлі, виросли вівці, заполонивши підніжжя високих гір.</w:t>
      </w:r>
    </w:p>
    <w:p>
      <w:r>
        <w:br/>
        <w:t>Безліч літ минуло відтоді, як утратили їм рахунок; колись, давно це вже було, як утратили їм міру; невідомо, скільки віків минуло, як забули їхнє число.</w:t>
      </w:r>
    </w:p>
    <w:p>
      <w:r>
        <w:br/>
        <w:t>Ось яка була, коли оповідати коротко, батьківщина!</w:t>
      </w:r>
    </w:p>
    <w:p>
      <w:r>
        <w:br/>
        <w:t>За тих часів, кажуть, на найвищу сиву гору в країні сходив дідок. Голова й борода його були білі, як овеча вовна. На найвищу гору сходив тоді сивий міцний дідок Цаган-Убугун.</w:t>
      </w:r>
    </w:p>
    <w:p>
      <w:r>
        <w:br/>
        <w:t>Він щороку сходив на гору й оглядав усю країну. Куди падав його ласкавий, як промінь, погляд, там виростали ліси й чагарники, у степах виростала висока соковита трава й дикий часник, з'являлися тисячі звірів, птахів та квітів, тисячі табунів коней, десятки тисяч корів, без ліку білих, як мушлі, овець.</w:t>
      </w:r>
    </w:p>
    <w:p>
      <w:r>
        <w:br/>
        <w:t>Куди кидав погляд Цаган-Убугун, там країна ставала обважніла плодами, як жінка, що носить богатиря, і люди жили тисячі років.</w:t>
      </w:r>
    </w:p>
    <w:p>
      <w:r>
        <w:br/>
        <w:t>Одного року, між кінцем і початком чудових десяти тисяч віків, бурхан Амітаба влаштував бенкет такий, якого ще не бачили в цьому світі. Почав бенкет на вісімдесят діб, почав забави на шістдесят діб. Зібрав він усіх живих істот, усіх святих та бурханів.</w:t>
      </w:r>
    </w:p>
    <w:p>
      <w:r>
        <w:br/>
        <w:t>Прийшов на цей великий бенкет і Цаган-Убугун. Зібрали вони м'яса та різних страв стільки, що цілі гори утворились, зібрали вина стільки, що моря-озера утворились, і почали великий бенкет. Стали вони бенкетувати, весело розмовляючи, як зозулі, почалися забави та веселощі.</w:t>
      </w:r>
    </w:p>
    <w:p>
      <w:r>
        <w:br/>
        <w:t>Цаган-Убугун — сивий дідок, розідрали б його на шматки гобійські вовки, напився тоді, як верблюд! Ноги заплітаються, язик присихає, очі не бачать.</w:t>
      </w:r>
    </w:p>
    <w:p>
      <w:r>
        <w:br/>
        <w:t>А настала якраз тоді пора підійматись йому на найвищу гору. П'яний був тоді Цаган-Убугун і ледве видерся на найближчий дабан. Сперся він животом на кам'яний горбок, і заснув там Цаган-Убугун — роздерли його на шматки гобійські вовки.</w:t>
      </w:r>
    </w:p>
    <w:p>
      <w:r>
        <w:br/>
        <w:t>Не подивився тоді Цаган-Убугун туди, куди йому слід було дивитись. Висохли нектарні моря, висох ліс, розсипались гори.</w:t>
      </w:r>
    </w:p>
    <w:p>
      <w:r>
        <w:br/>
        <w:t>Рівно тепер підіймаються сімдесят подвійних червоних пісків, що їх уславлений кінь не може проскакати з кінця в кінець. Розіслалися тридцять три великі, широченні Гобі, що їх тут народжений витязь не може обійти навколо, розкинулись під вітрами чорні ували, що їх не пройдеш, хоч цілі місяці йди; вісім жовтих степів заволокло млою, що їх не пройдеш, хоч цілі роки йди.</w:t>
      </w:r>
    </w:p>
    <w:p>
      <w:r>
        <w:br/>
        <w:t>Вимерла худоба й вимерли люди.</w:t>
      </w:r>
    </w:p>
    <w:p>
      <w:r>
        <w:br/>
        <w:t>А тих, що лишилися живі, заполонили китайські та японські купці, залякали лами з своїх дацанів, худобу загарбали вельможі — сайти, — бідним став монгол-арат.</w:t>
      </w:r>
    </w:p>
    <w:p>
      <w:r>
        <w:br/>
        <w:t>Тоді народився в Гобі, коло Шанхайських гір, що нагадують пощерблені зуби, в одної бідної монголки син. Пізніше назвали його Темур.</w:t>
      </w:r>
    </w:p>
    <w:p>
      <w:r>
        <w:br/>
        <w:t>У бідній прокопченій юрті ріс Темур. Нічого не було йому їсти й нічого пити. Мати його померла від голодної смерті. Лишився хлопчик Темур у пустелі сам. Тоді ж у кобили, начальниці дикого табуна, здохло лоша. Засумувала кобила, відбилася від табуна й заблудилась у Гобі.</w:t>
      </w:r>
    </w:p>
    <w:p>
      <w:r>
        <w:br/>
        <w:t>Одного разу гобійський вітер доніс до неї сумне скигління-іржання. То плакав маленький голодний Темур. Прибігла до нього кобилиця, почала пестити й годувати своїм повним од молока вим'ям.</w:t>
      </w:r>
    </w:p>
    <w:p>
      <w:r>
        <w:br/>
        <w:t>Почав рости й міцнішати хлопчик. Став він мужній, кремезний, дужий і великий, як гора. І тоді вдруге дали йому ім'я арати — Темур, що значить — залізо.</w:t>
      </w:r>
    </w:p>
    <w:p>
      <w:r>
        <w:br/>
        <w:t>— Пийте, нахоре, арик!</w:t>
      </w:r>
    </w:p>
    <w:p>
      <w:r>
        <w:br/>
        <w:t>— Зібрав Темур усіх бідних аратів і розповів їм про свою долю. З того часу почали всі люди пити арик, здоровий і цілющий напій — кобиляче молоко.</w:t>
      </w:r>
    </w:p>
    <w:p>
      <w:r>
        <w:br/>
        <w:t>Між кінцем і початком чудових десяти тисяч віків най хоробріший і найкращий верхівець Темур зібрав величезне військо з аратів-бідняків.</w:t>
      </w:r>
    </w:p>
    <w:p>
      <w:r>
        <w:br/>
        <w:t>Стало те військо численне, як трава в степу. І повів Темур його проти вельмож-сайтів, проти лам і багатих юрт.</w:t>
      </w:r>
    </w:p>
    <w:p>
      <w:r>
        <w:br/>
        <w:t>Як ураган, пролітав Темур по всій країні. Безліч ханів і сайтів підкорив він собі, і з того часу, майже по всій землі, на десятки тисяч верстов, влада перейшла до рук бідних аратів.</w:t>
      </w:r>
    </w:p>
    <w:p>
      <w:r>
        <w:br/>
        <w:t>Стало краще жити.</w:t>
      </w:r>
    </w:p>
    <w:p>
      <w:r>
        <w:br/>
        <w:t>Кажуть, що це був Ленін, який прогнав китайських та японських купців, одібрав табуни та отари в сайтів і роздав бідним, а лами зачинилися в дацанах, і тепер їм надходять останні дні.</w:t>
      </w:r>
    </w:p>
    <w:p>
      <w:r>
        <w:br/>
        <w:t>Тридцять три великі, широченні Гобі, що їх тут народжений витязь на уславленім коні не міг проскакати навколо, кажуть, тепер можна об'їхати на машині.</w:t>
      </w:r>
    </w:p>
    <w:p>
      <w:r>
        <w:br/>
        <w:t>— Пийте арик, нахоре!..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