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Ледар-брехунець</w:t>
      </w:r>
    </w:p>
    <w:p>
      <w:r>
        <w:br/>
        <w:t xml:space="preserve"> Просить матуся Миколу:&lt;br /&gt;</w:t>
        <w:br/>
        <w:t>— Синку, внеси мені дров!..—&lt;br /&gt;</w:t>
        <w:br/>
        <w:t>Ледар скрививсь і про школу&lt;br /&gt;</w:t>
        <w:br/>
        <w:t>Мамі нагадує знов:</w:t>
      </w:r>
    </w:p>
    <w:p>
      <w:r>
        <w:br/>
        <w:t>— В мене уроків багато,&lt;br /&gt;</w:t>
        <w:br/>
        <w:t>Сила задач і письма...—&lt;br /&gt;</w:t>
        <w:br/>
        <w:t>З п'ятого поверху мати&lt;br /&gt;</w:t>
        <w:br/>
        <w:t>Йде до сарая сама.</w:t>
      </w:r>
    </w:p>
    <w:p>
      <w:r>
        <w:br/>
        <w:t>Дров узяла вона в'язку,&lt;br /&gt;</w:t>
        <w:br/>
        <w:t>Йде, спочива що ні крок:&lt;br /&gt;</w:t>
        <w:br/>
        <w:t>Робить синочкові ласку,&lt;br /&gt;</w:t>
        <w:br/>
        <w:t>Хай тільки вчиться синок.</w:t>
      </w:r>
    </w:p>
    <w:p>
      <w:r>
        <w:br/>
        <w:t>Вийшла, звалила додолу&lt;br /&gt;</w:t>
        <w:br/>
        <w:t>В'язку важкеньку сама.&lt;br /&gt;</w:t>
        <w:br/>
        <w:t>Зве на хвилинку Миколу —&lt;br /&gt;</w:t>
        <w:br/>
        <w:t>Дома Миколи... нема.</w:t>
      </w:r>
    </w:p>
    <w:p>
      <w:r>
        <w:br/>
        <w:t>Раз погукала і вдруге.&lt;br /&gt;</w:t>
        <w:br/>
        <w:t>Де він? І стала на мить.&lt;br /&gt;</w:t>
        <w:br/>
        <w:t>"Певно подався до друга,&lt;br /&gt;</w:t>
        <w:br/>
        <w:t>Вдвох щоб задачі робить".</w:t>
      </w:r>
    </w:p>
    <w:p>
      <w:r>
        <w:br/>
        <w:t>Зовсім не так! Бо Микола&lt;br /&gt;</w:t>
        <w:br/>
        <w:t>Вже верховодив у грі:&lt;br /&gt;</w:t>
        <w:br/>
        <w:t>Бив з хлопчаками футбола&lt;br /&gt;</w:t>
        <w:br/>
        <w:t>В третім сусіднім дворі.</w:t>
      </w:r>
    </w:p>
    <w:p>
      <w:r>
        <w:br/>
        <w:t>Вже як стемніло — з'явився:&lt;br /&gt;</w:t>
        <w:br/>
        <w:t>— Їсти давайте мені!&lt;br /&gt;</w:t>
        <w:br/>
        <w:t>Сильно я,— каже,— стомився,&lt;br /&gt;</w:t>
        <w:br/>
        <w:t>Дуже задачі трудні.</w:t>
      </w:r>
    </w:p>
    <w:p>
      <w:r>
        <w:br/>
        <w:t>...Ранок. Іде він у школу&lt;br /&gt;</w:t>
        <w:br/>
        <w:t>Й жде випадкових "удач".&lt;br /&gt;</w:t>
        <w:br/>
        <w:t>Вчитель питає Миколу:&lt;br /&gt;</w:t>
        <w:br/>
        <w:t>— Чом не зробив ти задач?</w:t>
      </w:r>
    </w:p>
    <w:p>
      <w:r>
        <w:br/>
        <w:t>Чом не зробив, я питаю...—&lt;br /&gt;</w:t>
        <w:br/>
        <w:t>Встав брехунець, пробасив: —&lt;br /&gt;</w:t>
        <w:br/>
        <w:t>Я не зробив, бо з сараю&lt;br /&gt;</w:t>
        <w:br/>
        <w:t>Дрова для мами носив.</w:t>
      </w:r>
    </w:p>
    <w:p>
      <w:r>
        <w:br/>
        <w:t>Діти, чекає Миколу&lt;br /&gt;</w:t>
        <w:br/>
        <w:t>Дуже поганий кінець.&lt;br /&gt;</w:t>
        <w:br/>
        <w:t>Тож не робіть ви ніколи&lt;br /&gt;</w:t>
        <w:br/>
        <w:t>Так, як оцей брехунець.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Ледар-брехунець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