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Через скельце неба золочене&lt;br /&gt;</w:t>
        <w:br/>
        <w:t>Задивилась ластівка на мене.&lt;br /&gt;</w:t>
        <w:br/>
        <w:t>Крила опустила, і тріпоче.&lt;br /&gt;</w:t>
        <w:br/>
        <w:t>Я давала хліба їй. Не хоче.</w:t>
      </w:r>
    </w:p>
    <w:p>
      <w:r>
        <w:br/>
        <w:t>Лиш голівка схилиться печально.&lt;br /&gt;</w:t>
        <w:br/>
        <w:t>Й знову профіль пташечки овальний,&lt;br /&gt;</w:t>
        <w:br/>
        <w:t>На краєчку, на вершечку долі –&lt;br /&gt;</w:t>
        <w:br/>
        <w:t>На зеленій гілочці тополі.</w:t>
      </w:r>
    </w:p>
    <w:p>
      <w:r>
        <w:br/>
        <w:t>Від людини нікуди подіться.&lt;br /&gt;</w:t>
        <w:br/>
        <w:t>Ніби ж звикла врешті. А боїться.&lt;br /&gt;</w:t>
        <w:br/>
        <w:t>Ледве чути: не співає – тенька.&lt;br /&gt;</w:t>
        <w:br/>
        <w:t>Що тут дивуватися – маленька.</w:t>
      </w:r>
    </w:p>
    <w:p>
      <w:r>
        <w:br/>
        <w:t>Носиться з холодними вітрами&lt;br /&gt;</w:t>
        <w:br/>
        <w:t>В небесах, завішаних дротами.&lt;br /&gt;</w:t>
        <w:br/>
        <w:t>Що їй треба? Крихту, чи зернину?&lt;br /&gt;</w:t>
        <w:br/>
        <w:t>До гнізда тоненьку соломину?</w:t>
      </w:r>
    </w:p>
    <w:p>
      <w:r>
        <w:br/>
        <w:t>Дивиться, мов хоче розказати:&lt;br /&gt;</w:t>
        <w:br/>
        <w:t>Душно, мені треба відлітати.&lt;br /&gt;</w:t>
        <w:br/>
        <w:t>Важко і з тобою, і без тебе.&lt;br /&gt;</w:t>
        <w:br/>
        <w:t>…Порошинка в оці. І у небі.</w:t>
      </w:r>
    </w:p>
    <w:p>
      <w:r>
        <w:br/>
        <w:t>Поведи рукою – і зітреться…&lt;br /&gt;</w:t>
        <w:br/>
        <w:t>Тільки мені іноді здається:&lt;br /&gt;</w:t>
        <w:br/>
        <w:t>Ця душа, безпомічна, крилата,&lt;br /&gt;</w:t>
        <w:br/>
        <w:t>Найдорожче, чим земля багата.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