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Ласочка</w:t>
      </w:r>
    </w:p>
    <w:p>
      <w:r>
        <w:br/>
        <w:t xml:space="preserve"> &lt;p&gt;Як сонце тільки-но червонило небо на сході, Арсен уже сидів у човні біля своєї верби і пильнував за вудками, В лісі бродив туман, підзолочений сонячним промінням, туркотіли припутні, вистукували дзьобами дятли, а іноді лунко тріщало галуззя і було чути: хро-хро... хря-хря...</w:t>
      </w:r>
    </w:p>
    <w:p>
      <w:r>
        <w:br/>
        <w:t>Арсен знав, що то вепри з виводками вепренят вертаються з нічного пасовиська у свої сховища...</w:t>
      </w:r>
    </w:p>
    <w:p>
      <w:r>
        <w:br/>
        <w:t>А одного разу, коли Арсен, зігрітий сонцем, куняв у човні, то підводячи, то опускаючи голову, за спиною в нього почулося тоненьке скімлення. Арсен прокинувсь і огледівся.</w:t>
      </w:r>
    </w:p>
    <w:p>
      <w:r>
        <w:br/>
        <w:t>Високо на кручі, супроти човна, схиливши голову набік, стояло лисеня. Воно дивилося трохи здивованими і зовсім не хитрими очима. Потім перевело погляд у задок човна і облизнулося: на дні, засланім травою, лежала риба.</w:t>
      </w:r>
    </w:p>
    <w:p>
      <w:r>
        <w:br/>
        <w:t>— Ану!—сказав Арсен і ляснув себе долонею по коліну. Лисеня трохи позадкувало, проте не втекло.</w:t>
      </w:r>
    </w:p>
    <w:p>
      <w:r>
        <w:br/>
        <w:t>— Бойове! — сказав Арсен.— То що тобі — рибки закортіло? Лисеня тоненько писнуло.</w:t>
      </w:r>
    </w:p>
    <w:p>
      <w:r>
        <w:br/>
        <w:t>— Ну, на вже,— Арсен трохи подумав і додав: — Ласочка... Рибина летіла вище лисеняти, але воно прудко підскочило й</w:t>
      </w:r>
    </w:p>
    <w:p>
      <w:r>
        <w:br/>
        <w:t>ухопило її передніми лапами.</w:t>
      </w:r>
    </w:p>
    <w:p>
      <w:r>
        <w:br/>
        <w:t>— Молодця! — похвалив Арсен і заходився міняти наживку. А коли озирнувся, лисеняти вже не було.</w:t>
      </w:r>
    </w:p>
    <w:p>
      <w:r>
        <w:br/>
        <w:t>Однак наступного ранку воно прийшло знову. І знов Арсен кинув йому рибину — одну, бо лисеня більше не просило.</w:t>
      </w:r>
    </w:p>
    <w:p>
      <w:r>
        <w:br/>
        <w:t>Так вони й потоваришували. Незабаром лисеня вже знало, що його звати Ласочка і що коли Арсен каже: "Встань!" або "Ляж!", то треба вставати або лягати. Знало також і те, що риба інколи не клює. Сидить-сидить Арсен, а поплавки на його вудках ані ворухнуться. Тоді Ласочка не скімлила і не молотила хвостом по землі, як завжди, побачивши у човні рибу, а лягала в траву й ждала. Арсенові набридало дивитися на нерухомі поплавки, і він часто-густо засинав.</w:t>
      </w:r>
    </w:p>
    <w:p>
      <w:r>
        <w:br/>
        <w:t>Сидить і спить.</w:t>
      </w:r>
    </w:p>
    <w:p>
      <w:r>
        <w:br/>
        <w:t>А якось чує крізь сон: Ласочка дзявулить. Прокинувся, аж поплавка на одній вудочці немає, поринув. А лисеня на кручі вухами пряде, передніми лапами дрібушить-витанцьовує од нетерплячки. Вхопив вудочку, смик — є окунь!</w:t>
      </w:r>
    </w:p>
    <w:p>
      <w:r>
        <w:br/>
        <w:t>— На, Ласочко, це ти спіймала! — весело сказав Арсен і кинув окуня на кручу. З того дня він вже не боявся спати, бо як тільки поплавок ворухнеться, то Ласочка його й розбудить.</w:t>
      </w:r>
    </w:p>
    <w:p>
      <w:r>
        <w:br/>
        <w:t>Так вони й рибалили вдвох.</w:t>
      </w:r>
    </w:p>
    <w:p>
      <w:r>
        <w:br/>
        <w:t>Потім настала довга-предовга зима. Ліс прибрався в іній та ожеледець. І не співали вже в ньому птахи, тільки вітер ночами завивав у гіллі.</w:t>
      </w:r>
    </w:p>
    <w:p>
      <w:r>
        <w:br/>
        <w:t>Старий Арсен уже не ходив на річку, але часом згадував Ласочку: де-то вона тулиться в таку холоднечу?</w:t>
      </w:r>
    </w:p>
    <w:p>
      <w:r>
        <w:br/>
        <w:t>А весною, коли крига скресла і сонце вгріло, одніс Арсен човна на річку, полагодив вудки і знову, як торік, сів ловити рибу — бабі та внукам на юшку. Вудить та все озирається: чи нема, бува, Ласочки? Раз, і вдруге, і втретє — немає...</w:t>
      </w:r>
    </w:p>
    <w:p>
      <w:r>
        <w:br/>
        <w:t>А вчетверте озирнувся — стоїть на кручі велика пухнаста лисиця з розумними, але зовсім не хитрими очима, а поруч неї — лисеня.</w:t>
      </w:r>
    </w:p>
    <w:p>
      <w:r>
        <w:br/>
        <w:t>— Ласочко? — невпевнено покликав Арсен.</w:t>
      </w:r>
    </w:p>
    <w:p>
      <w:r>
        <w:br/>
        <w:t>Лисиця задрібушила передніми лапами, замолотила хвостом по землі й лягла. Лисеня ж, побачивши у човні рибу, облизнулося й тихенько заскімлило.</w:t>
      </w:r>
    </w:p>
    <w:p>
      <w:r>
        <w:br/>
        <w:t>— Те-те-те...— весело сказав Арсен.— Це що ж виходить:я увесь ваш рід годуватиму?</w:t>
      </w:r>
    </w:p>
    <w:p>
      <w:r>
        <w:br/>
        <w:t>І кинув на кручу рибину.</w:t>
      </w:r>
    </w:p>
    <w:p>
      <w:r>
        <w:br/>
        <w:t>Лисеня спіймало її передніми лапами і стало їсти. А Ласочка сиділа нерухомо, пильно стежачи за поплавками... З того часу вони рибалили втрьох.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