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Лабіринт</w:t>
      </w:r>
    </w:p>
    <w:p>
      <w:r>
        <w:br/>
        <w:t xml:space="preserve"> &lt;p&gt;I.</w:t>
      </w:r>
    </w:p>
    <w:p>
      <w:r>
        <w:br/>
        <w:t>Забринів зумер — довго, настирливо. Кук-Соммерс трубки не брав. То нервовими кроками ходив по ла-бораторії, то присідав до столу і, загородивши пальці лівої руки в рідку чуприну, тупо дивився на свої плутані замітки. А телефон не вгавав із самого ранку. Ніби на чиюсь команду наукові редактори газет, журналів, корес-понденти радіо і телебачення допевнялись, чого він досяг у фізиці елементарних частинок до свого чвертьстолі-тнього ювілею. Прокляття! Нічого не досяг! І вся ця фізика — нехай би вона горіла ясним полум’ям! — йому ні до чого, ну, зовсім його не цікавить. Він охочіше працював би не на цьому нещасному прискорювачі, а на мік-сері, готував би смачні тістечка та креми… О, то справді було б солодке життя! Але мама… "Ти мусиш стати фізиком-теоретиком, це мрія моєї юності, розумієш… там тебе чекає славетне майбутнє". І ось йому стукнуло двадцять п’ять, а мрія її юності так і не збулася. Стривай, а чи не мамина це робота — всі оті кореспонденти? Банківський рахунок у неї солідний, а спритності хоч одбавляй.</w:t>
      </w:r>
    </w:p>
    <w:p>
      <w:r>
        <w:br/>
        <w:t>Кук-Соммерс рвучко схопився і знову сів, нестямно поводячи очима, наче загнаний звір. А тут ще апарат джеркотить і джеркотить. "Ну, якщо це вона влаштувала… — із злістю думав про матір, — то я їй таке влаш-тую, таке…"</w:t>
      </w:r>
    </w:p>
    <w:p>
      <w:r>
        <w:br/>
        <w:t>Заціпенів, якась каламутна хвиля затопила йому свідомість. Усе перед ним примеркло, навіть великі вік-на лабораторії. Скільки це тривало, не знав, проте, коли та каламуть почала спадати, полишаючи шум у скро-нях, він побачив перед собою сутулуватого чоловіка, обвішаного фотоапаратурою.</w:t>
      </w:r>
    </w:p>
    <w:p>
      <w:r>
        <w:br/>
        <w:t>— Перепрошую, ви не брали трубки, і я наважився…</w:t>
      </w:r>
    </w:p>
    <w:p>
      <w:r>
        <w:br/>
        <w:t>Кук-Соммерс окинув його важким поглядом і тільки скреготнув зубами. Наважився! Бач, цей тип нава-жився…</w:t>
      </w:r>
    </w:p>
    <w:p>
      <w:r>
        <w:br/>
        <w:t>— У мене всього кілька запитань… — Кореспондент увімкнув портативний магнітофон, що висів при боці.</w:t>
      </w:r>
    </w:p>
    <w:p>
      <w:r>
        <w:br/>
        <w:t>— Чого досяг, так? — Лице Кук-Соммерса скривилося.</w:t>
      </w:r>
    </w:p>
    <w:p>
      <w:r>
        <w:br/>
        <w:t>— Так, і про це…</w:t>
      </w:r>
    </w:p>
    <w:p>
      <w:r>
        <w:br/>
        <w:t>— Ну, то ось вам відповідь: я досяг того, що нічого не досяг. Дою козла над решетом. Записуєте?</w:t>
      </w:r>
    </w:p>
    <w:p>
      <w:r>
        <w:br/>
        <w:t>— Аякже. І негативний результат для нас цікавий.</w:t>
      </w:r>
    </w:p>
    <w:p>
      <w:r>
        <w:br/>
        <w:t>— Морочите мені голову…</w:t>
      </w:r>
    </w:p>
    <w:p>
      <w:r>
        <w:br/>
        <w:t>— А ваші дослідження елементарних частинок… чи прояснили походження Всесвіту?</w:t>
      </w:r>
    </w:p>
    <w:p>
      <w:r>
        <w:br/>
        <w:t>— Ого! Та коли б я впіймав потрібну свиню за вухо, то був би вже лауреатом Нобеля!</w:t>
      </w:r>
    </w:p>
    <w:p>
      <w:r>
        <w:br/>
        <w:t>— Саме цього всі й сподіваються. — Кореспондент миттю націлив фотоапарат і кілька разів клацнув, хльоскаючи Кук-Соммерса тонким батогом блискавки.</w:t>
      </w:r>
    </w:p>
    <w:p>
      <w:r>
        <w:br/>
        <w:t>— Саме цього? — здивовано вигукнув той. — Ви що, насміхаєтесь? Хто сподівається?</w:t>
      </w:r>
    </w:p>
    <w:p>
      <w:r>
        <w:br/>
        <w:t>Кореспондент нервовими пальцями закрив футляр.</w:t>
      </w:r>
    </w:p>
    <w:p>
      <w:r>
        <w:br/>
        <w:t>— Ну, ось хоча б і наш журнал "Нью саєнс", який у наукових колах…</w:t>
      </w:r>
    </w:p>
    <w:p>
      <w:r>
        <w:br/>
        <w:t>— Але чому? — перебив Кук-Соммерс. — Чому причепилися саме до мене? Ні до Сміта, ні до Айріс, ні до Малькома, хоч і в них були круглі дати…</w:t>
      </w:r>
    </w:p>
    <w:p>
      <w:r>
        <w:br/>
        <w:t>Кореспондент прискалив око:</w:t>
      </w:r>
    </w:p>
    <w:p>
      <w:r>
        <w:br/>
        <w:t>— У вас подвійне прізвище, ви на це не зважаєте?</w:t>
      </w:r>
    </w:p>
    <w:p>
      <w:r>
        <w:br/>
        <w:t>Фізик витріщив олов’яні очі, обурення так і пирскало в його обличчя.</w:t>
      </w:r>
    </w:p>
    <w:p>
      <w:r>
        <w:br/>
        <w:t>— До чого тут подвійне прізвище?</w:t>
      </w:r>
    </w:p>
    <w:p>
      <w:r>
        <w:br/>
        <w:t>— Не здогадуєтесь? — Сутулуватий підступив ближче до столу, наче підкрадаючись до звірини.— Не-вже це для вас таємниця?</w:t>
      </w:r>
    </w:p>
    <w:p>
      <w:r>
        <w:br/>
        <w:t>— Чого ви морочите мені голову? — Кук-Соммерс ударив кулаком по столу. — Випускайте кота з міш-ка!</w:t>
      </w:r>
    </w:p>
    <w:p>
      <w:r>
        <w:br/>
        <w:t>— У вас ювілей, таке свято, — якомога лагідніше сказав кореспондент, — а ви їдете на чорному ослі.</w:t>
      </w:r>
    </w:p>
    <w:p>
      <w:r>
        <w:br/>
        <w:t>— Ага, так! — Фізик ляснув у долоні. — Няумуко! Цей чоловік без дозволу вдерся до лабораторії.</w:t>
      </w:r>
    </w:p>
    <w:p>
      <w:r>
        <w:br/>
        <w:t>Ошелешений візитер миттю обернувся та й остовпів: на нього сунувся робот, загрозливо поводячи пря-мокутними плечима. Няумуко — японська штучка — де він тут узявся? Циліндрична "голова", обведене чор-ною фарбою "обличчя", намальований "рот" і дужки "брів", але "очі" — ні, "очі" скляні, жевріють; замість "но-са" — коротенька трубка, якою цей монстр ніби принюхувався до враженої істоти, з похилих плечей якої зви-сали апарати.</w:t>
      </w:r>
    </w:p>
    <w:p>
      <w:r>
        <w:br/>
        <w:t>Кілька секунд людина і робот мовчки дивилися одне на одного. Страх, що нагло пройняв кореспондента, минав, чоловік швидко отямився, коліна перестали дрижати. Біс його матері! Чи він не бував у бувальцях? Хіба його не застукали на дереві, звідки він цілився об’єктивом у спальню? Ну, були гулі і синці, але ж знімки… Сенсація! Зараз теж запахло…</w:t>
      </w:r>
    </w:p>
    <w:p>
      <w:r>
        <w:br/>
        <w:t>— Я — Няумуко, — обізвався робот котячим голосом, — а ви? Будемо знайомитись</w:t>
      </w:r>
    </w:p>
    <w:p>
      <w:r>
        <w:br/>
        <w:t>— Мене звуть Патриком…</w:t>
      </w:r>
    </w:p>
    <w:p>
      <w:r>
        <w:br/>
        <w:t>Тільки-но робот висунув металеву руку, Патрик відскочив убік і поза столами кинувся до виходу. Може, і встиг би, якби не зачепився футляр з магнітофоном, поки він вовтузився, Няумуко вже стояв на дверях.</w:t>
      </w:r>
    </w:p>
    <w:p>
      <w:r>
        <w:br/>
        <w:t>Кук-Соммерс відкинувся в кріслі, потираючи руки.</w:t>
      </w:r>
    </w:p>
    <w:p>
      <w:r>
        <w:br/>
        <w:t>— Не дуже, Патрику, сікайтесь, а то мій друг може й покалічити… при самообороні.</w:t>
      </w:r>
    </w:p>
    <w:p>
      <w:r>
        <w:br/>
        <w:t>— Я протестую! — заволав кореспондент. — Насильство в науковому закладі!</w:t>
      </w:r>
    </w:p>
    <w:p>
      <w:r>
        <w:br/>
        <w:t>— Ха-ха! Він протестує! Ха-ха-ха! — приступ нервового сміху тіпав Кук-Соммерса. — Давай його сюди, Няумуко! Насильство… Ха-ха-ха!</w:t>
      </w:r>
    </w:p>
    <w:p>
      <w:r>
        <w:br/>
        <w:t>Патрик упирався, пробував пробитися до дверей, але де там, робот схопив його у сталеві обійми, приніс і поставив перед столом свого шефа.</w:t>
      </w:r>
    </w:p>
    <w:p>
      <w:r>
        <w:br/>
        <w:t>— Тепер я візьму у вас інтерв’ю, — з єхидним смішком сказав Кук-Соммерс. — До речі, магнітофон і фотоапарати — на стіл. Так. Тепер викладайте, якого чорта ви цікавитесь саме моєю роботою?</w:t>
      </w:r>
    </w:p>
    <w:p>
      <w:r>
        <w:br/>
        <w:t>— Я ж вам усе сказав: маєте подвійне прізвище.</w:t>
      </w:r>
    </w:p>
    <w:p>
      <w:r>
        <w:br/>
        <w:t>— Ну то й що?</w:t>
      </w:r>
    </w:p>
    <w:p>
      <w:r>
        <w:br/>
        <w:t>— А леді Кук…</w:t>
      </w:r>
    </w:p>
    <w:p>
      <w:r>
        <w:br/>
        <w:t>— То це все мама?!</w:t>
      </w:r>
    </w:p>
    <w:p>
      <w:r>
        <w:br/>
        <w:t>— Ні, я кажу, що леді просто Кук… Уловлюєте? Не Кук-Соммерс, а тільки Кук…</w:t>
      </w:r>
    </w:p>
    <w:p>
      <w:r>
        <w:br/>
        <w:t>— Справді… Я на це якось не звертав уваги, — погамовуючи роздратування, промовив ювіляр. — І що з цього виходить?</w:t>
      </w:r>
    </w:p>
    <w:p>
      <w:r>
        <w:br/>
        <w:t>— А те, що ваш батько — якщо тут можна вжити це слово — був Нобелівським лауреатом з фізики… Джеймс Соммерс… Він у свої двадцять п’ять…</w:t>
      </w:r>
    </w:p>
    <w:p>
      <w:r>
        <w:br/>
        <w:t>— Знайшов гніздо кобили! Цей учений помер, мабуть, років із шістдесят тому! Моєї мами ще й на світі не було.</w:t>
      </w:r>
    </w:p>
    <w:p>
      <w:r>
        <w:br/>
        <w:t>— Усе правильно. Не було. Та хіба ви не чули про Банк?</w:t>
      </w:r>
    </w:p>
    <w:p>
      <w:r>
        <w:br/>
        <w:t>Кук-Соммерс закліпав рудими віями:</w:t>
      </w:r>
    </w:p>
    <w:p>
      <w:r>
        <w:br/>
        <w:t>— Який банк? Що ви говорите?</w:t>
      </w:r>
    </w:p>
    <w:p>
      <w:r>
        <w:br/>
        <w:t>— Банк чоловічого сім’я… тобто, сперматозоїдів, давно закладений у Сполучених Штатах.</w:t>
      </w:r>
    </w:p>
    <w:p>
      <w:r>
        <w:br/>
        <w:t>— Банк… Що ви цим хочете сказати?</w:t>
      </w:r>
    </w:p>
    <w:p>
      <w:r>
        <w:br/>
        <w:t>— Там зберігається сперма в рідкому азоті при температурі мінус 196° за Цельсієм. Біологічний експе-римент — пошуки, надії…</w:t>
      </w:r>
    </w:p>
    <w:p>
      <w:r>
        <w:br/>
        <w:t>— Так. Джеймс Кук-Соммерс… Ти чуєш, Няумуко? Ми з тобою — експеримент… А магнітофон кру-титься… Експеримент… Понюхай, Няумуко, ці апарати. Гарненько, гарненько.</w:t>
      </w:r>
    </w:p>
    <w:p>
      <w:r>
        <w:br/>
        <w:t>Робот спритно вхопив магнітофон і, не виймаючи з футляра, підніс до свого куцого "носа". Потримав так, ніби дослухаючись, обережно поставив на стіл. Те ж саме проробив із двома фотоапаратами.</w:t>
      </w:r>
    </w:p>
    <w:p>
      <w:r>
        <w:br/>
        <w:t>Патрик полегшено зітхнув: апаратури цей монстр не пошкодив. Про те, що всі записи були стерті, навіть не здогадувався.</w:t>
      </w:r>
    </w:p>
    <w:p>
      <w:r>
        <w:br/>
        <w:t>— Ну, що, Няумуко?</w:t>
      </w:r>
    </w:p>
    <w:p>
      <w:r>
        <w:br/>
        <w:t>— Ніяких особливих запахів нема.</w:t>
      </w:r>
    </w:p>
    <w:p>
      <w:r>
        <w:br/>
        <w:t>— Ну, якщо так, то нехай цей упертюх забирає своє начиння і… вимітається звідси геть.</w:t>
      </w:r>
    </w:p>
    <w:p>
      <w:r>
        <w:br/>
        <w:t>Кореспондент, сопучи, похапцем повісив апаратуру собі па похилі плечі і, озираючись на робота, почир-гикав до окованих залізом дверей.</w:t>
      </w:r>
    </w:p>
    <w:p>
      <w:r>
        <w:br/>
        <w:t>Кук-Соммерс уже не звертав на нього уваги, сидів непорушно, підперши голову руками, навіть очі за-плющив, не бачив, як той і вийшов. На душі було тоскно, марудно. Ну й сюрприз… А яке враження це справить на Едну, якщо вона дізнається? Експериментальний… Так ось чому вони налетіли, як шуліки па здобич! Давай їм відкриття, і то велике, незвичайне, Нобелівське. Хоча, як той сказав, і відсутність досягнень теж працює па експеримент…. Не раз допитувався у мами, де батько. "Він давно номер…" Це була правда: Соммерс помер ще до її народження, але в цій правді вмістилася і брехня. Виходить, самою правдою не проживеш. Зажди, зажди, Една, можливо, теж експериментальна? Подвійне ж прізвище: Дулітл-Рок. Уже давненько знайомі, а про батька не обмовилась жодним словом. Хе… А було б здорово! І стукнуло ж комусь у голову закласти той безглуздий банк… А втім, нехай йому чорт, він же все-таки не гомункулюс, він же народжений матір’ю! Ось і Няумуко знає, що він робот, ну, то й що?</w:t>
      </w:r>
    </w:p>
    <w:p>
      <w:r>
        <w:br/>
        <w:t>Підвів голову, кинув байдужий погляд на свої записки, де йшлося про силу слабкої взаємодії в ядрах атомів, і тонкі губи його скривилися: все той самий триплет із трьох частинок, добре знайомі привиди! Та ну його…</w:t>
      </w:r>
    </w:p>
    <w:p>
      <w:r>
        <w:br/>
        <w:t>— Няумуко, виклич міс Едну.</w:t>
      </w:r>
    </w:p>
    <w:p>
      <w:r>
        <w:br/>
        <w:t>Поки електронний секретар пробивався до будівельної фірми, Джеймс механічно гортав списані аркуші. Звичайно, було б добре — та ще й як добре! — виявити той клятий триплет, але, видно, не йому судилося запа-лити Темзу… Тепер, дізнавшись про свою таємницю, він візьметься за леді Кук — треба змусити її стати трохи щедрішою до свого лебедя, а що?</w:t>
      </w:r>
    </w:p>
    <w:p>
      <w:r>
        <w:br/>
        <w:t>— Від сьогодні — я завеликий для своїх черевиків! — гукнув Джеймс, беручи трубку, подану роботом.</w:t>
      </w:r>
    </w:p>
    <w:p>
      <w:r>
        <w:br/>
        <w:t>— Ого, ти вже став великим, любий? — почувся голос Едни. — Докопався до найглибшої таємниці?</w:t>
      </w:r>
    </w:p>
    <w:p>
      <w:r>
        <w:br/>
        <w:t>— Не дошкуляй хоч ти. Зустрінемось — розповім.</w:t>
      </w:r>
    </w:p>
    <w:p>
      <w:r>
        <w:br/>
        <w:t>— Влаштовуєш сьогодні вечір?</w:t>
      </w:r>
    </w:p>
    <w:p>
      <w:r>
        <w:br/>
        <w:t>— Ніяких вечорів! Мені так зіпсували настрій, що хіба ти….</w:t>
      </w:r>
    </w:p>
    <w:p>
      <w:r>
        <w:br/>
        <w:t>— Не гнівайся, але сьогодні я можу затриматись на нашому об’єкті.</w:t>
      </w:r>
    </w:p>
    <w:p>
      <w:r>
        <w:br/>
        <w:t>— Де це?</w:t>
      </w:r>
    </w:p>
    <w:p>
      <w:r>
        <w:br/>
        <w:t>— Поблизу Сіті, ну, Барбікен-центр, я тобі якось говорила.</w:t>
      </w:r>
    </w:p>
    <w:p>
      <w:r>
        <w:br/>
        <w:t>— А-а… рештки римської споруди. То що, може, ваші екскаватори викопали якусь каменюку?</w:t>
      </w:r>
    </w:p>
    <w:p>
      <w:r>
        <w:br/>
        <w:t>— Там щодня натрапляють на уламки минулого, але зараз щось сталося, у північних тунелях застряли комбайни, мушу туди заскочити.</w:t>
      </w:r>
    </w:p>
    <w:p>
      <w:r>
        <w:br/>
        <w:t>— От і чудово! — повеселів Кук-Соммерс. — Бери мене з собою. А звідти поїдемо на Пікаділлі — якраз вечірні вогні…</w:t>
      </w:r>
    </w:p>
    <w:p>
      <w:r>
        <w:br/>
        <w:t>— А в твого Няумуко є лазер?</w:t>
      </w:r>
    </w:p>
    <w:p>
      <w:r>
        <w:br/>
        <w:t>— Цівочка невеликої потужності. Так, для самооборони.</w:t>
      </w:r>
    </w:p>
    <w:p>
      <w:r>
        <w:br/>
        <w:t>— Візьми й його, будь ласка. Може, він мене виручить. Джеймс не розпитував, що й до чого, кинув ко-ротке:</w:t>
      </w:r>
    </w:p>
    <w:p>
      <w:r>
        <w:br/>
        <w:t>— Гаразд, ми вже вирушаємо.</w:t>
      </w:r>
    </w:p>
    <w:p>
      <w:r>
        <w:br/>
        <w:t>II.</w:t>
      </w:r>
    </w:p>
    <w:p>
      <w:r>
        <w:br/>
        <w:t>Една аж ніяк не виділялась красою, проте Кук-Соммерс виділив її серед інших. Міцна, спортивного складу, хлопчакувата блондинка сподобалась йому тим, як тримає бокал з вином, елегантно відхиляючи мізин-чика. Той пальчик, ніжний, як пелюсточка троянди, чарував юнака.</w:t>
      </w:r>
    </w:p>
    <w:p>
      <w:r>
        <w:br/>
        <w:t>Відчиняючи дверці машини, він з удаваною веселістю гукнув:</w:t>
      </w:r>
    </w:p>
    <w:p>
      <w:r>
        <w:br/>
        <w:t>— Привіт, Мізинчик!</w:t>
      </w:r>
    </w:p>
    <w:p>
      <w:r>
        <w:br/>
        <w:t>— Привіт, ювіляре, — відповіла Една, всідаючись біля нього. — Хто ж це тобі зіпсував настрій у такий день?</w:t>
      </w:r>
    </w:p>
    <w:p>
      <w:r>
        <w:br/>
        <w:t>— Знайшлися такі… — похмуро кинув Джеймс, вмикаючи швидкість. — До речі, в тебе також подвійне прізвище, чому?</w:t>
      </w:r>
    </w:p>
    <w:p>
      <w:r>
        <w:br/>
        <w:t>— Примха матері. їй подобається оте дівоче Дулітл. А в тебе чому?</w:t>
      </w:r>
    </w:p>
    <w:p>
      <w:r>
        <w:br/>
        <w:t>— Теж мамина примха — вона облюбувала Соммерса. А твій… У тебе є батько?</w:t>
      </w:r>
    </w:p>
    <w:p>
      <w:r>
        <w:br/>
        <w:t>— А як же без батька? Є, звичайно, сірий банківський клерк.</w:t>
      </w:r>
    </w:p>
    <w:p>
      <w:r>
        <w:br/>
        <w:t>Кук-Соммерс зітхнув з полегшенням: отже, вона не експериментальна. 1 тут же подумав: а може, було б краще, якби й вона?..</w:t>
      </w:r>
    </w:p>
    <w:p>
      <w:r>
        <w:br/>
        <w:t>— Ти змінився на лиці, любий. Щось сталося?</w:t>
      </w:r>
    </w:p>
    <w:p>
      <w:r>
        <w:br/>
        <w:t>— Кожної миті щось стається, — похмуро відказав Джеймс. — Ось ми проминули Пожежний монумент — хіба не подія? В цей час і Земля під нашими колесами описала певну дугу, і сонце, і зорі. Конфігурація світу міняється безперервно…</w:t>
      </w:r>
    </w:p>
    <w:p>
      <w:r>
        <w:br/>
        <w:t>— А як поживають… твої елементарні частинки?</w:t>
      </w:r>
    </w:p>
    <w:p>
      <w:r>
        <w:br/>
        <w:t>— Химери… Граються в піжмурки. А навіщо тобі Няумуко?</w:t>
      </w:r>
    </w:p>
    <w:p>
      <w:r>
        <w:br/>
        <w:t>— Розумієш, прохідницькі комбайни позастрявали у якійсь надтвердій породі. — Една оглянулась на ро-бота, що сидів позаду.— Ти його вимкнув?</w:t>
      </w:r>
    </w:p>
    <w:p>
      <w:r>
        <w:br/>
        <w:t>— Так.</w:t>
      </w:r>
    </w:p>
    <w:p>
      <w:r>
        <w:br/>
        <w:t>— Може, Няумуко своїм лазером відколупне хоч шматочок — для аналізу.</w:t>
      </w:r>
    </w:p>
    <w:p>
      <w:r>
        <w:br/>
        <w:t>— Це для нього насіннячко.</w:t>
      </w:r>
    </w:p>
    <w:p>
      <w:r>
        <w:br/>
        <w:t>Една зраділа, видно, їй багато залежало на тому аналізі, бо вона ж відала й попередніми, і все було в но-рмі, а це щось сталося, наче змінився геологічний профіль будівельної дільниці. Кук-Соммерс не дослухався до її балачки, думав про своє. Так чи інак, а чверть століття буває раз у житті… Може, махнути в Кембрідж? Дале-кувато, "Емпайр-рума" — не першокласний, але затишний ресторан… Ні, на Пікаділлі таки буде веселіше.</w:t>
      </w:r>
    </w:p>
    <w:p>
      <w:r>
        <w:br/>
        <w:t>— Приїхали! — не то з радістю, не то з острахом вигукнула Една. — Оце наше будівництво.</w:t>
      </w:r>
    </w:p>
    <w:p>
      <w:r>
        <w:br/>
        <w:t>Крізь металеву сітку огорожі Кук-Соммерс побачив величезний котлован, в якому попрацювали сталеві кроти, нагорнувши гори землі поміж заплутаними проходами.</w:t>
      </w:r>
    </w:p>
    <w:p>
      <w:r>
        <w:br/>
        <w:t>— Справжній лабіринт!</w:t>
      </w:r>
    </w:p>
    <w:p>
      <w:r>
        <w:br/>
        <w:t>— Тут були квартали із старою забудовою, — Една провела рукою в бік котлована. — Фашистські літаки скинули на них тисячі бомб. Ти, мабуть, бачив ці руїни, десятки років їх зовсім не чіпали. Тепер муніципалітет розпочав будівництво житлового комплексу.</w:t>
      </w:r>
    </w:p>
    <w:p>
      <w:r>
        <w:br/>
        <w:t>— Так воно й ведеться, — сказав Джеймс, подзенькуючи ключиками від машини, — то руйнують, то бу-дують.</w:t>
      </w:r>
    </w:p>
    <w:p>
      <w:r>
        <w:br/>
        <w:t>— О, коли б ти знав, який це проект! І ось раптом усе застопорилось. Бачиш оті тунелі з північного боку — отам і трапились поломки.</w:t>
      </w:r>
    </w:p>
    <w:p>
      <w:r>
        <w:br/>
        <w:t>Кук-Соммерс зиркнув на кілька овальних отворів, освітлених тьмавими лампочками.</w:t>
      </w:r>
    </w:p>
    <w:p>
      <w:r>
        <w:br/>
        <w:t>— То ми в який? І як спустимось?</w:t>
      </w:r>
    </w:p>
    <w:p>
      <w:r>
        <w:br/>
        <w:t>— Бери Няумуко, он там — підйомник.</w:t>
      </w:r>
    </w:p>
    <w:p>
      <w:r>
        <w:br/>
        <w:t>Відчинивши дверці машини, Джеймс доторкнувся до свого електронного друга, і той одразу ожив.</w:t>
      </w:r>
    </w:p>
    <w:p>
      <w:r>
        <w:br/>
        <w:t>— Вилазь, Няумуко, підемо.</w:t>
      </w:r>
    </w:p>
    <w:p>
      <w:r>
        <w:br/>
        <w:t>Робот схилив голову, зігнувся і досить спритно вибрався з автомобіля. Легко переставляючи свої товсту-ваті ноги, обійшов машину ззаду, ступнув на тротуар до дівчини.</w:t>
      </w:r>
    </w:p>
    <w:p>
      <w:r>
        <w:br/>
        <w:t>— Вітаю, міс Една.</w:t>
      </w:r>
    </w:p>
    <w:p>
      <w:r>
        <w:br/>
        <w:t>— Привіт, Няумуко.</w:t>
      </w:r>
    </w:p>
    <w:p>
      <w:r>
        <w:br/>
        <w:t>Кук-Соммерс натиснув брелок (у дверцятах цокнули електромагнітні стопори) і, подзенькуючи ключами, вже трохи повеселілий, сказав:</w:t>
      </w:r>
    </w:p>
    <w:p>
      <w:r>
        <w:br/>
        <w:t>— Ну що ж, я готовий… з тобою хоч і на край світу.</w:t>
      </w:r>
    </w:p>
    <w:p>
      <w:r>
        <w:br/>
        <w:t>Една усміхнулась:</w:t>
      </w:r>
    </w:p>
    <w:p>
      <w:r>
        <w:br/>
        <w:t>— Краще сказав би — на все життя.</w:t>
      </w:r>
    </w:p>
    <w:p>
      <w:r>
        <w:br/>
        <w:t>— На що ти натякаєш, Мізинчику?</w:t>
      </w:r>
    </w:p>
    <w:p>
      <w:r>
        <w:br/>
        <w:t>— Пора б уже нам одружитися, любий.</w:t>
      </w:r>
    </w:p>
    <w:p>
      <w:r>
        <w:br/>
        <w:t>"Невідомо ще, як ти поставишся до мого походження", — подумав Джеймс, а сказав зовсім інше:</w:t>
      </w:r>
    </w:p>
    <w:p>
      <w:r>
        <w:br/>
        <w:t>— Хіба тобі не цікаво грати роль у спектаклі залицяння? Ми ж іще… тільки підняли завісу. А втім, ось я зроблю якесь велике відкриття, загребу мільйони, і тоді вже розпочнемо другу дію. Гаразд, Мізинчику?</w:t>
      </w:r>
    </w:p>
    <w:p>
      <w:r>
        <w:br/>
        <w:t>Тим часом вони опинилися біля входу. Една відчинила хвірточку, і всі троє ступили на майданчик перед кабіною підйомника..</w:t>
      </w:r>
    </w:p>
    <w:p>
      <w:r>
        <w:br/>
        <w:t>— Це зі мною… комісія, — сказала Една товстому вусатому ліфтерові, що сидів у кутку кабіни. Той чо-мусь підозріло поглянув на робота, але нічого не сказав, мовчки ввімкнув рубильника, і кабіна з шумом шугну-ла вниз.</w:t>
      </w:r>
    </w:p>
    <w:p>
      <w:r>
        <w:br/>
        <w:t>На дні котлована Кук-Соммерс аж зіщулився. Здавалося, вони йдуть ущелинами, блукають небаченим лабіринтом, по якому зміями повзуть товстелезні кабелі.</w:t>
      </w:r>
    </w:p>
    <w:p>
      <w:r>
        <w:br/>
        <w:t>Нарешті потрапили в тунель, забитий порожніми вагонетками. Тут усе наче принишкло, з металевих тю-бінгів, що підпирали склепіння, беззвучно стікали сутінки, стиснений простір наповнювала така густа тиша, аж важко було переставляти ноги. Один тільки Няумуко рухався, як завжди, з ритмічністю машини.</w:t>
      </w:r>
    </w:p>
    <w:p>
      <w:r>
        <w:br/>
        <w:t>У кінці тунелю, загородивши його великим ротором, на якому зблискували пощерблені та зламані зуби-долота, закляк пофарбований у червоне прохідницький комбайн.</w:t>
      </w:r>
    </w:p>
    <w:p>
      <w:r>
        <w:br/>
        <w:t>— Поглянь, — кивнула Една у бік тупика. — Це така машина, що й граніт крушить, а тут зуби полетіли.</w:t>
      </w:r>
    </w:p>
    <w:p>
      <w:r>
        <w:br/>
        <w:t>— Ну, то де різати? — спитав Джеймс.</w:t>
      </w:r>
    </w:p>
    <w:p>
      <w:r>
        <w:br/>
        <w:t>— Перед ротором, звичайно, он там, де зламалися зуби цього мастодонта.</w:t>
      </w:r>
    </w:p>
    <w:p>
      <w:r>
        <w:br/>
        <w:t>— Ану, Няумуко, покажи, на що ти здатний, виручи міс Едну.</w:t>
      </w:r>
    </w:p>
    <w:p>
      <w:r>
        <w:br/>
        <w:t>— Прошу відійти назад, — обізвався робот. — Уже? Вмикаю лазер.</w:t>
      </w:r>
    </w:p>
    <w:p>
      <w:r>
        <w:br/>
        <w:t>Правду кажучи, Едні не дуже вірилось, що тоненький сизий промінчик, який тієї миті уперся в іскристу стіну перед комбайном, зможе відколупнути хоч грам породи. Проте не зводила очей, пильно стежила, як Няу-муко викреслював дугу, а потім хлюскав по обведеному сегменту своєю блискавкою. Це тривало не більше трьох хвилин, а їй здалося хтозна й скільки, час ніби зупинився.</w:t>
      </w:r>
    </w:p>
    <w:p>
      <w:r>
        <w:br/>
        <w:t>— Готово, — сказав робот, і тієї ж миті промінчик погас.</w:t>
      </w:r>
    </w:p>
    <w:p>
      <w:r>
        <w:br/>
        <w:t>Кук-Соммерс походжав уздовж комбайна, подзенькуючи ключами, і навіть уваги не звернув, як Няумуко посунув до стіни, підніс на рівень плечей свого металевого кулака і з силою, наче боксер, ударив посеред того місця, яке обробляв променем.</w:t>
      </w:r>
    </w:p>
    <w:p>
      <w:r>
        <w:br/>
        <w:t>Една скрикнула, і Джеймс обернувся: перед ними тьмянів отвір.</w:t>
      </w:r>
    </w:p>
    <w:p>
      <w:r>
        <w:br/>
        <w:t>Обличчя дівчини спотворила гримаса страху.</w:t>
      </w:r>
    </w:p>
    <w:p>
      <w:r>
        <w:br/>
        <w:t>— Невже… невже це приміщення? Поглянь — обличковано…</w:t>
      </w:r>
    </w:p>
    <w:p>
      <w:r>
        <w:br/>
        <w:t>— Авжеж приміщення! — Кук-Соммерс підійшов до пролому. — На щастя, не житлове. Теж ніби ту-нель. Давай заглянемо? Вдалині он світло.</w:t>
      </w:r>
    </w:p>
    <w:p>
      <w:r>
        <w:br/>
        <w:t>— Але ж тут нічого такого… не повинно бути, — прошепотіла Една. — Я ж знаю проект…</w:t>
      </w:r>
    </w:p>
    <w:p>
      <w:r>
        <w:br/>
        <w:t>— Не хвилюйся, Мізинчику, зараз побачимо, що й до чого. — Кук-Соммерс переступив через бар’єр, обернувся і простягнув до неї руки: — Ну ж бо, сміливіше! Отак. Ходімо. А ти, Няумуко, залишайся тут біля отвору, до нашого повернення.</w:t>
      </w:r>
    </w:p>
    <w:p>
      <w:r>
        <w:br/>
        <w:t>— Гаразд, — обізвався робот.</w:t>
      </w:r>
    </w:p>
    <w:p>
      <w:r>
        <w:br/>
        <w:t>— І нікого не пропускай, — ще раз обернувся Джеймс, — це — заборонена зона.</w:t>
      </w:r>
    </w:p>
    <w:p>
      <w:r>
        <w:br/>
        <w:t>— Заборонена зона, — повторив Няумуко. — Проходу нема.</w:t>
      </w:r>
    </w:p>
    <w:p>
      <w:r>
        <w:br/>
        <w:t>Една зіщулилась, наче поменшала, здрібніла, очі наповнились страхом, дибала мовчки, тамуючи подих, позираючи навсібіч, хоч тут нічого не було, крім голих стін тунелю.</w:t>
      </w:r>
    </w:p>
    <w:p>
      <w:r>
        <w:br/>
        <w:t>— Що з тобою, Мізинчику? — вдавано весело обізвався Джеймс, хоч і в самого кішки зашкребли по ду-ші. Йому раптом здалося, що вони потрапили у якусь величезну пастку, аж оглянувся — чи не вернутися, поки не пізно?</w:t>
      </w:r>
    </w:p>
    <w:p>
      <w:r>
        <w:br/>
        <w:t>— Слухай, якщо отам ліворуч… — зашепотіла Една, прихиляючись до нього, — якщо там буде хол, а в ньому Атлант… я збожеволію.</w:t>
      </w:r>
    </w:p>
    <w:p>
      <w:r>
        <w:br/>
        <w:t>— Цікаво. Чого ти думаєш, що там…</w:t>
      </w:r>
    </w:p>
    <w:p>
      <w:r>
        <w:br/>
        <w:t>— Розумієш, так за нашим проектом.</w:t>
      </w:r>
    </w:p>
    <w:p>
      <w:r>
        <w:br/>
        <w:t>Кук-Соммерс аж свиснув:</w:t>
      </w:r>
    </w:p>
    <w:p>
      <w:r>
        <w:br/>
        <w:t>— Що ти городиш? О, таки справді хол… І Атлант підставив плечі під балки. Ого, яка могутня постать!..</w:t>
      </w:r>
    </w:p>
    <w:p>
      <w:r>
        <w:br/>
        <w:t>Зупинилися, важко дихаючи, наче не йшли, а бігли.</w:t>
      </w:r>
    </w:p>
    <w:p>
      <w:r>
        <w:br/>
        <w:t>— Я ж казала… Переконався? А там он, — Една простягнула руку, і Джеймс побачив, як тремтять її па-льці, — мусять бути ліфти.</w:t>
      </w:r>
    </w:p>
    <w:p>
      <w:r>
        <w:br/>
        <w:t>— Ну, ліфти, так що? Треба ж підійматися з цього підземелля! А їй не хвилюйся, хоч і ліфти.</w:t>
      </w:r>
    </w:p>
    <w:p>
      <w:r>
        <w:br/>
        <w:t>Проминули Атланта, ступаючи по товстому брунатному килиму, наблизились до кабін.</w:t>
      </w:r>
    </w:p>
    <w:p>
      <w:r>
        <w:br/>
        <w:t>Одні дверці розсунулись, і навстріч їм вийшло кілька чоловіків і жінок, деякі з дітьми. На Едну і Джейм-са ніхто й уваги не звернув, наче їх тут зовсім не було.</w:t>
      </w:r>
    </w:p>
    <w:p>
      <w:r>
        <w:br/>
        <w:t>Една запримітила: жінки й дівчата носять незвично довгі сукні, жодної не було в джинсах.</w:t>
      </w:r>
    </w:p>
    <w:p>
      <w:r>
        <w:br/>
        <w:t>Мовчки зайшли до просторої кабіни, Една швидко, не вагаючись, натиснула кнопку з цифрою 9.</w:t>
      </w:r>
    </w:p>
    <w:p>
      <w:r>
        <w:br/>
        <w:t>— Чому на дев’ятий? — спитав Джеймс.</w:t>
      </w:r>
    </w:p>
    <w:p>
      <w:r>
        <w:br/>
        <w:t>— Хочу ще пересвідчитись… Розумієш, за нашим проектом, там мусить бути басейн з водоспадом і фон-танами.</w:t>
      </w:r>
    </w:p>
    <w:p>
      <w:r>
        <w:br/>
        <w:t>— "Розумієш, розумієш…" — перекривив Джеймс. — Я розумію те, що нічого не розумію!</w:t>
      </w:r>
    </w:p>
    <w:p>
      <w:r>
        <w:br/>
        <w:t>З ліфта вони знову вийшли в просторий хол, такий самий, як і внизу, тільки без Атланта. І килим тут був не брунатний, а зелений, неначе трава. Ліворуч, за скляною стіною, виднілась тераса, заставлена столиками і великими парасольками від сонця. Брівку тераси омивали хвилі.</w:t>
      </w:r>
    </w:p>
    <w:p>
      <w:r>
        <w:br/>
        <w:t>— Так і є… — зашепотіла Една, прохиляючи двері, — он водоспад, і фонтани б’ють з-під води…</w:t>
      </w:r>
    </w:p>
    <w:p>
      <w:r>
        <w:br/>
        <w:t>— Оце так басейн! — вигукнув Кук-Соммерс. — Та тут більше двох акрів . Здорово… Діти на човнах… А сонце… Мусило б уже бути над заходом, так?</w:t>
      </w:r>
    </w:p>
    <w:p>
      <w:r>
        <w:br/>
        <w:t>— Авжеж, ми виїхали після обіду.</w:t>
      </w:r>
    </w:p>
    <w:p>
      <w:r>
        <w:br/>
        <w:t>— А воно ще тільки підбивається вгору.</w:t>
      </w:r>
    </w:p>
    <w:p>
      <w:r>
        <w:br/>
        <w:t>Една, приклавши долоню козирком до лоба, поглянула на голубу протоку неба над ярусами осяяних ві-кон.</w:t>
      </w:r>
    </w:p>
    <w:p>
      <w:r>
        <w:br/>
        <w:t>— Справді, час ленчу…</w:t>
      </w:r>
    </w:p>
    <w:p>
      <w:r>
        <w:br/>
        <w:t>За столиками по двоє, по троє сиділи здебільшого люди середнього віку і, певне, споживали другий сні-данок.</w:t>
      </w:r>
    </w:p>
    <w:p>
      <w:r>
        <w:br/>
        <w:t>Джеймс несподівано відчув, що і йому хочеться підкріпитися.</w:t>
      </w:r>
    </w:p>
    <w:p>
      <w:r>
        <w:br/>
        <w:t>— Може, й собі підкинемо калорій? — запропонував своїй розгубленій супутниці.</w:t>
      </w:r>
    </w:p>
    <w:p>
      <w:r>
        <w:br/>
        <w:t>— Ми ж пообідали… ще там… ну, до цієї пригоди.</w:t>
      </w:r>
    </w:p>
    <w:p>
      <w:r>
        <w:br/>
        <w:t>— То й що? Сідаймо, відпочинеш і заспокоїшся.</w:t>
      </w:r>
    </w:p>
    <w:p>
      <w:r>
        <w:br/>
        <w:t>Пройшовши вздовж басейну, вибрали столик якраз над брівкою, вода хлюпотіла біля самісіньких ніг. Сонце заливало увесь простір яскравим сяйвом, але їх захищала парасоль із тентового полотна. Тихий шум во-доспаду, дзюркотіння фонтанів приглушували розмови сотень людей, що сиділи за столиками вздовж усієї те-раси. Джеймс відкинувся на спинку легенького стільця, полегшено зітхнув.</w:t>
      </w:r>
    </w:p>
    <w:p>
      <w:r>
        <w:br/>
        <w:t>— Ти зітхаєш, як старий дід, — обізвалась Една.</w:t>
      </w:r>
    </w:p>
    <w:p>
      <w:r>
        <w:br/>
        <w:t>— Уяви собі, Мізинчику, втомився.</w:t>
      </w:r>
    </w:p>
    <w:p>
      <w:r>
        <w:br/>
        <w:t>— Я теж, — винувато посміхнулась Една. — Мабуть, нервове напруження дається взнаки… — Тільки зараз вона помітила газету на третьому стільці. Поклала на стіл. — Не цікавишся?</w:t>
      </w:r>
    </w:p>
    <w:p>
      <w:r>
        <w:br/>
        <w:t>Кук-Соммерс жадібно вхопив газету, зиркнув на першу сторінку, здивовано присвиснув і поклав перед Едною.</w:t>
      </w:r>
    </w:p>
    <w:p>
      <w:r>
        <w:br/>
        <w:t>— Поглянь… Може, мені привиділось.</w:t>
      </w:r>
    </w:p>
    <w:p>
      <w:r>
        <w:br/>
        <w:t>— Що саме?</w:t>
      </w:r>
    </w:p>
    <w:p>
      <w:r>
        <w:br/>
        <w:t>— Дата…</w:t>
      </w:r>
    </w:p>
    <w:p>
      <w:r>
        <w:br/>
        <w:t>Една подивилась і одразу побіліла, мов крейда. Підвелася, озираючись навколо, кутики її губ тіпалися.</w:t>
      </w:r>
    </w:p>
    <w:p>
      <w:r>
        <w:br/>
        <w:t>— Слухай, давай тікати…</w:t>
      </w:r>
    </w:p>
    <w:p>
      <w:r>
        <w:br/>
        <w:t>— Чого? — вирячився Джеймс.</w:t>
      </w:r>
    </w:p>
    <w:p>
      <w:r>
        <w:br/>
        <w:t>— Ти ж бачив дату? Це майбутнє… Та ще й не близеньке.</w:t>
      </w:r>
    </w:p>
    <w:p>
      <w:r>
        <w:br/>
        <w:t>Джеймс знову зиркнув на газету, де під заголовком чорною фарбою була надрукована дата.</w:t>
      </w:r>
    </w:p>
    <w:p>
      <w:r>
        <w:br/>
        <w:t>— Подумаєш, якихось сімдесят п’ять років! Сядь, Мізинчику, і не рипайся, зараз ми дізнаємось, що ці представники майбутнього споживають на ленч.</w:t>
      </w:r>
    </w:p>
    <w:p>
      <w:r>
        <w:br/>
        <w:t>Една слухняно сіла, проте переляк по зникав, зачаївся в її очах.</w:t>
      </w:r>
    </w:p>
    <w:p>
      <w:r>
        <w:br/>
        <w:t>— Розумієш, мені здається, в мене розгвинтився гвинтик…</w:t>
      </w:r>
    </w:p>
    <w:p>
      <w:r>
        <w:br/>
        <w:t>— Перестань, — сердито сказав Джеймс, — нічого нюні розпускати. Було б гірше, коли б ми потрапили в минуле. Час — це така… така функція… Та що ви, будівельники, в цьому тямите?</w:t>
      </w:r>
    </w:p>
    <w:p>
      <w:r>
        <w:br/>
        <w:t>Він довго ще розмірковував уголос, пересипаючи мову науковими термінами і навіть формулами, так що Една справді не могла нічого второпати, тільки кліпала очима.</w:t>
      </w:r>
    </w:p>
    <w:p>
      <w:r>
        <w:br/>
        <w:t>Тим часом підійшла офіціантка, жінка середніх років, запитливо глянула вицвілими очима.</w:t>
      </w:r>
    </w:p>
    <w:p>
      <w:r>
        <w:br/>
        <w:t>— Як завжди! — кинув Джеймс.</w:t>
      </w:r>
    </w:p>
    <w:p>
      <w:r>
        <w:br/>
        <w:t>Офіціантка, трохи повагавшись, пішла. І незабаром принесла якісь крученики, залиті кремом, а замість кави — зелений паруючий напій. Коли Джеймс попросив віскі з содовою, жінка не зрозуміла, перепитала кілька разів, зрештою сказала, що про таке й не чула. Кук-Соммерс тільки пирхнув, узяв ножа і виделку та й почав їсти.</w:t>
      </w:r>
    </w:p>
    <w:p>
      <w:r>
        <w:br/>
        <w:t>— Мабуть, треба ложечкою, — прошепотіла Една. — Якесь желе…</w:t>
      </w:r>
    </w:p>
    <w:p>
      <w:r>
        <w:br/>
        <w:t>— Принесла стара відьма чортзна-що! — розсердився Джеймс, кладучи ножа і виделку. — Хіба тут роз-береш? Мабуть, синтетика.</w:t>
      </w:r>
    </w:p>
    <w:p>
      <w:r>
        <w:br/>
        <w:t>Свою порцію, проте, він ум’яв швидко, залпом випив зелену рідину, аж прицмокнув. Една ж тільки по-куштувала того желе, а до напою й не доторкнулася.</w:t>
      </w:r>
    </w:p>
    <w:p>
      <w:r>
        <w:br/>
        <w:t>— Ти чого, Мізинчику? — вже лагідніше спитав Джеймс.</w:t>
      </w:r>
    </w:p>
    <w:p>
      <w:r>
        <w:br/>
        <w:t>— Швидше ходімо звідси.</w:t>
      </w:r>
    </w:p>
    <w:p>
      <w:r>
        <w:br/>
        <w:t>— Встигнемо, — сказав, розгортаючи газету. — Розрахуємось і підемо. О, тут ось дещо цікаве… Запро-шують на лекцію відомого фізика. Ану поглянь, чи не знаєш де це?</w:t>
      </w:r>
    </w:p>
    <w:p>
      <w:r>
        <w:br/>
        <w:t>Една подивилась на рядки оголошення:</w:t>
      </w:r>
    </w:p>
    <w:p>
      <w:r>
        <w:br/>
        <w:t>— Так, тут мусить бути Лекційний зал. Це внизу, від Атланта, здається, п’ятий чи шостий поверх углибину. Розумієш, за нашим проектом…</w:t>
      </w:r>
    </w:p>
    <w:p>
      <w:r>
        <w:br/>
        <w:t>Не договорила, бо саме наблизилась офіціантка. Та й узагалі, Една почувалась не в своїй тарілці.</w:t>
      </w:r>
    </w:p>
    <w:p>
      <w:r>
        <w:br/>
        <w:t>Кук-Соммерс дістав із внутрішньої кишені піджака гроші і подав офіціантці фунт. Щось в її очах змиг-нуло, наче якесь недовір’я чи подив, повертіла папірця в руках, буркнула: "Один момент" і швидким кроком подалася до своєї каси.</w:t>
      </w:r>
    </w:p>
    <w:p>
      <w:r>
        <w:br/>
        <w:t>— Тепер ходімо, — підвівся Джеймс, — здачі я не буду чекати.</w:t>
      </w:r>
    </w:p>
    <w:p>
      <w:r>
        <w:br/>
        <w:t>Насправді ж він відчув, що з тим фунтом щось не так, і вирішив якомога швидше забратися звідси: Зви-чайно, Кук-Соммерс не тікав, ні, ні, він респектабельний джентльмен, та й чого, власне… Просто треба поспі-шати на лекцію.</w:t>
      </w:r>
    </w:p>
    <w:p>
      <w:r>
        <w:br/>
        <w:t>— Мені справді пощастило, Мізинчику, — виступить фізик!</w:t>
      </w:r>
    </w:p>
    <w:p>
      <w:r>
        <w:br/>
        <w:t>Та коли безшумний ліфт швидко спустив їх униз — це був сьомий підвальний поверх — і вони побачили афішу, Джеймс зрадів ще дужче — тема лекції була сформульована так: "Дещо про слабку взаємодію"!</w:t>
      </w:r>
    </w:p>
    <w:p>
      <w:r>
        <w:br/>
        <w:t>— Маєш подарунок на день народження, — все ще винувато посміхаючись, тихо сказала Една. — Але до початку лекції таки довгенько… Треба звірити час.</w:t>
      </w:r>
    </w:p>
    <w:p>
      <w:r>
        <w:br/>
        <w:t>Виявилось, Еднин і Джеймсів хронометри відставали не менш як на три години. До початку лекції було більше години.</w:t>
      </w:r>
    </w:p>
    <w:p>
      <w:r>
        <w:br/>
        <w:t>— Ми ще можемо навідатись… до того, нашого Лондона, — кинула благальний погляд Една.</w:t>
      </w:r>
    </w:p>
    <w:p>
      <w:r>
        <w:br/>
        <w:t>— Е, ні, Мізинчику, я не хочу ризикувати. Таке, знаєш, може й не повторитися. А чого досягла фізика елементарних частинок — мені не просто цікаво, а необхідно знати. Ну, не насуплюйся, Мізинчику, в такий день… Нам страшенно пощастило!</w:t>
      </w:r>
    </w:p>
    <w:p>
      <w:r>
        <w:br/>
        <w:t>— І що ви, фізики, бачите в тих елементарних… — зітхнула Една.</w:t>
      </w:r>
    </w:p>
    <w:p>
      <w:r>
        <w:br/>
        <w:t>— Е, коли б ти знала. Як сказав наш професор, на них тримається все — і майбутнє, і минуле, вся світо-будова. Без них не могли б існувати атоми та, зрештою, і ваші будівельні матеріали. Та й ми з тобою. Вловлю-єш, Мізинчику?</w:t>
      </w:r>
    </w:p>
    <w:p>
      <w:r>
        <w:br/>
        <w:t>— Я не заперечую тих частинок, нехай собі будуть…</w:t>
      </w:r>
    </w:p>
    <w:p>
      <w:r>
        <w:br/>
        <w:t>— Не заперечуєш? Ти великодушна, Мізинчику. — Джеймс поплескав її по плечу. — Я просто зворуше-ний, що ти не заперечуєш.</w:t>
      </w:r>
    </w:p>
    <w:p>
      <w:r>
        <w:br/>
        <w:t>— Ану тебе, — махнула рукою дівчина.</w:t>
      </w:r>
    </w:p>
    <w:p>
      <w:r>
        <w:br/>
        <w:t>— Ти казала, за вашим проектом, тут є всякі зали…</w:t>
      </w:r>
    </w:p>
    <w:p>
      <w:r>
        <w:br/>
        <w:t>— Може, заглянемо у виставочний? Зажди, на якому ж він рівні?.. Ходімо швидше, здається, нас шука-ють… Не обертайся.</w:t>
      </w:r>
    </w:p>
    <w:p>
      <w:r>
        <w:br/>
        <w:t>Една вхопила його під руку і повела до ліфта.</w:t>
      </w:r>
    </w:p>
    <w:p>
      <w:r>
        <w:br/>
        <w:t>— Хто шукає? — тепер уже перейшов на шепіт Джеймс.</w:t>
      </w:r>
    </w:p>
    <w:p>
      <w:r>
        <w:br/>
        <w:t>— Офіціантка і якийсь тип — сутулуватий, біла теніска, чорна краватка.</w:t>
      </w:r>
    </w:p>
    <w:p>
      <w:r>
        <w:br/>
        <w:t>Вигук "Хелло!" вони почули, вскочивши до кабіни.</w:t>
      </w:r>
    </w:p>
    <w:p>
      <w:r>
        <w:br/>
        <w:t>— І якого їм дідька треба? — обурився Джеймс. — Сутулуватий, кажеш?</w:t>
      </w:r>
    </w:p>
    <w:p>
      <w:r>
        <w:br/>
        <w:t>— Еге. Може, мало заплатив…</w:t>
      </w:r>
    </w:p>
    <w:p>
      <w:r>
        <w:br/>
        <w:t>— За отой мізерний ленч? Не може бути! А взагалі, не хотілося б встрявати… Ну та раз утекли… Хоча ми й не тікали. Трохи поспішили, кому яке діло? Чорти б його взяли, того типа.</w:t>
      </w:r>
    </w:p>
    <w:p>
      <w:r>
        <w:br/>
        <w:t>— Чи не краще повернутись додому?</w:t>
      </w:r>
    </w:p>
    <w:p>
      <w:r>
        <w:br/>
        <w:t>— Ні в якому разі! Треба хоч трішки познайомитися з майбутнім!</w:t>
      </w:r>
    </w:p>
    <w:p>
      <w:r>
        <w:br/>
        <w:t>Една, щоб заплутати сліди, маніпулювала кнопками в кабіні, наче грала на роялі. То вони вискакували на дах, то, перейшовши до іншої шахти, шугала вниз. Тим часом вона пригадала, що Виставочний зал розташова-ний поряд із театром. Спустилися туди. У вузькому приміщенні, що дугою огинало хол і театр, саме розташо-вував свої картини індійський художник — невисокий чоловік з блискучими очима і густо зарослим обличчям.</w:t>
      </w:r>
    </w:p>
    <w:p>
      <w:r>
        <w:br/>
        <w:t>— У вас ще не відкрито? — із жалем спитала Една. — А ми так хотіли оглянути…</w:t>
      </w:r>
    </w:p>
    <w:p>
      <w:r>
        <w:br/>
        <w:t>— О, прошу, будьте ласкаві, дивіться. — Художник посміхнувся, під чорними вусами забіліли зуби. — Це мої найновіші роботи.</w:t>
      </w:r>
    </w:p>
    <w:p>
      <w:r>
        <w:br/>
        <w:t>Подякувавши за люб’язність, Една і Джеймс поволі рушили вздовж правої стіни, попід якою вже стояло з десяток картин. Усі вони відзначались темно-зеленим колоритом, причому з першого погляду важко було роз-гледіти, що там зображено.</w:t>
      </w:r>
    </w:p>
    <w:p>
      <w:r>
        <w:br/>
        <w:t>— "Танцюючий Шіва"… — прошепотіла Една. — Але де він? Ти бачиш?</w:t>
      </w:r>
    </w:p>
    <w:p>
      <w:r>
        <w:br/>
        <w:t>— Щось не дуже видно…</w:t>
      </w:r>
    </w:p>
    <w:p>
      <w:r>
        <w:br/>
        <w:t>Художник, певне, почувши їхні репліки, гукнув:</w:t>
      </w:r>
    </w:p>
    <w:p>
      <w:r>
        <w:br/>
        <w:t>— А ви не поспішайте, дивіться і побачите!</w:t>
      </w:r>
    </w:p>
    <w:p>
      <w:r>
        <w:br/>
        <w:t>Справді, на темному тлі почав проступати образ багаторукого індійського бога, з кожною секундою все чіткіше і чіткіше.</w:t>
      </w:r>
    </w:p>
    <w:p>
      <w:r>
        <w:br/>
        <w:t>— Зворухнувся… Бачиш? Бачиш? — зашепотіла Една. — Невже таки затанцює?</w:t>
      </w:r>
    </w:p>
    <w:p>
      <w:r>
        <w:br/>
        <w:t>— Оригінально…</w:t>
      </w:r>
    </w:p>
    <w:p>
      <w:r>
        <w:br/>
        <w:t>Кук-Соммерс відчув легенький доторк до ліктя, обернувся. Біля нього стояв сутулуватий чоловік у білій тенісці з чорною краваткою.</w:t>
      </w:r>
    </w:p>
    <w:p>
      <w:r>
        <w:br/>
        <w:t>— Вибачте, сер…</w:t>
      </w:r>
    </w:p>
    <w:p>
      <w:r>
        <w:br/>
        <w:t>Джеймс почервонів, побачивши в його руці фунт стерлінгів, той самий фунт, якого він дав за ленч. "От халепа! — подумав сердито. — В такому лабіринті і вистежив! Ще й зуби вишкірює…"</w:t>
      </w:r>
    </w:p>
    <w:p>
      <w:r>
        <w:br/>
        <w:t>— В чім річ? — запитав стримано, але досить холодно.</w:t>
      </w:r>
    </w:p>
    <w:p>
      <w:r>
        <w:br/>
        <w:t>Той знітився:</w:t>
      </w:r>
    </w:p>
    <w:p>
      <w:r>
        <w:br/>
        <w:t>— Оцей грошовий знак… — підніс руку з фунтом мало не до обличчя спантеличеного Джеймса. — Він… ваш?</w:t>
      </w:r>
    </w:p>
    <w:p>
      <w:r>
        <w:br/>
        <w:t>Відступати було нікуди, і Кук-Соммерс, поглянувши спочатку на Едну, а потім на той злощасний папі-рець, вимовив з гідністю:</w:t>
      </w:r>
    </w:p>
    <w:p>
      <w:r>
        <w:br/>
        <w:t>— Так, я заплатив за ленч. Може, мало? То я зараз… — Він вийняв з бокової кишені гаманця.</w:t>
      </w:r>
    </w:p>
    <w:p>
      <w:r>
        <w:br/>
        <w:t>— Ні, ні, я не хотів сказати, що мало! — вигукнув молодик зраділим голосом. — Навпаки! Старі гроші!.. Розумієте, я — нумізмат. Я мушу ще вам заплатити… — Він вийняв два новенькі папірці і простягнув їх Джей-мсові. — Якщо маєте металеві монети… я б з радістю… Ми, я бачу, колеги.</w:t>
      </w:r>
    </w:p>
    <w:p>
      <w:r>
        <w:br/>
        <w:t>— Добре, — сказав Джеймс, ховаючи нові гроші в гаманець, — завтра я знову буду тут, адже так, Мізин-чику, будемо?</w:t>
      </w:r>
    </w:p>
    <w:p>
      <w:r>
        <w:br/>
        <w:t>Една спаленіла, не могла й слова вимовити, тільки закивала головою.</w:t>
      </w:r>
    </w:p>
    <w:p>
      <w:r>
        <w:br/>
        <w:t>— То прошу до нас на ленч, — уклонився молодик, приклавши руку до грудей. — На все добре!</w:t>
      </w:r>
    </w:p>
    <w:p>
      <w:r>
        <w:br/>
        <w:t>Коли він зник за вигином стіни, Кук-Соммерс уже не міг стриматись:</w:t>
      </w:r>
    </w:p>
    <w:p>
      <w:r>
        <w:br/>
        <w:t>— От банан! Щоб ти луснув із своєю нумізматикою!</w:t>
      </w:r>
    </w:p>
    <w:p>
      <w:r>
        <w:br/>
        <w:t>— Заспокойся, любий, адже нам потрібні сьогочасні гроші, хіба не так? Нема гроша — нема вигра-шу.</w:t>
      </w:r>
    </w:p>
    <w:p>
      <w:r>
        <w:br/>
        <w:t>— Та воно-то так, тут я маю хіба що ключ від вулиці, — блискав очима Кук-Соммерс, — але ж ти, певне, перенервувала? Я з-за тебе теж… Влаштував погоню, телепень! Ех, не було біля мене Няумуко…</w:t>
      </w:r>
    </w:p>
    <w:p>
      <w:r>
        <w:br/>
        <w:t>До лекційної зали дісталися завчасно. Ще майже нікого не було, а на сидіннях лежали невеличкі аркуши-ки,— як виявилось, анотація лекції, основні тези. Джеймс мерщій узяв одну, прочитав заголовок.</w:t>
      </w:r>
    </w:p>
    <w:p>
      <w:r>
        <w:br/>
        <w:t>— Слухай, — прихилився до Едни, — це саме те, над чим б’ємося ми, а воно не дається в руки.</w:t>
      </w:r>
    </w:p>
    <w:p>
      <w:r>
        <w:br/>
        <w:t>Дівчина по-змовницькому моргнула:</w:t>
      </w:r>
    </w:p>
    <w:p>
      <w:r>
        <w:br/>
        <w:t>— Зараз воно в твоїх руках!</w:t>
      </w:r>
    </w:p>
    <w:p>
      <w:r>
        <w:br/>
        <w:t>На це Джеймс не без іронії сказав:</w:t>
      </w:r>
    </w:p>
    <w:p>
      <w:r>
        <w:br/>
        <w:t>— Побачимо, чи вдалося їм узяти невидимого бика за невидимі роги.</w:t>
      </w:r>
    </w:p>
    <w:p>
      <w:r>
        <w:br/>
        <w:t>Пожадливим оком перебігав рядок за рядком дрібного шрифту. Навіть руку запустив у своє рідке волос-ся, неначе сидів не в чужому залі, а в себе за робочим столом. Оце так… Ого! Зафіксували триплет часточок, відповідальний за слабку взаємодію в ядрі, плюс гравітони і хронотони! Молодому фізику аж дух захопило, коли він усвідомив, який матеріал потрапив до його рук. Це ж треба — в такий день!..</w:t>
      </w:r>
    </w:p>
    <w:p>
      <w:r>
        <w:br/>
        <w:t>Люди поволі заповнювали залу, і Една відзначила про себе, що більшість — літні чоловіки і жінки, мо-лоді було мало. Поглядала на вхід, щоб не пропустити, коли з’явиться вчений, а його все не було. Прозвучав низький акорд, засвітилась стіна-екран і з молочного туману вирізнилась велетенська постать лектора, залунав посилений динаміками голос:</w:t>
      </w:r>
    </w:p>
    <w:p>
      <w:r>
        <w:br/>
        <w:t>— Леді і джентльмени…</w:t>
      </w:r>
    </w:p>
    <w:p>
      <w:r>
        <w:br/>
        <w:t>Една штовхнула ліктем Джеймса і з подивом побачила, що очі його світяться несамовитістю.</w:t>
      </w:r>
    </w:p>
    <w:p>
      <w:r>
        <w:br/>
        <w:t>— Що тебе схвилювало? — прошепотіла на вухо.</w:t>
      </w:r>
    </w:p>
    <w:p>
      <w:r>
        <w:br/>
        <w:t>Кук-Соммерс, мовчки облизавши пошерхлі губи, склав учетверо і сховав до кишені анотацію, перепитав:</w:t>
      </w:r>
    </w:p>
    <w:p>
      <w:r>
        <w:br/>
        <w:t>— Що ти сказала?</w:t>
      </w:r>
    </w:p>
    <w:p>
      <w:r>
        <w:br/>
        <w:t>— Та нічого, потім…</w:t>
      </w:r>
    </w:p>
    <w:p>
      <w:r>
        <w:br/>
        <w:t>Екранний лектор спочатку розповів про гігантський Полярний Прискорювач, скорочено "ПП", який охо-плює обидва магнітні полюси Землі.</w:t>
      </w:r>
    </w:p>
    <w:p>
      <w:r>
        <w:br/>
        <w:t>— Тобі не набридли ці прискорювачі? — знову зашепотіла Една. — Що тут цікавого?</w:t>
      </w:r>
    </w:p>
    <w:p>
      <w:r>
        <w:br/>
        <w:t>Кук-Соммерс аж прицмокнув:</w:t>
      </w:r>
    </w:p>
    <w:p>
      <w:r>
        <w:br/>
        <w:t>— Наші прискорювачі — дитячі іграшки… їхній обкручує всю планету!</w:t>
      </w:r>
    </w:p>
    <w:p>
      <w:r>
        <w:br/>
        <w:t>— В тобі прокинувся фізик…</w:t>
      </w:r>
    </w:p>
    <w:p>
      <w:r>
        <w:br/>
        <w:t>— А що? Недаремно мама… Ну, та не заважай.</w:t>
      </w:r>
    </w:p>
    <w:p>
      <w:r>
        <w:br/>
        <w:t>Кук-Соммерс похапцем вихопив з кишені ручку і записник: на екрані з’явилась формула слабкої взаємо-дії. "У тезах нема, — подумав, — не зівай, у закритий рот муха не залетить… Хоча б встигнути. Так, лектони, кварки… Змінна функція хронотонів? Оце та горошина, якої бракувало у нашому пиріжку! Так, перенесення взаємодії… Стабільність атома…" Він аж упрів, переписуючи довгі рядки знаків, — боявся, що не встигне. Але встиг, тепер пружина однієї з основних сил матінки-природи була в його кишені! Вони таки зафіксували, поба-чили своїми очима і триплет, і хронотони… От тобі й химери!</w:t>
      </w:r>
    </w:p>
    <w:p>
      <w:r>
        <w:br/>
        <w:t>У голові Кук-Соммерса був сумбур, молодий фізик ніяк не міг зосередитись, якесь ошмаття думок мит-тєво з’являлось і так само миттєво зникало. Налягала втома. Виходячи, ледве переставляли ноги.</w:t>
      </w:r>
    </w:p>
    <w:p>
      <w:r>
        <w:br/>
        <w:t>"Таки виколупали… А що я скажу? Докопався? Ну, звичайно, спрацювали гени. Батьківські. Мізинчик у фізиці ні мур-мур… Я маю лампу Аладдіна — досить потерти і звільнити джина. Ух, як здивуються! Статтю… ні, інтерв’ю почну так: уявімо надпотужний протонний синхротрон, в якому відбуватиметься зіткнення прото-нів і антипротонів… Можна буде спостерігати не лише триплет, про що наші теоретики вже говорили, а ще й хронотон. Саме хронотони відповідальні за стабільність протонів і нейтронів у ядрах атомів. Он як! А мама зу-міє заграти в сурми. Нагорода Нобеля — чому б і ні? Займуся кондитерським виробництвом — Мізинчик паль-чики облизуватиме! Заглядатиму в оце майбутнє — найновіші рецепти… Хто може конкурувати?"</w:t>
      </w:r>
    </w:p>
    <w:p>
      <w:r>
        <w:br/>
        <w:t>— Що з тобою? — Една смикнула його за рукав. — Чи ти оглух?</w:t>
      </w:r>
    </w:p>
    <w:p>
      <w:r>
        <w:br/>
        <w:t>— Перепрошую, Мізинчику, замислився… Та й важко якось, утомився страшенно.</w:t>
      </w:r>
    </w:p>
    <w:p>
      <w:r>
        <w:br/>
        <w:t>— Я теж. На плечах наче мішок з піском… А он, бачиш, — кволо махнула рукою в кінець тунелю, — якісь зблиски…</w:t>
      </w:r>
    </w:p>
    <w:p>
      <w:r>
        <w:br/>
        <w:t>— Щось, певне, сталося. — Кук-Соммерс хотів наддати ходи, але не зміг, на ногах ніби важкі гирі висі-ли. — Це Няумуко… своїм лазером.</w:t>
      </w:r>
    </w:p>
    <w:p>
      <w:r>
        <w:br/>
        <w:t>Коли вони причовгали, робот вимкнув блискавку і відступив убік від отвору.</w:t>
      </w:r>
    </w:p>
    <w:p>
      <w:r>
        <w:br/>
        <w:t>— Що трапилось, друже Няумуко? — через силу спитав Кук-Соммерс. — Навіщо ти пустив у хід лазера?</w:t>
      </w:r>
    </w:p>
    <w:p>
      <w:r>
        <w:br/>
        <w:t>— Непередбачена обставина, — доповів робот, — отвір почало затягувати, довелось обтинати.</w:t>
      </w:r>
    </w:p>
    <w:p>
      <w:r>
        <w:br/>
        <w:t>— Правильно вчинив, хвалю…</w:t>
      </w:r>
    </w:p>
    <w:p>
      <w:r>
        <w:br/>
        <w:t>Джеймс пропустив Едну, допоміг їй перебратися через бар’єр. Нахилився, підібрав два невеликі осколки.</w:t>
      </w:r>
    </w:p>
    <w:p>
      <w:r>
        <w:br/>
        <w:t>— Візьми ж для аналізу.</w:t>
      </w:r>
    </w:p>
    <w:p>
      <w:r>
        <w:br/>
        <w:t>Една поклала гострі уламки в сумку, і всі троє, обминаючи непорушний прохідницький комбайн, рушили по траншеї до підйомника. Тут, "на цьому боці", їм одразу полегшало, відчули себе такими молодими, як і були насправді, не пленталися, неначе старі, ступали пружно й сягнисто.</w:t>
      </w:r>
    </w:p>
    <w:p>
      <w:r>
        <w:br/>
        <w:t>Сонце вже зайшло, лабіринт наповнювали сизуваті, але ще прозорі тіні. Кук-Соммерс ішов, мовчки схи-ливши голову, Една теж не обзивалася, щоб не порушити його зосередженості. У кабіні підйомника вже чергу-вав інший ліфтер — м’ясисте обличчя, обрамлене густими бакенбардами, кашкет, насунутий на лоба, — цей, так само, як і його напарник, вмикаючи рубильника, з якоюсь підозрою зиркнув на робота.</w:t>
      </w:r>
    </w:p>
    <w:p>
      <w:r>
        <w:br/>
        <w:t>Сівши в машину, Кук-Соммерс одразу ж зв’язався з редакцією журналу "Нью саєнс". Робочий день скін-чився, кореспондента Патрика, звичайно, не було, але черговий дав його домашній телефон. Джеймс не рушив з місця, поки не зв’язався з ним і не домовився про зустріч.</w:t>
      </w:r>
    </w:p>
    <w:p>
      <w:r>
        <w:br/>
        <w:t>III.</w:t>
      </w:r>
    </w:p>
    <w:p>
      <w:r>
        <w:br/>
        <w:t>— Няумуко, увімкни телевізор, — наказав Кук-Соммерс, поглянувши на годинника. Якраз мала початися програма "Новини науки і техніки".</w:t>
      </w:r>
    </w:p>
    <w:p>
      <w:r>
        <w:br/>
        <w:t>Як тільки замерехтів екран і гарненька дикторка оголосила, що темою сьогоднішньої передачі є "сенса-ційне відкриття молодого фізика-ядерника Кук-Соммерса", Джеймс почав обдзвонювати друзів і знайомих:</w:t>
      </w:r>
    </w:p>
    <w:p>
      <w:r>
        <w:br/>
        <w:t>— Телевізію дивишся? Вмикай сьомий канал!</w:t>
      </w:r>
    </w:p>
    <w:p>
      <w:r>
        <w:br/>
        <w:t>— Передають новини науки — може, поцікавишся?</w:t>
      </w:r>
    </w:p>
    <w:p>
      <w:r>
        <w:br/>
        <w:t>— Швидше вмикай сьомий канал — сенсація!</w:t>
      </w:r>
    </w:p>
    <w:p>
      <w:r>
        <w:br/>
        <w:t>Сповістив і мамі:</w:t>
      </w:r>
    </w:p>
    <w:p>
      <w:r>
        <w:br/>
        <w:t>— Мерщій до телевізора — почуєш і побачиш те, про що мріяла!</w:t>
      </w:r>
    </w:p>
    <w:p>
      <w:r>
        <w:br/>
        <w:t>Мадам Кук-Соммерс тільки й встигла прошепотіти: "Таки спрацювали гени…"</w:t>
      </w:r>
    </w:p>
    <w:p>
      <w:r>
        <w:br/>
        <w:t>Тим часом екранна красуня просторікувала, як було непросто добитися інтерв’ю в нащадка Нобелівсько-го лауреата і яку велику люб’язність виявив кореспондент журналу "Нью саєнс", записавши бесіду з ученим не лише на магнітофонну, а й на відеострічку.</w:t>
      </w:r>
    </w:p>
    <w:p>
      <w:r>
        <w:br/>
        <w:t>Джеймс нетерпляче кружляв по лабораторії. Кортіло, щоб швидше вибухнула сенсаційна бомба, ну та нічого, нехай теревенить. Зрештою, вся ця вода — на його млин. Він таки теоретик, біс його мамі! Те, що він вивідав у тому… е-е… Барбікен-центрі, пройшло через його мозок, всоталося… І хто ж наважиться… Та и те сказати: хіба ж це погано вихопити добре підсмажений каштан?</w:t>
      </w:r>
    </w:p>
    <w:p>
      <w:r>
        <w:br/>
        <w:t>Тим часом на екрані з’явилося його обличчя. Вираз трішечки перенахмурений, ну, та нічого, йдеться про серйозні речі, тут не до усмішечок. Запускати руку в чуприну, може б, і не варт… А взагалі, цей Патрик — мо-лодчина! От і сама формула крупним планом.</w:t>
      </w:r>
    </w:p>
    <w:p>
      <w:r>
        <w:br/>
        <w:t>— Чи не змогли б ви прокоментувати ці знаки для наших глядачів?</w:t>
      </w:r>
    </w:p>
    <w:p>
      <w:r>
        <w:br/>
        <w:t>— От якби ми мали надпотужний синхротрон, то в ньому відбулася б отака реакція, — зазвучав його впевнений голос, і рука піднесла вгору списаний аркуш. — У цій формулі розкрита одна з найбільших таємниць світобудови: слабка ядерна взаємодія. Звичайно, людям, не втаємниченим у теоретичну фізику, ці знаки мало що скажуть. Зате фахівці… — Тут Кук-Соммерс криво посміхнувся. — Хоча Ейнштейна зрозуміли всього деся-тків два учених…</w:t>
      </w:r>
    </w:p>
    <w:p>
      <w:r>
        <w:br/>
        <w:t>Це ефектно: заручитися підтримкою одного з великих.</w:t>
      </w:r>
    </w:p>
    <w:p>
      <w:r>
        <w:br/>
        <w:t>— А що скаже Няумуко — електронний друг ученого?</w:t>
      </w:r>
    </w:p>
    <w:p>
      <w:r>
        <w:br/>
        <w:t>Робот зблискує скляними очима, комічний, ну достеменно живий.</w:t>
      </w:r>
    </w:p>
    <w:p>
      <w:r>
        <w:br/>
        <w:t>— Таким відкриттям пишався б найдосконаліший комп’ютер!</w:t>
      </w:r>
    </w:p>
    <w:p>
      <w:r>
        <w:br/>
        <w:t>Кук-Соммерс (не на екрані, а в лабораторії) гукнув:</w:t>
      </w:r>
    </w:p>
    <w:p>
      <w:r>
        <w:br/>
        <w:t>— Дивись, дивись, Няумуко! Впізнаєш себе?</w:t>
      </w:r>
    </w:p>
    <w:p>
      <w:r>
        <w:br/>
        <w:t>— Так, це моє дзеркальне відображення.</w:t>
      </w:r>
    </w:p>
    <w:p>
      <w:r>
        <w:br/>
        <w:t>"Мудрий з біса, — подумає Кук-Соммерс, — ніхто ж йому не підказував, сам змикитив. Як людина. Гір-ше, коли людина як машина, хоча й електронна…"</w:t>
      </w:r>
    </w:p>
    <w:p>
      <w:r>
        <w:br/>
        <w:t>Були й ще запитання, цей Патрик добре набив руку, вміє "оживити" сухий матеріал, спитав навіть, чи є наречена, і він мало не обмовився про Мізинчика, та вчасно схаменувся, на екрані це помітно: хапнув повітря ротом, вибалушив очі, ну та нічого, все о’кей. Бомба вибухнула: ось воно — епохальне відкриття!</w:t>
      </w:r>
    </w:p>
    <w:p>
      <w:r>
        <w:br/>
        <w:t>Кук-Соммерс потирав руки від солодкого самозадоволення. Гарненька дикторка, усміхаючись, оголоси-ла:</w:t>
      </w:r>
    </w:p>
    <w:p>
      <w:r>
        <w:br/>
        <w:t>— А тепер слово нашому науковому коментатору…</w:t>
      </w:r>
    </w:p>
    <w:p>
      <w:r>
        <w:br/>
        <w:t>Джеймс поморщився: коментатору? Приший кобилі хвіст. Дивився на екран спочатку насторожено, підо-зріливо, а далі… його почала розпирати лють. Що він собі дозволяє, цей хамило?! Одна пика чого варта…</w:t>
      </w:r>
    </w:p>
    <w:p>
      <w:r>
        <w:br/>
        <w:t>А коментатор тим часом вправлявся у красномовстві, в’їдливо висміюючи і "відкриття", зроблене Кук-Соммерсом, і самого "вченого".</w:t>
      </w:r>
    </w:p>
    <w:p>
      <w:r>
        <w:br/>
        <w:t>— Ні, в нас іще не перевелися таланти, хоч їх і не сіють і не поливають! — іронізував цей крокодил. — А яким ефектним методом вони рухають науку вперед! Ви чули, що сказав наш дослідник: "От якби ми мали над-потужний синхротрон…" Достоту як у тій байці:</w:t>
      </w:r>
    </w:p>
    <w:p>
      <w:r>
        <w:br/>
        <w:t>Якби всі моря в одно море —</w:t>
      </w:r>
    </w:p>
    <w:p>
      <w:r>
        <w:br/>
        <w:t>От величезне море було б!</w:t>
      </w:r>
    </w:p>
    <w:p>
      <w:r>
        <w:br/>
        <w:t>Якби всі дерева в одно дерево —</w:t>
      </w:r>
    </w:p>
    <w:p>
      <w:r>
        <w:br/>
        <w:t>От величезне дерево було б!</w:t>
      </w:r>
    </w:p>
    <w:p>
      <w:r>
        <w:br/>
        <w:t>Та якби всі сокири в одну сокиру —</w:t>
      </w:r>
    </w:p>
    <w:p>
      <w:r>
        <w:br/>
        <w:t>От величезна сокира була б!</w:t>
      </w:r>
    </w:p>
    <w:p>
      <w:r>
        <w:br/>
        <w:t>Та якби всіх чоловіків зліпить в одного —</w:t>
      </w:r>
    </w:p>
    <w:p>
      <w:r>
        <w:br/>
        <w:t>От величезний був би чоловік!</w:t>
      </w:r>
    </w:p>
    <w:p>
      <w:r>
        <w:br/>
        <w:t>І якби той величезний чоловік</w:t>
      </w:r>
    </w:p>
    <w:p>
      <w:r>
        <w:br/>
        <w:t>Узяв оту величезну сокиру</w:t>
      </w:r>
    </w:p>
    <w:p>
      <w:r>
        <w:br/>
        <w:t>Та рубонув величезне дерево,</w:t>
      </w:r>
    </w:p>
    <w:p>
      <w:r>
        <w:br/>
        <w:t>А воно упало б у величезне море —</w:t>
      </w:r>
    </w:p>
    <w:p>
      <w:r>
        <w:br/>
        <w:t>Ото був би сплеск!</w:t>
      </w:r>
    </w:p>
    <w:p>
      <w:r>
        <w:br/>
        <w:t>Ось така наукова підвалина блискучої гіпотези нашого вельмишановного…</w:t>
      </w:r>
    </w:p>
    <w:p>
      <w:r>
        <w:br/>
        <w:t>Кук-Соммерса ніби пружиною підкинуло, підбіг до телевізора і щосили вдарив ногою по екрану. Огидна ко-ментаторова пика розсипалась на друзки і миттю зникла.</w:t>
      </w:r>
    </w:p>
    <w:p>
      <w:r>
        <w:br/>
        <w:t>— Телепень! Дундук! Заглянув би в майбутнє…</w:t>
      </w:r>
    </w:p>
    <w:p>
      <w:r>
        <w:br/>
        <w:t>Почувся зумер телефону. Робот, що досі непорушно стояв біля столу, взяв трубку.</w:t>
      </w:r>
    </w:p>
    <w:p>
      <w:r>
        <w:br/>
        <w:t>— Вітаю, міс Една.</w:t>
      </w:r>
    </w:p>
    <w:p>
      <w:r>
        <w:br/>
        <w:t>Рівний, майже без інтонацій, роботів голос подіяв на Джеймса заспокійливо. Провівши долонею по своїй рідкій чуприні, він підійшов до апарата. Невже вона слухала того… блазня? Ні, Една клопочеться своїм. Та по-рода, яку вони підібрали для аналізу, зникла, ну, розтопилася, наче крижина, випарувала, її нема. Чи не міг би…</w:t>
      </w:r>
    </w:p>
    <w:p>
      <w:r>
        <w:br/>
        <w:t>— Добре, добре, — нетерпляче заговорив Кук-Соммерс, — поїдемо! І туди ж нам треба заглянути, вловлюєш? Клуб і кафе. Якщо нічого не змінилося… Ми з Няумуко зараз під’їдемо.</w:t>
      </w:r>
    </w:p>
    <w:p>
      <w:r>
        <w:br/>
        <w:t>IV.</w:t>
      </w:r>
    </w:p>
    <w:p>
      <w:r>
        <w:br/>
        <w:t>Кук-Соммерс і Една сіли за той самий столик у кафе Барбікен-центру, і офіціантка усміхнулась до них, як до знайомих. Нумізмат підійшов, коли вони скінчили їсти і допивали зеленкуватий сік. Шуміли фонтани, приглушуючи людські голоси, поряд плюскотіли хвилі.</w:t>
      </w:r>
    </w:p>
    <w:p>
      <w:r>
        <w:br/>
        <w:t>Джеймс поставив порожню склянку, витер серветкою губи, а тоді вже дістав з правої кишені піджака жменю металевих монет і з дзенькотом висипав їх на столик. Обличчя нумізмата освітилося радістю, він заклі-пав очима, смикнув свою чорну краватку.</w:t>
      </w:r>
    </w:p>
    <w:p>
      <w:r>
        <w:br/>
        <w:t>— О… о, яка в вас колекція! — Почав мацати їх пальцями, та так обережно, неначе вони були гарячі. — Всі обміняємо?</w:t>
      </w:r>
    </w:p>
    <w:p>
      <w:r>
        <w:br/>
        <w:t>— Авжеж.</w:t>
      </w:r>
    </w:p>
    <w:p>
      <w:r>
        <w:br/>
        <w:t>— Чудово! Я вам дуже вдячний, дуже…</w:t>
      </w:r>
    </w:p>
    <w:p>
      <w:r>
        <w:br/>
        <w:t>Він зовсім не поспішав, милувався монетами, розглядаючи їх і так і сяк. Чи не найбільше йому сподоба-лася срібна крона: аж око прискалив, розглядаючи вершника з коротким мечем у руці, а на другому боці — одутле обличчя короля Георга III. А Кук-Соммерсові не терпілося швидше закінчити цю процедуру — мав ще розшукати того вченого, чию лекцію вони слухали минулого разу. Отож він зціплював зуби, щоб не заскрегота-ти зі злості. Завваживши, що Една нудиться, не витримав:</w:t>
      </w:r>
    </w:p>
    <w:p>
      <w:r>
        <w:br/>
        <w:t>— Я поспішаю, сер.</w:t>
      </w:r>
    </w:p>
    <w:p>
      <w:r>
        <w:br/>
        <w:t>— Перепрошую, захопився.</w:t>
      </w:r>
    </w:p>
    <w:p>
      <w:r>
        <w:br/>
        <w:t>Нумізмат винувато поглянув на втомлені лиця своїх співрозмовників, спритними пальцями поскладав монети у стовпчики — пенси, шилінги, американські центи, дістав з кишеньки своєї білої теніски плескатого комп’ютерика і миттю підрахував, скільки заплатити. Розрахувавшись, уклонився, попросив навідуватись до їхнього кафе і пішов радісною, пружною ходою, так, наче придбав хтозна-який скарб.</w:t>
      </w:r>
    </w:p>
    <w:p>
      <w:r>
        <w:br/>
        <w:t>— Тепер у нас буде чим тут платити, — сказав Джеймс, ховаючи до кишені пачку банкнотів. — А то по-чуваєшся, наче безбілетний пасажир.</w:t>
      </w:r>
    </w:p>
    <w:p>
      <w:r>
        <w:br/>
        <w:t>— А я почуваюся, як бабуся, — зітхнула Една, підводячись. — Мабуть, нездужаеться.</w:t>
      </w:r>
    </w:p>
    <w:p>
      <w:r>
        <w:br/>
        <w:t>— Тримайсь, Мізинчику, знайдемо того фізика — і назад. Я також — як побитий пес.</w:t>
      </w:r>
    </w:p>
    <w:p>
      <w:r>
        <w:br/>
        <w:t>Справді, цього разу вилазка в майбутнє давалась їм тяжко. їхні тіла ніби поважчали, підвестися ось із-за столика і то треба було чималого зусилля. Уже спускаючись у ліфті, Кук-Соммерс казав сердито:</w:t>
      </w:r>
    </w:p>
    <w:p>
      <w:r>
        <w:br/>
        <w:t>— Уявляєш, найновіші досягнення науки, ну, ти ж чула лекцію, у нас там заперечують! Відкидають!</w:t>
      </w:r>
    </w:p>
    <w:p>
      <w:r>
        <w:br/>
        <w:t>— Та ну їх, не звертай уваги. — Една буквально повисла на його руці. — Слухай, а чому ти не поголив-ся? Щетина, як на вепрі.</w:t>
      </w:r>
    </w:p>
    <w:p>
      <w:r>
        <w:br/>
        <w:t>— Ні, чого ж, я, здається, голився… — Джеймс торкнувся долонею бороди. — Ого! Це… Гм… Старіємо, Мізинчику, інтенсивно старіємо.</w:t>
      </w:r>
    </w:p>
    <w:p>
      <w:r>
        <w:br/>
        <w:t>— То, може б, ми не заходили до лекційного залу? — позіхнула Една. — Давай вернемось, га?</w:t>
      </w:r>
    </w:p>
    <w:p>
      <w:r>
        <w:br/>
        <w:t>— Ну, що ти, старушенціе, ми тут довго не затримаємось. Ні, ні, я мушу, що б там не було.</w:t>
      </w:r>
    </w:p>
    <w:p>
      <w:r>
        <w:br/>
        <w:t>Оте "старушенціє" не сподобалось Едні, вона закрутила носом, але помовчала, була занадто перевтомле-на і ніби сонна. їй хотілось одного — добрести до своєї квартири. Джеймс щось говорив про якогось ученого, інтерв’ю, а їй хотілося впасти і заснути. Холи, коридори, килими, по яких важко ходити, сходи… Чи цей лабі-ринт скінчиться коли-небудь?</w:t>
      </w:r>
    </w:p>
    <w:p>
      <w:r>
        <w:br/>
        <w:t>Діставшись до лекційного залу, вона зітхнула з полегшенням: там нікого не було, тьмаві світильники над входами і виходами пунктиром охоплювали порожнечу. Отже, ніякої лекції…</w:t>
      </w:r>
    </w:p>
    <w:p>
      <w:r>
        <w:br/>
        <w:t>Та Джеймс не хотів повертатися ні з чим. Лишивши Едну в залі, кинувся шукати когось із працівників і таки набрів на кабінет, в якому сидів за невеличким столиком зарослий дідок, схожий на Бернарда Шоу.</w:t>
      </w:r>
    </w:p>
    <w:p>
      <w:r>
        <w:br/>
        <w:t>— Перепрошую, сер, — звернувся до старого. — Тут у вас минулого разу відбулася лекція… е-е… фізи-ка… слабка взаємодія… Чи не допоможете мені зв’язатися з ним?</w:t>
      </w:r>
    </w:p>
    <w:p>
      <w:r>
        <w:br/>
        <w:t>Дідок підвів голову і кинув на Джеймса погляд:</w:t>
      </w:r>
    </w:p>
    <w:p>
      <w:r>
        <w:br/>
        <w:t>— Хіба ви не чули, що сталося? — Старий поплямкав губами. — Нашого славетного вченого знеславили.</w:t>
      </w:r>
    </w:p>
    <w:p>
      <w:r>
        <w:br/>
        <w:t>Кук-Соммерс поблід, вхопився руками за краї столика, наче збираючись підняти і торохнути ним діда.</w:t>
      </w:r>
    </w:p>
    <w:p>
      <w:r>
        <w:br/>
        <w:t>— Невже… невже його теорія виявилась неспроможною?</w:t>
      </w:r>
    </w:p>
    <w:p>
      <w:r>
        <w:br/>
        <w:t>— Заспокойтесь, містер, присядьте. Отак. Ви, мабуть, не належите… до науковців, якщо досі не чули цієї сенсації?</w:t>
      </w:r>
    </w:p>
    <w:p>
      <w:r>
        <w:br/>
        <w:t>— Я — фізик-теоретик, — гамуючи нетерпеливість, сказав Джеймс, — і хотів би…</w:t>
      </w:r>
    </w:p>
    <w:p>
      <w:r>
        <w:br/>
        <w:t>— Цікаво… — Старий скинув бровами. — Ну, гаразд, трапляється… Так от, його формула слабкої ядер-ної взаємодії точно описує процес, до того ж надзвичайно елегантна, витончена. Це — формула-красуня!</w:t>
      </w:r>
    </w:p>
    <w:p>
      <w:r>
        <w:br/>
        <w:t>— То що ж сталося? — прохопився Кук-Соммерс.</w:t>
      </w:r>
    </w:p>
    <w:p>
      <w:r>
        <w:br/>
        <w:t>— Його обвинувачують, як це не дивно, в плагіаті.</w:t>
      </w:r>
    </w:p>
    <w:p>
      <w:r>
        <w:br/>
        <w:t>— Невже такий учений…</w:t>
      </w:r>
    </w:p>
    <w:p>
      <w:r>
        <w:br/>
        <w:t>Старий скрушно зітхнув:</w:t>
      </w:r>
    </w:p>
    <w:p>
      <w:r>
        <w:br/>
        <w:t>— Це було так несподівано. Витягли на світ божий один із старих номерів журналу "Нью саєнс", в якому цю саму формулу опублікував… заждіть, пригадаю… ага — Соммерс! Здасться, Нобелівський лауреат… Джеймс Соммерс. Звичайно, вони могли зробити відкриття незалежно один від одного, мабуть, так воно й було, пріоритет тут ні до чого. Але, знаєте, знайшлися заздрісники… Роздмухали скандал. Серце вченого не витри-мало… — Дідок знову зітхнув. — А яка благородна була людина!</w:t>
      </w:r>
    </w:p>
    <w:p>
      <w:r>
        <w:br/>
        <w:t>— Та-ак… — Джеймс підвівся, рвучко, знервовано підступив до столика. Очі йому палали, голос поміт-но дужчав.— Так от, формулу в тому журналі опублікував не Соммерс, а Кук-Соммерс, його син.</w:t>
      </w:r>
    </w:p>
    <w:p>
      <w:r>
        <w:br/>
        <w:t>— Син? — скинув кошлатими бровами старий. — Уперше чую, щоб у генія і син був геніальний.</w:t>
      </w:r>
    </w:p>
    <w:p>
      <w:r>
        <w:br/>
        <w:t>— Але це так… — зам’явся Джеймс. — Формулу цю опублікував син Соммерса — Джеймс Кук-Соммерс.</w:t>
      </w:r>
    </w:p>
    <w:p>
      <w:r>
        <w:br/>
        <w:t>— Ніякого Кука! Там надруковано — Джеймс Соммерс, тепер я точно пригадав.</w:t>
      </w:r>
    </w:p>
    <w:p>
      <w:r>
        <w:br/>
        <w:t>"Невже це Патрик підклав свиню? — подумав Джеймс. — Ну, зажди…"</w:t>
      </w:r>
    </w:p>
    <w:p>
      <w:r>
        <w:br/>
        <w:t>— Саме Кук! — роздратовано вигукнув, ніби старий оглух.</w:t>
      </w:r>
    </w:p>
    <w:p>
      <w:r>
        <w:br/>
        <w:t>— Та звідки ви знаєте?</w:t>
      </w:r>
    </w:p>
    <w:p>
      <w:r>
        <w:br/>
        <w:t>— Ще б пак не знати! — зблиснув очима Джеймс. — Це ж я сам, я її опублікував! Розумієте — я!</w:t>
      </w:r>
    </w:p>
    <w:p>
      <w:r>
        <w:br/>
        <w:t>На якусь мить дідок заціпенів, потім силувано посміхнувся:</w:t>
      </w:r>
    </w:p>
    <w:p>
      <w:r>
        <w:br/>
        <w:t>— Чудасія, та й годі. Якщо це так… Вам мусить бути понад сто років, добродію!</w:t>
      </w:r>
    </w:p>
    <w:p>
      <w:r>
        <w:br/>
        <w:t>— Завдяки щілині в часі, я зміг проникнути… Та хіба ви повірите?</w:t>
      </w:r>
    </w:p>
    <w:p>
      <w:r>
        <w:br/>
        <w:t>Кук-Соммерс опік його таким поглядом, що старий зіщулився, злякано промимрив:</w:t>
      </w:r>
    </w:p>
    <w:p>
      <w:r>
        <w:br/>
        <w:t>— Хоча, може бути… а чого ж… Чорна курка несе білі яйця… Суцільні парадокси.</w:t>
      </w:r>
    </w:p>
    <w:p>
      <w:r>
        <w:br/>
        <w:t>Переляк старого потішив Джеймса. Гамуючи сміх, що не раз підступав йому до горла, обернувся і ви-йшов. Було прикро, що його переплутали із славетним татусем, але він цю помилку виправить, і його ім’я ли-шиться в історії фізики. Вже наближаючись до Едни, — вона задрімала в кріслі, — подумав про спадщину Но-белівського лауреата. Цілком можливо, що він — єдиний спадкоємець! А там же мільйони й мільйони… Треба тільки взяти метикованого адвоката.</w:t>
      </w:r>
    </w:p>
    <w:p>
      <w:r>
        <w:br/>
        <w:t>— Ходімо, Мізинчику! — торкнув її за плече.</w:t>
      </w:r>
    </w:p>
    <w:p>
      <w:r>
        <w:br/>
        <w:t>Една розплющила очі:</w:t>
      </w:r>
    </w:p>
    <w:p>
      <w:r>
        <w:br/>
        <w:t>— Ну як? Щось нове є?</w:t>
      </w:r>
    </w:p>
    <w:p>
      <w:r>
        <w:br/>
        <w:t>— Скоро станеш мільйонершею!</w:t>
      </w:r>
    </w:p>
    <w:p>
      <w:r>
        <w:br/>
        <w:t>— Любий… — Една простягла руки і, підвівшись, обняла його за шию. — Придбаємо кондитерську?</w:t>
      </w:r>
    </w:p>
    <w:p>
      <w:r>
        <w:br/>
        <w:t>— Ну, звичайно! Я перепрограмую Няумуко… Та що там кондитерська… Не той масштаб…</w:t>
      </w:r>
    </w:p>
    <w:p>
      <w:r>
        <w:br/>
        <w:t>До тунелю тут було рукою подати, але обоє долали цей простір з натугою, важко дихаючи. Ось уже й Атланта проминули, а брунатному килиму, здається, не буде кінця. І навіщо така ворса? Наче трава чіпляється за черевики.</w:t>
      </w:r>
    </w:p>
    <w:p>
      <w:r>
        <w:br/>
        <w:t>— О, ми заживем солодким життям… — говорив і говорив, нахиляючись до Едни, Кук-Соммерс. — На-що мені та лабораторія? Або тобі — будівельна фірма?</w:t>
      </w:r>
    </w:p>
    <w:p>
      <w:r>
        <w:br/>
        <w:t>Він говорив з якимось острахом, хоча в перспективі — спадщина Соммерса, спадщина леді Кук… Але радості не було, він навіть голос притишив. З кожним кроком іти ставало важче, неначе земне тяжіння подвої-лось чи навіть потроїлось.</w:t>
      </w:r>
    </w:p>
    <w:p>
      <w:r>
        <w:br/>
        <w:t>— Чи ми дійдемо колись? — шепоче Една. — Я боюсь…</w:t>
      </w:r>
    </w:p>
    <w:p>
      <w:r>
        <w:br/>
        <w:t>— Перестань хникати, Мізинчику, я теж сам не свій, але не боюся. Та й чого нам полохатись, чорт…</w:t>
      </w:r>
    </w:p>
    <w:p>
      <w:r>
        <w:br/>
        <w:t>Якийсь тріск обірвав його мову. Стали як укопані, прислухаючись і роззираючись. По стінах і склепінню тунелю зміїлись чорні тріщини. Землетрус? У Лондоні?</w:t>
      </w:r>
    </w:p>
    <w:p>
      <w:r>
        <w:br/>
        <w:t>Тріск припинився, та почало тьмяніти світло. Вони заспішили, як могли. Йшли, натужно дихаючи, мовч-ки; Една лівою рукою трималася за Джеймса, правою ж час від часу торкалася стіни тунелю, наче боялася зби-тися з правильного напрямку. Раптом сіпнула Кук-Соммерса за лікоть:</w:t>
      </w:r>
    </w:p>
    <w:p>
      <w:r>
        <w:br/>
        <w:t>— Бачиш? Бачиш?</w:t>
      </w:r>
    </w:p>
    <w:p>
      <w:r>
        <w:br/>
        <w:t>Ще кілька кроків, і він розгледів: біля отвору вовтузиться Няумуко, відламує шматки породи і шпурляє навсібіч.</w:t>
      </w:r>
    </w:p>
    <w:p>
      <w:r>
        <w:br/>
        <w:t>— Няумуко, пропусти міс Едну, — прохрипів Джеймс. І до неї: — Швидше, швидше пролазь. Щілину затягує…</w:t>
      </w:r>
    </w:p>
    <w:p>
      <w:r>
        <w:br/>
        <w:t>Робот звільнив отвір і став з того боку, простягнувши свої металеві руки навстріч дівчині. Кілька секунд, і Една, тривожно скрикнувши, опинилась біля Няумуко. Тим часом отвір так звузився, що Кук-Соммерс уже це міг протиснутись. Просунув голову і ледве встиг відхилитись назад.</w:t>
      </w:r>
    </w:p>
    <w:p>
      <w:r>
        <w:br/>
        <w:t>— Няумуко! — заволав щосили. — Розширюй лазером!</w:t>
      </w:r>
    </w:p>
    <w:p>
      <w:r>
        <w:br/>
        <w:t>Кілька разів зблиснув тонкий промінь і погас. "Невже розрядився? — промайнула страшна думка в Кук-Соммерса. — Не може бути…"</w:t>
      </w:r>
    </w:p>
    <w:p>
      <w:r>
        <w:br/>
        <w:t>— Ламай руками!</w:t>
      </w:r>
    </w:p>
    <w:p>
      <w:r>
        <w:br/>
        <w:t>Няумуко схопився за краї, що напливали по всьому периметру, але не зміг відламати й крихти. Просунув голову, намагаючись натиснути плечем, застряв, не зміг і поворухнутись. Ще мить, і страхітлива сила розпана-хала його надміцне сталеве тіло, важка голова з половиною грудей бемкнула об підлогу біля Кук-Соммерса. Враз потемніло, він присів, обіпершись спиною об стіну, і вже не бачив, як стискується простір тунелю, як схо-дяться стіни і склепіння. Його згасаюча свідомість ще встигла прийняти сигнал звідти — крик, істеричний крик Едни. Та проаналізувати цей сигнал вмираючий мозок не зміг. Темрява, шум, зблиск…</w:t>
      </w:r>
    </w:p>
    <w:p>
      <w:r>
        <w:br/>
        <w:t>"…на будівництві Барбікен-центру знову загуркотіли екскаватори і прохідницькі комбайни — поглиб-люється котлован, прокладаються тунелі. На великій глибині в твердій породі будівельники натрапили на оста-нки невідомої людини і рештки робота…"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Лабіринт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