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Квітка на воді</w:t>
      </w:r>
    </w:p>
    <w:p>
      <w:r>
        <w:br/>
        <w:t xml:space="preserve"> Пішла молодиця на річку прати,&lt;br /&gt;</w:t>
        <w:br/>
        <w:t>стала на білому камені,—&lt;br /&gt;</w:t>
        <w:br/>
        <w:t>долі лежать сорочки,&lt;br /&gt;</w:t>
        <w:br/>
        <w:t>у руці праник качечкою&lt;br /&gt;</w:t>
        <w:br/>
        <w:t>сірою скаче.&lt;br /&gt;</w:t>
        <w:br/>
        <w:t>А на воді цвіте квітка:&lt;br /&gt;</w:t>
        <w:br/>
        <w:t>одна пелюстка — очі милого,&lt;br /&gt;</w:t>
        <w:br/>
        <w:t>друга пелюстка — губи милого,&lt;br /&gt;</w:t>
        <w:br/>
        <w:t>третя пелюстка — чоло милого.&lt;br /&gt;</w:t>
        <w:br/>
        <w:t>Цвіте на воді квіткою трипелюстковою&lt;br /&gt;</w:t>
        <w:br/>
        <w:t>обличчя милого.&lt;br /&gt;</w:t>
        <w:br/>
        <w:t>Кинула молодиця праник,&lt;br /&gt;</w:t>
        <w:br/>
        <w:t>кинула сорочку білу&lt;br /&gt;</w:t>
        <w:br/>
        <w:t>(сорочку, яку він ніколи не одягне,&lt;br /&gt;</w:t>
        <w:br/>
        <w:t>хіба що вві сні)&lt;br /&gt;</w:t>
        <w:br/>
        <w:t>І кинулася у воду зірвати&lt;br /&gt;</w:t>
        <w:br/>
        <w:t>квітку — обличчя милого,&lt;br /&gt;</w:t>
        <w:br/>
        <w:t>та розійшлися блакитні кола,&lt;br /&gt;</w:t>
        <w:br/>
        <w:t>та розійшлися тільки червоні кола,&lt;br /&gt;</w:t>
        <w:br/>
        <w:t>розійшлися білі кола.&lt;br /&gt;</w:t>
        <w:br/>
        <w:t>І раптом&lt;br /&gt;</w:t>
        <w:br/>
        <w:t>затремтіла молодиця&lt;br /&gt;</w:t>
        <w:br/>
        <w:t>від сумних акордів&lt;br /&gt;</w:t>
        <w:br/>
        <w:t>плачу,&lt;br /&gt;</w:t>
        <w:br/>
        <w:t>і впала на квітку роса,&lt;br /&gt;</w:t>
        <w:br/>
        <w:t>і впала на сорочку милого роса...&lt;br /&gt;</w:t>
        <w:br/>
        <w:t>На річці, на білому камені&lt;br /&gt;</w:t>
        <w:br/>
        <w:t>молодиця прала.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Квітка на воді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