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 від жар-птиці (Дитинство Марії Приймаченко)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 від жар-птиці (Дитинство Марії Приймаченко)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