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Квак, Крик, Брек</w:t>
      </w:r>
    </w:p>
    <w:p>
      <w:r>
        <w:br/>
        <w:t xml:space="preserve"> &lt;p&gt;Сердешна пані Жабка була претовстезною тітонькою у завше однаковій теміно-зеленій сукні — наче всипаній покришеними сухарями.</w:t>
      </w:r>
    </w:p>
    <w:p>
      <w:r>
        <w:br/>
        <w:t>Очі в неї круглі і витріщені, мов намистини.</w:t>
      </w:r>
    </w:p>
    <w:p>
      <w:r>
        <w:br/>
        <w:t>Вона часто сердилась, а надто на своїх непосид-синів, веселих розбишак і пустунів, трьох зелених жабенят. Тільки й чути, як вона їх гукає: Квак! Крик! Брек! А вони — витівники і баламути на все болото.</w:t>
      </w:r>
    </w:p>
    <w:p>
      <w:r>
        <w:br/>
        <w:t>Заводіякою завжди найменший — Брек. Його коротенькі шортики, картата каскетка на голові з'являлися в найнесподіваніших місцях. Не те щоб чинив усе зле, але завдавав дорослим жабам клопоту ще й клопоту.</w:t>
      </w:r>
    </w:p>
    <w:p>
      <w:r>
        <w:br/>
        <w:t>Старший Кваїк і середульший Крик були йому до пари і вельми любили битися. Вони могли борюкатися вдень і вночі, уранці і ввечері. І для того їм зовсім не бракувало причин. Тільки-но Крик скоса гляне на Квака, як той зразу ж одважує братусеві ляща.</w:t>
      </w:r>
    </w:p>
    <w:p>
      <w:r>
        <w:br/>
        <w:t>Якось пані Жабка зібралася на ярмарок, а щоб Квак, Крик, Брек не накоїли шкоди, взяла їх з собою. На радощах Квак перечепив своєю довгою кривою лапою Крика, той заорав носом, та встиг брикнути Квака по спині. Квак не подарував і зчинився шарварок. Брек на все те не зважав і знай навантажував кишені штанців своїм добром: шматком волосіні, якимось заіржавілим гачком, великою грудкою цукру.</w:t>
      </w:r>
    </w:p>
    <w:p>
      <w:r>
        <w:br/>
        <w:t>Коли пані Жабка нагодилася до діток, ті старанно займалися своїми справами: Квак дубасив Крика, сидячи на ньому верхи, Брек нишпорив скрізь, вишукуючи, що ще можна покласти в кишені. Пані Жабка схопила в одну лапу комір Квака, в другу — комір Крика і так ляснула їх лобами, що двоє розбишак якусь мить навіть перестали хапати один одного за петельки. Пані Жабка суворо глянула на своїх принишклих дітей і наказала:</w:t>
      </w:r>
    </w:p>
    <w:p>
      <w:r>
        <w:br/>
        <w:t>— Квак! Крик! Брек!</w:t>
      </w:r>
    </w:p>
    <w:p>
      <w:r>
        <w:br/>
        <w:t>Жабенята миттю вишикувались за матір'ю і чітким строєм рушили на ярмарок.</w:t>
      </w:r>
    </w:p>
    <w:p>
      <w:r>
        <w:br/>
        <w:t>Незабаром вони вийшли на зелений пагорбок, від якого вже було зовсім близенько до ярмарку.</w:t>
      </w:r>
    </w:p>
    <w:p>
      <w:r>
        <w:br/>
        <w:t>— Добрий день, пані Жабко, добридень, дітки!— почули вони чиєсь лагідне жебоніння.</w:t>
      </w:r>
    </w:p>
    <w:p>
      <w:r>
        <w:br/>
        <w:t>— Привіт, привіт тобі, Веселий Струмок!— дружно вигукнуло сімейство.</w:t>
      </w:r>
    </w:p>
    <w:p>
      <w:r>
        <w:br/>
        <w:t>— Куди це ви так поспішаєте?</w:t>
      </w:r>
    </w:p>
    <w:p>
      <w:r>
        <w:br/>
        <w:t>— На ярмарок,— зупинився біля нього Брек, хоч мати з Кваком і Криком чимчикували далі.</w:t>
      </w:r>
    </w:p>
    <w:p>
      <w:r>
        <w:br/>
        <w:t>— О! — вигукнув Веселий Струмок.— Я ніколи не був на ярмарку, мабуть, там дуже цікаво?</w:t>
      </w:r>
    </w:p>
    <w:p>
      <w:r>
        <w:br/>
        <w:t>— Не знаю,— скривився Брек,— я вперше чалапаю туди. І скажу відверто,— мені вже набридла дорога.</w:t>
      </w:r>
    </w:p>
    <w:p>
      <w:r>
        <w:br/>
        <w:t>— Послухай, Брек, — попрохав Веселий Струмок,— може, ти зустрінеш там мого приятеля Літнього Дощика, скажи йому...— і Веселий Струмок щось прошепотів на вухо Браку.</w:t>
      </w:r>
    </w:p>
    <w:p>
      <w:r>
        <w:br/>
        <w:t>— Буде зроблено! — відповів Брек, підморгнув Веселому Струмкові і помчав навздогін за своїми"</w:t>
      </w:r>
    </w:p>
    <w:p>
      <w:r>
        <w:br/>
        <w:t>Ярмарок аж кипів. Гамір, буяння барв осліпили і поглинули жабенят. Вони навіть забули пустувати.</w:t>
      </w:r>
    </w:p>
    <w:p>
      <w:r>
        <w:br/>
        <w:t>— Постійте тут,— наказала пані Жабка,— я сходжу до Мухоловки і принесу вам солоненьких мух.</w:t>
      </w:r>
    </w:p>
    <w:p>
      <w:r>
        <w:br/>
        <w:t>— Ура! — підстрибнули жабенята. А потім заходилися розглядати, що воно за диво, отой ярмарок.</w:t>
      </w:r>
    </w:p>
    <w:p>
      <w:r>
        <w:br/>
        <w:t>Я вас полишаю,— поважно мовив братам найменший— Брек,— маю справу до одного знайомого.</w:t>
      </w:r>
    </w:p>
    <w:p>
      <w:r>
        <w:br/>
        <w:t>— Подумаєш,— відкопилив губу Квак.— Од горшка два вершка, а туди ж. Діло! Я теж не буду тут стовбичити. *</w:t>
      </w:r>
    </w:p>
    <w:p>
      <w:r>
        <w:br/>
        <w:t>— Я з тобою,— заявив рішуче Крик. Вони зникли в натовпі.</w:t>
      </w:r>
    </w:p>
    <w:p>
      <w:r>
        <w:br/>
        <w:t>Брек тим часом допитувався, чи не зустрічав хто, бува, Літнього Дощика. Ніхто вже давно його не бачив, і Брек майже втратив надію допитатись.</w:t>
      </w:r>
    </w:p>
    <w:p>
      <w:r>
        <w:br/>
        <w:t>Нарешті Брек зупинився біля маленької довгохвостої Мавпочки, котра торгувала бананами.</w:t>
      </w:r>
    </w:p>
    <w:p>
      <w:r>
        <w:br/>
        <w:t>— Чи не бачили ви десь тут Дощика,— з острахом звернувся до неї Брек.</w:t>
      </w:r>
    </w:p>
    <w:p>
      <w:r>
        <w:br/>
        <w:t>— Ні, я нетутешня! — відповіла Мавпа, пильно стежачи за Бреком. Вона приїхала здаля і не знала ще тутешніх звичаїв.</w:t>
      </w:r>
    </w:p>
    <w:p>
      <w:r>
        <w:br/>
        <w:t>— Запитай краще в неї,—кивнула вона на стару Синицю в окулярах, що торгувала черешнями. Біля неї юрмилася черга. Синиця насипала черешні в кульок, але щоразу нахилялась під прилавок.</w:t>
      </w:r>
    </w:p>
    <w:p>
      <w:r>
        <w:br/>
        <w:t>Чого це вона поклони б'є? — замислився Брек.</w:t>
      </w:r>
    </w:p>
    <w:p>
      <w:r>
        <w:br/>
        <w:t>Він тихенько став у Синиці за спиною і побачив, що та до спілих черешень досипає гнилих і висхлих.</w:t>
      </w:r>
    </w:p>
    <w:p>
      <w:r>
        <w:br/>
        <w:t>Чесному Бреку це не сподобалось. Він тихцем підліз до Синиці і наступив довгою лапою на край ящика. Ящик перекинувся, і зіпсовані черешні, наповнюючи повітря гнилизною, покотилися до ніг покупцям. Горобці зняли страшенний гвалт, хтось тягнув Синицю до Ховраха, який наглядав за порядком, а задоволений Брек помандрував далі.</w:t>
      </w:r>
    </w:p>
    <w:p>
      <w:r>
        <w:br/>
        <w:t>— Кому морквочку? Солоденьку, молоденьку? — вигукував довговусий Заєць.</w:t>
      </w:r>
    </w:p>
    <w:p>
      <w:r>
        <w:br/>
        <w:t>— Капуста, щойно з грядки!-— мекав на весь базар Баран.</w:t>
      </w:r>
    </w:p>
    <w:p>
      <w:r>
        <w:br/>
        <w:t>Новинки техніки! Останнє слово науки!—нявкав Кіт.— Мишоловки без приманки! Дешево і надійно!</w:t>
      </w:r>
    </w:p>
    <w:p>
      <w:r>
        <w:br/>
        <w:t>Такі шибеники, як Квак та Крик, хутко призвичаїлися до ярмарку і потихеньку вже тягали зернята в Горобця, смакували свіжі мухи біля великого чорного Павука. Потім, як завжди, затіяли сварку з бійкою. Поки не схопив їх за шкірку Заєць, якому сьогодні кепсько торгувалось.</w:t>
      </w:r>
    </w:p>
    <w:p>
      <w:r>
        <w:br/>
        <w:t>— Віддайте їх Буслові,— промекав Баран.</w:t>
      </w:r>
    </w:p>
    <w:p>
      <w:r>
        <w:br/>
        <w:t>— Він їм покаже, де раки зимують,— міркував Кіт.</w:t>
      </w:r>
    </w:p>
    <w:p>
      <w:r>
        <w:br/>
        <w:t>Жабенята ніскільки не злякались, бо добре знали, де зимують раки. У воді вони часто бачили хатку Ргка-саімітника.</w:t>
      </w:r>
    </w:p>
    <w:p>
      <w:r>
        <w:br/>
        <w:t>І тої ж миті вони угледіли перед собою довгі чорні лапи.</w:t>
      </w:r>
    </w:p>
    <w:p>
      <w:r>
        <w:br/>
        <w:t>— До мене гості? — прошипів Бусол.</w:t>
      </w:r>
    </w:p>
    <w:p>
      <w:r>
        <w:br/>
        <w:t>— Дивись! — штовхнув Крика Квак.</w:t>
      </w:r>
    </w:p>
    <w:p>
      <w:r>
        <w:br/>
        <w:t>Квак уже хотів оддати йому стусана, але зняв очі догори і закляк. На тоненькому дротику в Бусловому ларку висіло безліч висушених жабенят. Та було пізно. Бусол схопив жабенят і кинув їх у темну комірку.</w:t>
      </w:r>
    </w:p>
    <w:p>
      <w:r>
        <w:br/>
        <w:t>— А тут не так і погано,— огледівся Крик.</w:t>
      </w:r>
    </w:p>
    <w:p>
      <w:r>
        <w:br/>
        <w:t>А Брек тим часом уперто шукав Літнього Дощу. Раптом угледів він тендітні і сяючі сонячні Промінчики в широких солом'яних капелюшках, які продавали барвисті квіти.</w:t>
      </w:r>
    </w:p>
    <w:p>
      <w:r>
        <w:br/>
        <w:t>— Чи не бачили ви часом Літнього Дощу?</w:t>
      </w:r>
    </w:p>
    <w:p>
      <w:r>
        <w:br/>
        <w:t>— Де ж йому бути! У своєму садку. Бачиш, які гарні квіти ми вирощуємо разом з ним?</w:t>
      </w:r>
    </w:p>
    <w:p>
      <w:r>
        <w:br/>
        <w:t>Промені показали йому дорогу, і Брек попростував далі.</w:t>
      </w:r>
    </w:p>
    <w:p>
      <w:r>
        <w:br/>
        <w:t>Як тільки він одійшов, до Промінчиків звернувся довгоносий Бусол. Він говорив лагідним, тихим голосом.</w:t>
      </w:r>
    </w:p>
    <w:p>
      <w:r>
        <w:br/>
        <w:t>— Шановні приятелі, чи не змогли б ви допомогти в одній справі? У мене є комірка, а в ній дуже сиро, треба її висушити.</w:t>
      </w:r>
    </w:p>
    <w:p>
      <w:r>
        <w:br/>
        <w:t>— Авжеж, авжеж,— закивали світлими чупринками Промені.</w:t>
      </w:r>
    </w:p>
    <w:p>
      <w:r>
        <w:br/>
        <w:t>Бусол завів їх у комірчину і закрив за ними двері.</w:t>
      </w:r>
    </w:p>
    <w:p>
      <w:r>
        <w:br/>
        <w:t>— Не висушуйте нас,— раптом почули Промені чиїсь голоси в комірчині. Тоді вони освітили всі закутки і в одному побачили двох маленьких жабенят.</w:t>
      </w:r>
    </w:p>
    <w:p>
      <w:r>
        <w:br/>
        <w:t>— Ах, ось чому попросив нас прийти сюди Бусол!— розсердились Промені. їм стало жаль жабенят. Шарпнули двері, але дарма.</w:t>
      </w:r>
    </w:p>
    <w:p>
      <w:r>
        <w:br/>
        <w:t>— Нам пече! — волали Квак і Крик.</w:t>
      </w:r>
    </w:p>
    <w:p>
      <w:r>
        <w:br/>
        <w:t>— Потерпіть. Ми вас визволимо,— втішали їх Промені.</w:t>
      </w:r>
    </w:p>
    <w:p>
      <w:r>
        <w:br/>
        <w:t>Брек таки знайшов Літній Дощ і переповів йому прохання Струмка — прийти на Луг і додати Струмкові сили. Літній Дощ пообіцяв сьогодні ж надвечір допомогти Веселому Струмкові і показав Бреку свій чудовий сад. Дивлячись на квіти, Брек захотів подарувати їх своїй мамі, а згадавши про маму, заспішив на ярмарок.</w:t>
      </w:r>
    </w:p>
    <w:p>
      <w:r>
        <w:br/>
        <w:t>Дострибавши до торгу, Брек опинився біля прилавка з квітами. Він побачив, що Промені не торгують, а щось балакають, зібравшись тісною громадкою.</w:t>
      </w:r>
    </w:p>
    <w:p>
      <w:r>
        <w:br/>
        <w:t>— Що трапилося? — квакнув Брек.</w:t>
      </w:r>
    </w:p>
    <w:p>
      <w:r>
        <w:br/>
        <w:t>— Велике нещастя! Бусол обдурив двох Променів, попросив їх осушити комірчину, а сам підклав туди маленьких жабенят.</w:t>
      </w:r>
    </w:p>
    <w:p>
      <w:r>
        <w:br/>
        <w:t>Страшна здогадка майнула в голові Брека.</w:t>
      </w:r>
    </w:p>
    <w:p>
      <w:r>
        <w:br/>
        <w:t>— І вони висушили їх?</w:t>
      </w:r>
    </w:p>
    <w:p>
      <w:r>
        <w:br/>
        <w:t>— Ні, ні! Промені пропекли стінку.</w:t>
      </w:r>
    </w:p>
    <w:p>
      <w:r>
        <w:br/>
        <w:t>— А жабенята?</w:t>
      </w:r>
    </w:p>
    <w:p>
      <w:r>
        <w:br/>
        <w:t>— Вони залишились там. їм зовсім погано!</w:t>
      </w:r>
    </w:p>
    <w:p>
      <w:r>
        <w:br/>
        <w:t>То ж Квак і Крик! — вигукнув Брек.— Покажіть, де вони!</w:t>
      </w:r>
    </w:p>
    <w:p>
      <w:r>
        <w:br/>
        <w:t>А пані Жабка стрибала ярмарком і кликала:</w:t>
      </w:r>
    </w:p>
    <w:p>
      <w:r>
        <w:br/>
        <w:t>— Крик-Квак-Брек! Квак-Брек-Крик!</w:t>
      </w:r>
    </w:p>
    <w:p>
      <w:r>
        <w:br/>
        <w:t>— Що це поробилося жабам і жабенятам сьогодні? — загули горобці.— То цуплять зернята, то галасують на весь світ.</w:t>
      </w:r>
    </w:p>
    <w:p>
      <w:r>
        <w:br/>
        <w:t>— Ота велика Жаба — чаклунка,— сказав Баран Зайцеві . Заєць, не довго думаючи, зібрав моркву й чкурнув додому.</w:t>
      </w:r>
    </w:p>
    <w:p>
      <w:r>
        <w:br/>
        <w:t>За хвилину вже весь базар гомонів, що пані Жабка — чаклунка, і за те, що Заєць віддав її дітей Буслові, вона розтопила його, і він зник у повітрі, як тільки пані Жабка глянула на нього.</w:t>
      </w:r>
    </w:p>
    <w:p>
      <w:r>
        <w:br/>
        <w:t>Тим часом Промінчики нишком обплели ноги Бусла міцною волосінню, яка була в кишені Брека.</w:t>
      </w:r>
    </w:p>
    <w:p>
      <w:r>
        <w:br/>
        <w:t>А Брек зашморгнув кінець навколо старого Дуба. Бусол тихенько куняв, аж раптом почув скрип дверей комірчини.</w:t>
      </w:r>
    </w:p>
    <w:p>
      <w:r>
        <w:br/>
        <w:t>— Рятуйте! Грабують! — зарепетував він і смикнувся до свого добра. Та де там! Волосінь міцно припнула його до дерева.</w:t>
      </w:r>
    </w:p>
    <w:p>
      <w:r>
        <w:br/>
        <w:t>Йому тільки й лишалося, що лементувати та дивитись, як Брек з матір'ю витягали жабенят з комірчини, як вони цілувалися і раділи, як присягались пані Жабці:</w:t>
      </w:r>
    </w:p>
    <w:p>
      <w:r>
        <w:br/>
        <w:t>— Ніколи, ніколи не будемо битися й бешкетувати!</w:t>
      </w:r>
    </w:p>
    <w:p>
      <w:r>
        <w:br/>
        <w:t>А пані Жабка дякувала Променям за допомогу.</w:t>
      </w:r>
    </w:p>
    <w:p>
      <w:r>
        <w:br/>
        <w:t>По дорозі додому пані Жабка дозволила своїм діткам скупатися у Веселому Струмкові. Тільки Брек почав розповідати Струмкові про свої пригоди, як прийшов лагідний, теплий Літній Дощ.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Квак, Крик, Брек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