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Кури та ластівка</w:t>
      </w:r>
    </w:p>
    <w:p>
      <w:r>
        <w:br/>
        <w:t xml:space="preserve"> "Біга, як курка з яйцем".</w:t>
      </w:r>
    </w:p>
    <w:p>
      <w:r>
        <w:br/>
        <w:t>"Куд-куд-кудак! куд-куд-кудакі&lt;br /&gt;</w:t>
        <w:br/>
        <w:t>Яєчко я знесла гарненьке:&lt;br /&gt;</w:t>
        <w:br/>
        <w:t>Нехай іде та дивиться усяк,&lt;br /&gt;</w:t>
        <w:br/>
        <w:t>Яке воно у мене чепурненьке.&lt;br /&gt;</w:t>
        <w:br/>
        <w:t>Куд-куд-кудак! сюди ідіть!" —&lt;br /&gt;</w:t>
        <w:br/>
        <w:t>Так Глиняста з хліва кричить.&lt;br /&gt;</w:t>
        <w:br/>
        <w:t>Рід курячий на те репетування&lt;br /&gt;</w:t>
        <w:br/>
        <w:t>Із бур'янів,&lt;br /&gt;</w:t>
        <w:br/>
        <w:t>Із смітників&lt;br /&gt;</w:t>
        <w:br/>
        <w:t>Збирається, щоб курчине придбання&lt;br /&gt;</w:t>
        <w:br/>
        <w:t>Побачити, сокоче й сокотить,&lt;br /&gt;</w:t>
        <w:br/>
        <w:t>Аж зирк — тут Ластівка сидить,&lt;br /&gt;</w:t>
        <w:br/>
        <w:t>На сонечку моторна чепуриться,&lt;br /&gt;</w:t>
        <w:br/>
        <w:t>На диво ж те й не думає дивиться.&lt;br /&gt;</w:t>
        <w:br/>
        <w:t>"А ти сидиш? Оце!..&lt;br /&gt;</w:t>
        <w:br/>
        <w:t>Чом не летиш дивитись на яйце?&lt;br /&gt;</w:t>
        <w:br/>
        <w:t>Ти глянь — яке!" — "Та годі сокотіти! —&lt;br /&gt;</w:t>
        <w:br/>
        <w:t>Говорить Ластівка.-Чого ще там глядіти?&lt;br /&gt;</w:t>
        <w:br/>
        <w:t>Хіба вже я не бачила яєць?&lt;br /&gt;</w:t>
        <w:br/>
        <w:t>Сама несла й виводила я діти&lt;br /&gt;</w:t>
        <w:br/>
        <w:t>І вам скажу я навпростець:&lt;br /&gt;</w:t>
        <w:br/>
        <w:t>Ви галас любите чинити&lt;br /&gt;</w:t>
        <w:br/>
        <w:t>Із кожного яйця свого&lt;br /&gt;</w:t>
        <w:br/>
        <w:t>І дивом робите його,&lt;br /&gt;</w:t>
        <w:br/>
        <w:t>Мо'в річ зробили превелику,&lt;br /&gt;</w:t>
        <w:br/>
        <w:t>Яєць же на світі без ліку,&lt;br /&gt;</w:t>
        <w:br/>
        <w:t>Бо яйця кожен птах собі несе,&lt;br /&gt;</w:t>
        <w:br/>
        <w:t>І найдурніший зробить се".&lt;br /&gt;</w:t>
        <w:br/>
        <w:t>Омельку, братіку! от як тебе почую,&lt;br /&gt;</w:t>
        <w:br/>
        <w:t>Як кажеш про свої великії діла,-&lt;br /&gt;</w:t>
        <w:br/>
        <w:t>Так і згадаю Курку навісную,&lt;br /&gt;</w:t>
        <w:br/>
        <w:t>Що і вона своє яйце знесла...&lt;br /&gt;</w:t>
        <w:br/>
        <w:t>1896.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Кури та ластівка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