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Кури та дикий кіт</w:t>
      </w:r>
    </w:p>
    <w:p>
      <w:r>
        <w:br/>
        <w:t xml:space="preserve"> &lt;p&gt;Якось літнього дня в затінку дуба лежав дикий кіт. А на дубі крутилася сорока, стрибала з гілки нагілку і врешті заскреготіла:</w:t>
      </w:r>
    </w:p>
    <w:p>
      <w:r>
        <w:br/>
        <w:t>— Крре-ке-ке! Чи нема поблизу якого птаха? Я знудилася в самоті, хочу погомоніти.</w:t>
      </w:r>
    </w:p>
    <w:p>
      <w:r>
        <w:br/>
        <w:t>Кіт почув, поволі розплющив очі та й подумав:</w:t>
      </w:r>
    </w:p>
    <w:p>
      <w:r>
        <w:br/>
        <w:t>"Ех, трапила б ти мені в пазури!"</w:t>
      </w:r>
    </w:p>
    <w:p>
      <w:r>
        <w:br/>
        <w:t>Сорока побачила кота, але не злякалася. Вона швидко літає, то як прийдеться — враз утече. І вона заскреготіла знову:</w:t>
      </w:r>
    </w:p>
    <w:p>
      <w:r>
        <w:br/>
        <w:t>— Чи нема поблизу якогось птаха? Обізвися!</w:t>
      </w:r>
    </w:p>
    <w:p>
      <w:r>
        <w:br/>
        <w:t>Аж ось прилетіла до неї друга сорока.</w:t>
      </w:r>
    </w:p>
    <w:p>
      <w:r>
        <w:br/>
        <w:t>— День добрий! Бачу, що ти сама, та й думаю: ану ж розважу подругу. Я оце з села.</w:t>
      </w:r>
    </w:p>
    <w:p>
      <w:r>
        <w:br/>
        <w:t>— То що там цікавого?</w:t>
      </w:r>
    </w:p>
    <w:p>
      <w:r>
        <w:br/>
        <w:t>Сороку хлібом не годуй, а погомоніти дай. Заскреготіли одна поперед одної. А кіт, заплющивши очі, пильно дослухався до розмови.</w:t>
      </w:r>
    </w:p>
    <w:p>
      <w:r>
        <w:br/>
        <w:t>— Пам'ятаєш червоний цегляний курник край села? — питає одна сорока.</w:t>
      </w:r>
    </w:p>
    <w:p>
      <w:r>
        <w:br/>
        <w:t>— Звісно, пам'ятаю! Це там, де рябі кури й білий півень?</w:t>
      </w:r>
    </w:p>
    <w:p>
      <w:r>
        <w:br/>
        <w:t>— Еге ж. То там похворіли кури. Від самого ранку сидять у кутку — не їдять, не п'ють, не несуться.</w:t>
      </w:r>
    </w:p>
    <w:p>
      <w:r>
        <w:br/>
        <w:t>— Та невже? Що ж із ними таке?</w:t>
      </w:r>
    </w:p>
    <w:p>
      <w:r>
        <w:br/>
        <w:t>— Хто його знає!</w:t>
      </w:r>
    </w:p>
    <w:p>
      <w:r>
        <w:br/>
        <w:t>— Шкода мені бідних курей.</w:t>
      </w:r>
    </w:p>
    <w:p>
      <w:r>
        <w:br/>
        <w:t>— А мені, гадаєш, не шкода? Та, на біду, хазяї ще вдосвіта в поле поїхали, а повернуться пізно вночі.</w:t>
      </w:r>
    </w:p>
    <w:p>
      <w:r>
        <w:br/>
        <w:t>Кіт розплющив одне око, друге й став міркувати. Раптом схопився на ноги, підстрибнув і подався стежкою до села.</w:t>
      </w:r>
    </w:p>
    <w:p>
      <w:r>
        <w:br/>
        <w:t>— Куди це він чкурнув? — питає одна сорока.</w:t>
      </w:r>
    </w:p>
    <w:p>
      <w:r>
        <w:br/>
        <w:t>— Може, чогось ізлякався або набачив якесь звіря та й погнався за ним,</w:t>
      </w:r>
    </w:p>
    <w:p>
      <w:r>
        <w:br/>
        <w:t>— Та що нам до нього! Крре-ке-ке! Нехай біжить, куди хоче.</w:t>
      </w:r>
    </w:p>
    <w:p>
      <w:r>
        <w:br/>
        <w:t>— Крре-ке-ке! І то правда! Полетімо до струмка. Води нап'ємося та ще побалакаємо.</w:t>
      </w:r>
    </w:p>
    <w:p>
      <w:r>
        <w:br/>
        <w:t>— Полетімо, то й полетімо!</w:t>
      </w:r>
    </w:p>
    <w:p>
      <w:r>
        <w:br/>
        <w:t>І сороки полетіли до струмка.</w:t>
      </w:r>
    </w:p>
    <w:p>
      <w:r>
        <w:br/>
        <w:t>А кіт тим часом дістався до села, завернув до хати, де жив лікар, і постукав у двері.</w:t>
      </w:r>
    </w:p>
    <w:p>
      <w:r>
        <w:br/>
        <w:t>Відчинила дівчинка.</w:t>
      </w:r>
    </w:p>
    <w:p>
      <w:r>
        <w:br/>
        <w:t>— Що тобі? Лікаря немає. Він поїхав до сестри.</w:t>
      </w:r>
    </w:p>
    <w:p>
      <w:r>
        <w:br/>
        <w:t>— Знаю,— відказує кіт.— То ж він послав мене сюди і просив, щоб ти дала скриньку з ліками. Захворів один чоловік, треба його оглянути.</w:t>
      </w:r>
    </w:p>
    <w:p>
      <w:r>
        <w:br/>
        <w:t>Дівчинка винесла скриньку, і кіт побіг далі. Добіг до курника, став і гукнув:</w:t>
      </w:r>
    </w:p>
    <w:p>
      <w:r>
        <w:br/>
        <w:t>— Добрий день!</w:t>
      </w:r>
    </w:p>
    <w:p>
      <w:r>
        <w:br/>
        <w:t>— Ко-ко-ко, день добрий,— кволо відповіли кури.</w:t>
      </w:r>
    </w:p>
    <w:p>
      <w:r>
        <w:br/>
        <w:t>— Я лікар. Дізнався, що ви похворіли, і прийшов вас оглянути. Та й ліки приніс.</w:t>
      </w:r>
    </w:p>
    <w:p>
      <w:r>
        <w:br/>
        <w:t>Кури зраділи й загукали:</w:t>
      </w:r>
    </w:p>
    <w:p>
      <w:r>
        <w:br/>
        <w:t>— Просимо, лікарю, до нашої господи!</w:t>
      </w:r>
    </w:p>
    <w:p>
      <w:r>
        <w:br/>
        <w:t>Але старий півень, пильно глянувши на кота, впізнав його, метнувся подвір'ям і зашепотів курям:</w:t>
      </w:r>
    </w:p>
    <w:p>
      <w:r>
        <w:br/>
        <w:t>— Це не лікар! Це чорний дикий кіт! Я колись бачив, як за ним гнався наш собака. Як він сюди зайде — біда нам буде.</w:t>
      </w:r>
    </w:p>
    <w:p>
      <w:r>
        <w:br/>
        <w:t>— Ну, відчиняй ворота! — мовив кіт до біленької курочки.— Перш ніж лікувати, я всіх вас огляну.</w:t>
      </w:r>
    </w:p>
    <w:p>
      <w:r>
        <w:br/>
        <w:t>Але кури засокотіли:</w:t>
      </w:r>
    </w:p>
    <w:p>
      <w:r>
        <w:br/>
        <w:t>— Не треба нам твоїх ліків! Іди собі геть!</w:t>
      </w:r>
    </w:p>
    <w:p>
      <w:r>
        <w:br/>
        <w:t>Кіт збагнув, що його розкусили і, прибравши гордовитого вигляду та закопиливши губу, намірився йти. А кури, бачачи, як він набундючився, зайшлися реготом.</w:t>
      </w:r>
    </w:p>
    <w:p>
      <w:r>
        <w:br/>
        <w:t>— Гей, лікарю! — вигукнув молоденький півник.— Де ти вчився лікувати?</w:t>
      </w:r>
    </w:p>
    <w:p>
      <w:r>
        <w:br/>
        <w:t>— Та не лікувати він учився, а хитрувати! — сказала зозуляста курка.— Гадав, ми йому повіримо й відчинимо ворота!</w:t>
      </w:r>
    </w:p>
    <w:p>
      <w:r>
        <w:br/>
        <w:t>— Ой! Як здумаю про це — аж дрижаки беруть! — писнуло курча.</w:t>
      </w:r>
    </w:p>
    <w:p>
      <w:r>
        <w:br/>
        <w:t>— Щастя наше, що його впізнав півень! — сокотіла далі курка.— Бач, як упіймав облизня, то тепер тікає.</w:t>
      </w:r>
    </w:p>
    <w:p>
      <w:r>
        <w:br/>
        <w:t>І кури знову зайшлися сміхом.</w:t>
      </w:r>
    </w:p>
    <w:p>
      <w:r>
        <w:br/>
        <w:t>— Годі вам реготати! — сердито вигукнув півень.— Ніколи не пускайте нікого в двір, поки не дізнаєтесь, хто він. Хай навіть співатиме вам найсолодших пісень — не йміть віри. Яке б спіткало нас лихо, коли б ми відчинили котові, що видавав себе за лікаря...</w:t>
      </w:r>
    </w:p>
    <w:p>
      <w:r>
        <w:br/>
        <w:t>— Авжеж, авжеж! Ми завжди пам'ятатимемо цю пригоду!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Кури та дикий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