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Кудлай</w:t>
      </w:r>
    </w:p>
    <w:p>
      <w:r>
        <w:br/>
        <w:t xml:space="preserve"> &lt;p&gt;Він прибився до нас посеред зими.</w:t>
      </w:r>
    </w:p>
    <w:p>
      <w:r>
        <w:br/>
        <w:t>Вийшов я вранці з хати, а він стоїть у дворі біля криниці. Стоїть і дивиться на мене так, наче хоче щось сказати. Великий, кудлатий, з сумними очима.</w:t>
      </w:r>
    </w:p>
    <w:p>
      <w:r>
        <w:br/>
        <w:t>Де він раніше жив — не знаю. Навіть не віриться, що в нього був господар. Бо якби був, то хіба собака від нього пішов би? Всі ж знають, які віддані собаки господарям.</w:t>
      </w:r>
    </w:p>
    <w:p>
      <w:r>
        <w:br/>
        <w:t>Я заговорив до нього, але він, звичайно, мовчав.</w:t>
      </w:r>
    </w:p>
    <w:p>
      <w:r>
        <w:br/>
        <w:t>Намагався підійти, але як тільки рушив, собака відбігав аж до воріт. Стояв там і повискував нетерпляче. Може, просив їсти?</w:t>
      </w:r>
    </w:p>
    <w:p>
      <w:r>
        <w:br/>
        <w:t>Я заскочив до хати. Одрізав окраєць хліба, старанно намазав його маслом, ще й цукром притрусив. Поспішав, бо боявся, що собака вже втік з нашого двору.</w:t>
      </w:r>
    </w:p>
    <w:p>
      <w:r>
        <w:br/>
        <w:t>Але він знову стояв під криницею і дивився на хліб у моїх руках. Повискував і дряпав передніми лапами лід, що понамерзав довкіл криниці.</w:t>
      </w:r>
    </w:p>
    <w:p>
      <w:r>
        <w:br/>
        <w:t>— На! На! — погукав я, та собака з місця не рушив.</w:t>
      </w:r>
    </w:p>
    <w:p>
      <w:r>
        <w:br/>
        <w:t>Тільки ще голосніше повискував і то піднімав, то опускав голову.</w:t>
      </w:r>
    </w:p>
    <w:p>
      <w:r>
        <w:br/>
        <w:t>Я ступив до нього, але він кинувся до воріт.</w:t>
      </w:r>
    </w:p>
    <w:p>
      <w:r>
        <w:br/>
        <w:t>— І в кого це ти такий полохливий удався? — запитав я ображено.— І чого б оце боятися?</w:t>
      </w:r>
    </w:p>
    <w:p>
      <w:r>
        <w:br/>
        <w:t>Собака стояв під воротами і незмигно дивився на хліб у мене в руках.</w:t>
      </w:r>
    </w:p>
    <w:p>
      <w:r>
        <w:br/>
        <w:t>Поклав хліб на сніг коло порога й одійшов до повітки.</w:t>
      </w:r>
    </w:p>
    <w:p>
      <w:r>
        <w:br/>
        <w:t>Собака кинувся до нього й одразу проковтнув, навіть ні разу не жуйнувши. І відразу ж одним стрибком одлетів до криниці.</w:t>
      </w:r>
    </w:p>
    <w:p>
      <w:r>
        <w:br/>
        <w:t>Сів на хвіст і дивився на мене так, начеб того хліба зовсім не було.</w:t>
      </w:r>
    </w:p>
    <w:p>
      <w:r>
        <w:br/>
        <w:t>Я зрозумів, що він дуже голодний.</w:t>
      </w:r>
    </w:p>
    <w:p>
      <w:r>
        <w:br/>
        <w:t>Приніс хліба ще.</w:t>
      </w:r>
    </w:p>
    <w:p>
      <w:r>
        <w:br/>
        <w:t>До себе собака знову не підпустив. Як тільки ступав до нього хоч крок, він прожогом кидався аж за ворота.</w:t>
      </w:r>
    </w:p>
    <w:p>
      <w:r>
        <w:br/>
        <w:t>Як і того разу, поклав хліб коло порога й одійшов до повітки.</w:t>
      </w:r>
    </w:p>
    <w:p>
      <w:r>
        <w:br/>
        <w:t>Собака стрибнув до нього, враз проковтнув і одбіг назад до криниці.</w:t>
      </w:r>
    </w:p>
    <w:p>
      <w:r>
        <w:br/>
        <w:t>Я говорив до нього. Казав, що даремно він мене боїться, що нічого поганого йому не зроблю, що може до нас приходити скільки завгодно — я завжди його годуватиму.</w:t>
      </w:r>
    </w:p>
    <w:p>
      <w:r>
        <w:br/>
        <w:t>Собака лежав на животі, витягнувши передні лапи, й слухав. Вже навіть хвостом помахував позад себе.</w:t>
      </w:r>
    </w:p>
    <w:p>
      <w:r>
        <w:br/>
        <w:t>Рипнули двері, і на порозі забряжчала відрами мати — йшла по воду.</w:t>
      </w:r>
    </w:p>
    <w:p>
      <w:r>
        <w:br/>
        <w:t>— О, що за проява? — запитала, побачивши собаку.— Звідкіля це він тут узявся?</w:t>
      </w:r>
    </w:p>
    <w:p>
      <w:r>
        <w:br/>
        <w:t>— Забіг до нас. Їсти хоче.</w:t>
      </w:r>
    </w:p>
    <w:p>
      <w:r>
        <w:br/>
        <w:t>— Дав йому що-небудь?</w:t>
      </w:r>
    </w:p>
    <w:p>
      <w:r>
        <w:br/>
        <w:t>— Дав хліба з маслом.</w:t>
      </w:r>
    </w:p>
    <w:p>
      <w:r>
        <w:br/>
        <w:t>— От і добре. Вважай, що ти вже з ним познайомився.</w:t>
      </w:r>
    </w:p>
    <w:p>
      <w:r>
        <w:br/>
        <w:t>— Познайомився? Я навіть не знаю, як його звати...</w:t>
      </w:r>
    </w:p>
    <w:p>
      <w:r>
        <w:br/>
        <w:t>— То назви якось.</w:t>
      </w:r>
    </w:p>
    <w:p>
      <w:r>
        <w:br/>
        <w:t>Мати рушила з відрами до криниці — собака кулею вилетів за ворота.</w:t>
      </w:r>
    </w:p>
    <w:p>
      <w:r>
        <w:br/>
        <w:t>— Ох, який страхопуд! — сказала мати, крутячи корбу.</w:t>
      </w:r>
    </w:p>
    <w:p>
      <w:r>
        <w:br/>
        <w:t>Я допоміг їй перелити воду з відра у відро, але нести його мати знову мені не дала:</w:t>
      </w:r>
    </w:p>
    <w:p>
      <w:r>
        <w:br/>
        <w:t>— Малий ще, підірвешся.</w:t>
      </w:r>
    </w:p>
    <w:p>
      <w:r>
        <w:br/>
        <w:t>Хотів лишитися надворі, але вона суворо сказала:</w:t>
      </w:r>
    </w:p>
    <w:p>
      <w:r>
        <w:br/>
        <w:t>— Ану до хати. Мороз який — застудишся.</w:t>
      </w:r>
    </w:p>
    <w:p>
      <w:r>
        <w:br/>
        <w:t>Оглянувся до воріт на собаку. Він знову прохально дивився на мене.</w:t>
      </w:r>
    </w:p>
    <w:p>
      <w:r>
        <w:br/>
        <w:t>— Можна, я ще винесу собаці хліба й одразу піду до хати?</w:t>
      </w:r>
    </w:p>
    <w:p>
      <w:r>
        <w:br/>
        <w:t>— Можна, тільки одна нога — тут, друга — там. Бо завтра зовсім не випущу. Ясно?</w:t>
      </w:r>
    </w:p>
    <w:p>
      <w:r>
        <w:br/>
        <w:t>— Та ясно,— невдоволено сказав я.</w:t>
      </w:r>
    </w:p>
    <w:p>
      <w:r>
        <w:br/>
        <w:t>Але з матір'ю не посперечаєшся. Як пообіцяла, так і зробить. Я вже те добре знаю. Спробуй не послухатися — не раз пошкодуєш.</w:t>
      </w:r>
    </w:p>
    <w:p>
      <w:r>
        <w:br/>
        <w:t>З великим шматком хліба став на порозі — собака навіть рушив до мене від воріт. Підійшов до криниці. Став і замахав хвостом.</w:t>
      </w:r>
    </w:p>
    <w:p>
      <w:r>
        <w:br/>
        <w:t>— Ну, йди сюди, йди, не бійся!</w:t>
      </w:r>
    </w:p>
    <w:p>
      <w:r>
        <w:br/>
        <w:t>Але до мене не йшов. Хоч йому, мабуть, і хотілося підійти. Інакше так мирно не дивився б.</w:t>
      </w:r>
    </w:p>
    <w:p>
      <w:r>
        <w:br/>
        <w:t>Кинув йому хліб. Він піймав на льоту й зубами клацнув. Оце спритний!</w:t>
      </w:r>
    </w:p>
    <w:p>
      <w:r>
        <w:br/>
        <w:t>Вийшла мати і суворо запитала:</w:t>
      </w:r>
    </w:p>
    <w:p>
      <w:r>
        <w:br/>
        <w:t>— То ми як з тобою домовилися?</w:t>
      </w:r>
    </w:p>
    <w:p>
      <w:r>
        <w:br/>
        <w:t>Нічого не вдієш — треба йти в хату.</w:t>
      </w:r>
    </w:p>
    <w:p>
      <w:r>
        <w:br/>
        <w:t>Оглянувся на собаку — він розгублено дивився на мене. І знову повискував, хвостом помахував.</w:t>
      </w:r>
    </w:p>
    <w:p>
      <w:r>
        <w:br/>
        <w:t>Лише наступного дня мати випустила мене надвір.</w:t>
      </w:r>
    </w:p>
    <w:p>
      <w:r>
        <w:br/>
        <w:t>Тільки відчинив двері, а собака вже тут. Сидить під криницею й запитливо дивиться. Я вже думав, що він пішов од нас і ніколи не прийде. Бо хіба мало в які двори забігає, наш міг і не запам'ятати. А він — запам'ятав.</w:t>
      </w:r>
    </w:p>
    <w:p>
      <w:r>
        <w:br/>
        <w:t>Виніс йому хліба, хотів покласти й одійти, а він — до мене. Я з несподіванки аж розгубився: що це з ним сталося?</w:t>
      </w:r>
    </w:p>
    <w:p>
      <w:r>
        <w:br/>
        <w:t>Собака сів переді мною і, задерши голову, дивився мені прямо в очі.</w:t>
      </w:r>
    </w:p>
    <w:p>
      <w:r>
        <w:br/>
        <w:t>І хвостом сніг промітав.</w:t>
      </w:r>
    </w:p>
    <w:p>
      <w:r>
        <w:br/>
        <w:t>— Не голодний він,— почув я позаду материн голос.— Уже погодувала його, погодувала твого пса.</w:t>
      </w:r>
    </w:p>
    <w:p>
      <w:r>
        <w:br/>
        <w:t>— Хіба він мій?</w:t>
      </w:r>
    </w:p>
    <w:p>
      <w:r>
        <w:br/>
        <w:t>— А чий же? Твій, якщо до нас прибився. Тепер твій. Бач, сам вибрав господаря.</w:t>
      </w:r>
    </w:p>
    <w:p>
      <w:r>
        <w:br/>
        <w:t>Отак і став у нас він жити.</w:t>
      </w:r>
    </w:p>
    <w:p>
      <w:r>
        <w:br/>
        <w:t>Думали-думали з матір'ю, як його назвати, і надумали: хай буде Кудлай. Ніяке інше ім'я йому не підходить.</w:t>
      </w:r>
    </w:p>
    <w:p>
      <w:r>
        <w:br/>
        <w:t>Він швидко звик до свого імені і став відгукуватися на нього.</w:t>
      </w:r>
    </w:p>
    <w:p>
      <w:r>
        <w:br/>
        <w:t>Я вже й не уявляю, як ми раніше без собаки могли жити.</w:t>
      </w:r>
    </w:p>
    <w:p>
      <w:r>
        <w:br/>
        <w:t>І такого собаки, як мій Кудлай, мабуть, не знайти ніде.</w:t>
      </w:r>
    </w:p>
    <w:p>
      <w:r>
        <w:br/>
        <w:t>Такі гарні й розумні тільки в кіно бувають.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Кудлай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